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Đề trắc nghiệm Toán Lớp 3 - Các số trong phạm vi 10 000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Số lớn nhất trong các số 3 456; 3 465; 3 546; 3 564 là:</w:t>
      </w:r>
    </w:p>
    <w:p>
      <w:pPr>
        <w:pStyle w:val="ListParagraph"/>
      </w:pPr>
      <w:r>
        <w:rPr>
          <w:sz w:val="22"/>
        </w:rPr>
        <w:t>A. 3 456</w:t>
      </w:r>
    </w:p>
    <w:p>
      <w:pPr>
        <w:pStyle w:val="ListParagraph"/>
      </w:pPr>
      <w:r>
        <w:rPr>
          <w:sz w:val="22"/>
        </w:rPr>
        <w:t>B. 3 465</w:t>
      </w:r>
    </w:p>
    <w:p>
      <w:pPr>
        <w:pStyle w:val="ListParagraph"/>
      </w:pPr>
      <w:r>
        <w:rPr>
          <w:sz w:val="22"/>
        </w:rPr>
        <w:t>C. 3 546</w:t>
      </w:r>
    </w:p>
    <w:p>
      <w:pPr>
        <w:pStyle w:val="ListParagraph"/>
      </w:pPr>
      <w:r>
        <w:rPr>
          <w:sz w:val="22"/>
        </w:rPr>
        <w:t>D. 3 564</w:t>
      </w:r>
    </w:p>
    <w:p/>
    <w:p>
      <w:r>
        <w:rPr>
          <w:b/>
          <w:sz w:val="24"/>
        </w:rPr>
        <w:t>Câu 2: Số bé nhất trong các số 7 890; 7 809; 7 980; 7 098 là:</w:t>
      </w:r>
    </w:p>
    <w:p>
      <w:pPr>
        <w:pStyle w:val="ListParagraph"/>
      </w:pPr>
      <w:r>
        <w:rPr>
          <w:sz w:val="22"/>
        </w:rPr>
        <w:t>A. 7 890</w:t>
      </w:r>
    </w:p>
    <w:p>
      <w:pPr>
        <w:pStyle w:val="ListParagraph"/>
      </w:pPr>
      <w:r>
        <w:rPr>
          <w:sz w:val="22"/>
        </w:rPr>
        <w:t>B. 7 809</w:t>
      </w:r>
    </w:p>
    <w:p>
      <w:pPr>
        <w:pStyle w:val="ListParagraph"/>
      </w:pPr>
      <w:r>
        <w:rPr>
          <w:sz w:val="22"/>
        </w:rPr>
        <w:t>C. 7 980</w:t>
      </w:r>
    </w:p>
    <w:p>
      <w:pPr>
        <w:pStyle w:val="ListParagraph"/>
      </w:pPr>
      <w:r>
        <w:rPr>
          <w:sz w:val="22"/>
        </w:rPr>
        <w:t>D. 7 098</w:t>
      </w:r>
    </w:p>
    <w:p/>
    <w:p>
      <w:r>
        <w:rPr>
          <w:b/>
          <w:sz w:val="24"/>
        </w:rPr>
        <w:t>Câu 3: Số 5 678 được đọc là:</w:t>
      </w:r>
    </w:p>
    <w:p>
      <w:pPr>
        <w:pStyle w:val="ListParagraph"/>
      </w:pPr>
      <w:r>
        <w:rPr>
          <w:sz w:val="22"/>
        </w:rPr>
        <w:t>A. Năm nghìn sáu trăm bảy mươi tám</w:t>
      </w:r>
    </w:p>
    <w:p>
      <w:pPr>
        <w:pStyle w:val="ListParagraph"/>
      </w:pPr>
      <w:r>
        <w:rPr>
          <w:sz w:val="22"/>
        </w:rPr>
        <w:t>B. Năm nghìn sáu trăm bảy tám</w:t>
      </w:r>
    </w:p>
    <w:p>
      <w:pPr>
        <w:pStyle w:val="ListParagraph"/>
      </w:pPr>
      <w:r>
        <w:rPr>
          <w:sz w:val="22"/>
        </w:rPr>
        <w:t>C. Năm nghìn sáu trăm bảy mươi tám mươi</w:t>
      </w:r>
    </w:p>
    <w:p>
      <w:pPr>
        <w:pStyle w:val="ListParagraph"/>
      </w:pPr>
      <w:r>
        <w:rPr>
          <w:sz w:val="22"/>
        </w:rPr>
        <w:t>D. Năm nghìn sáu trăm bảy mươi tám nghìn</w:t>
      </w:r>
    </w:p>
    <w:p/>
    <w:p>
      <w:r>
        <w:rPr>
          <w:b/>
          <w:sz w:val="24"/>
        </w:rPr>
        <w:t>Câu 4: Số gồm 4 nghìn, 0 trăm, 5 chục, 2 đơn vị được viết là:</w:t>
      </w:r>
    </w:p>
    <w:p>
      <w:pPr>
        <w:pStyle w:val="ListParagraph"/>
      </w:pPr>
      <w:r>
        <w:rPr>
          <w:sz w:val="22"/>
        </w:rPr>
        <w:t>A. 4 052</w:t>
      </w:r>
    </w:p>
    <w:p>
      <w:pPr>
        <w:pStyle w:val="ListParagraph"/>
      </w:pPr>
      <w:r>
        <w:rPr>
          <w:sz w:val="22"/>
        </w:rPr>
        <w:t>B. 4 502</w:t>
      </w:r>
    </w:p>
    <w:p>
      <w:pPr>
        <w:pStyle w:val="ListParagraph"/>
      </w:pPr>
      <w:r>
        <w:rPr>
          <w:sz w:val="22"/>
        </w:rPr>
        <w:t>C. 4 520</w:t>
      </w:r>
    </w:p>
    <w:p>
      <w:pPr>
        <w:pStyle w:val="ListParagraph"/>
      </w:pPr>
      <w:r>
        <w:rPr>
          <w:sz w:val="22"/>
        </w:rPr>
        <w:t>D. 4 025</w:t>
      </w:r>
    </w:p>
    <w:p/>
    <w:p>
      <w:r>
        <w:rPr>
          <w:b/>
          <w:sz w:val="24"/>
        </w:rPr>
        <w:t>Câu 5: Trong số 8 372, chữ số 3 thuộc hàng nào?</w:t>
      </w:r>
    </w:p>
    <w:p>
      <w:pPr>
        <w:pStyle w:val="ListParagraph"/>
      </w:pPr>
      <w:r>
        <w:rPr>
          <w:sz w:val="22"/>
        </w:rPr>
        <w:t>A. Hàng nghìn</w:t>
      </w:r>
    </w:p>
    <w:p>
      <w:pPr>
        <w:pStyle w:val="ListParagraph"/>
      </w:pPr>
      <w:r>
        <w:rPr>
          <w:sz w:val="22"/>
        </w:rPr>
        <w:t>B. Hàng trăm</w:t>
      </w:r>
    </w:p>
    <w:p>
      <w:pPr>
        <w:pStyle w:val="ListParagraph"/>
      </w:pPr>
      <w:r>
        <w:rPr>
          <w:sz w:val="22"/>
        </w:rPr>
        <w:t>C. Hàng chục</w:t>
      </w:r>
    </w:p>
    <w:p>
      <w:pPr>
        <w:pStyle w:val="ListParagraph"/>
      </w:pPr>
      <w:r>
        <w:rPr>
          <w:sz w:val="22"/>
        </w:rPr>
        <w:t>D. Hàng đơn vị</w:t>
      </w:r>
    </w:p>
    <w:p/>
    <w:p>
      <w:r>
        <w:rPr>
          <w:b/>
          <w:sz w:val="24"/>
        </w:rPr>
        <w:t>Câu 6: Số liền sau của số 9 999 là:</w:t>
      </w:r>
    </w:p>
    <w:p>
      <w:pPr>
        <w:pStyle w:val="ListParagraph"/>
      </w:pPr>
      <w:r>
        <w:rPr>
          <w:sz w:val="22"/>
        </w:rPr>
        <w:t>A. 9 998</w:t>
      </w:r>
    </w:p>
    <w:p>
      <w:pPr>
        <w:pStyle w:val="ListParagraph"/>
      </w:pPr>
      <w:r>
        <w:rPr>
          <w:sz w:val="22"/>
        </w:rPr>
        <w:t>B. 10 000</w:t>
      </w:r>
    </w:p>
    <w:p>
      <w:pPr>
        <w:pStyle w:val="ListParagraph"/>
      </w:pPr>
      <w:r>
        <w:rPr>
          <w:sz w:val="22"/>
        </w:rPr>
        <w:t>C. 10 001</w:t>
      </w:r>
    </w:p>
    <w:p>
      <w:pPr>
        <w:pStyle w:val="ListParagraph"/>
      </w:pPr>
      <w:r>
        <w:rPr>
          <w:sz w:val="22"/>
        </w:rPr>
        <w:t>D. 9 990</w:t>
      </w:r>
    </w:p>
    <w:p/>
    <w:p>
      <w:r>
        <w:rPr>
          <w:b/>
          <w:sz w:val="24"/>
        </w:rPr>
        <w:t>Câu 7: Số liền trước của số 4 000 là:</w:t>
      </w:r>
    </w:p>
    <w:p>
      <w:pPr>
        <w:pStyle w:val="ListParagraph"/>
      </w:pPr>
      <w:r>
        <w:rPr>
          <w:sz w:val="22"/>
        </w:rPr>
        <w:t>A. 3 999</w:t>
      </w:r>
    </w:p>
    <w:p>
      <w:pPr>
        <w:pStyle w:val="ListParagraph"/>
      </w:pPr>
      <w:r>
        <w:rPr>
          <w:sz w:val="22"/>
        </w:rPr>
        <w:t>B. 4 001</w:t>
      </w:r>
    </w:p>
    <w:p>
      <w:pPr>
        <w:pStyle w:val="ListParagraph"/>
      </w:pPr>
      <w:r>
        <w:rPr>
          <w:sz w:val="22"/>
        </w:rPr>
        <w:t>C. 3 990</w:t>
      </w:r>
    </w:p>
    <w:p>
      <w:pPr>
        <w:pStyle w:val="ListParagraph"/>
      </w:pPr>
      <w:r>
        <w:rPr>
          <w:sz w:val="22"/>
        </w:rPr>
        <w:t>D. 4 010</w:t>
      </w:r>
    </w:p>
    <w:p/>
    <w:p>
      <w:r>
        <w:rPr>
          <w:b/>
          <w:sz w:val="24"/>
        </w:rPr>
        <w:t>Câu 8: Sắp xếp các số sau theo thứ tự từ bé đến lớn: 6 789; 6 798; 6 879; 6 897</w:t>
      </w:r>
    </w:p>
    <w:p>
      <w:pPr>
        <w:pStyle w:val="ListParagraph"/>
      </w:pPr>
      <w:r>
        <w:rPr>
          <w:sz w:val="22"/>
        </w:rPr>
        <w:t>A. 6 789; 6 798; 6 879; 6 897</w:t>
      </w:r>
    </w:p>
    <w:p>
      <w:pPr>
        <w:pStyle w:val="ListParagraph"/>
      </w:pPr>
      <w:r>
        <w:rPr>
          <w:sz w:val="22"/>
        </w:rPr>
        <w:t>B. 6 789; 6 879; 6 798; 6 897</w:t>
      </w:r>
    </w:p>
    <w:p>
      <w:pPr>
        <w:pStyle w:val="ListParagraph"/>
      </w:pPr>
      <w:r>
        <w:rPr>
          <w:sz w:val="22"/>
        </w:rPr>
        <w:t>C. 6 798; 6 789; 6 879; 6 897</w:t>
      </w:r>
    </w:p>
    <w:p>
      <w:pPr>
        <w:pStyle w:val="ListParagraph"/>
      </w:pPr>
      <w:r>
        <w:rPr>
          <w:sz w:val="22"/>
        </w:rPr>
        <w:t>D. 6 789; 6 798; 6 897; 6 879</w:t>
      </w:r>
    </w:p>
    <w:p/>
    <w:p>
      <w:r>
        <w:rPr>
          <w:b/>
          <w:sz w:val="24"/>
        </w:rPr>
        <w:t>Câu 9: Số nào dưới đây có chữ số hàng trăm là 5?</w:t>
      </w:r>
    </w:p>
    <w:p>
      <w:pPr>
        <w:pStyle w:val="ListParagraph"/>
      </w:pPr>
      <w:r>
        <w:rPr>
          <w:sz w:val="22"/>
        </w:rPr>
        <w:t>A. 3 456</w:t>
      </w:r>
    </w:p>
    <w:p>
      <w:pPr>
        <w:pStyle w:val="ListParagraph"/>
      </w:pPr>
      <w:r>
        <w:rPr>
          <w:sz w:val="22"/>
        </w:rPr>
        <w:t>B. 3 564</w:t>
      </w:r>
    </w:p>
    <w:p>
      <w:pPr>
        <w:pStyle w:val="ListParagraph"/>
      </w:pPr>
      <w:r>
        <w:rPr>
          <w:sz w:val="22"/>
        </w:rPr>
        <w:t>C. 3 645</w:t>
      </w:r>
    </w:p>
    <w:p>
      <w:pPr>
        <w:pStyle w:val="ListParagraph"/>
      </w:pPr>
      <w:r>
        <w:rPr>
          <w:sz w:val="22"/>
        </w:rPr>
        <w:t>D. 3 465</w:t>
      </w:r>
    </w:p>
    <w:p/>
    <w:p>
      <w:r>
        <w:rPr>
          <w:b/>
          <w:sz w:val="24"/>
        </w:rPr>
        <w:t>Câu 10: Tổng của số lớn nhất có bốn chữ số và số bé nhất có bốn chữ số là:</w:t>
      </w:r>
    </w:p>
    <w:p>
      <w:pPr>
        <w:pStyle w:val="ListParagraph"/>
      </w:pPr>
      <w:r>
        <w:rPr>
          <w:sz w:val="22"/>
        </w:rPr>
        <w:t>A. 10 999</w:t>
      </w:r>
    </w:p>
    <w:p>
      <w:pPr>
        <w:pStyle w:val="ListParagraph"/>
      </w:pPr>
      <w:r>
        <w:rPr>
          <w:sz w:val="22"/>
        </w:rPr>
        <w:t>B. 11 000</w:t>
      </w:r>
    </w:p>
    <w:p>
      <w:pPr>
        <w:pStyle w:val="ListParagraph"/>
      </w:pPr>
      <w:r>
        <w:rPr>
          <w:sz w:val="22"/>
        </w:rPr>
        <w:t>C. 10 000</w:t>
      </w:r>
    </w:p>
    <w:p>
      <w:pPr>
        <w:pStyle w:val="ListParagraph"/>
      </w:pPr>
      <w:r>
        <w:rPr>
          <w:sz w:val="22"/>
        </w:rPr>
        <w:t>D. 9 999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D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B</w:t>
      </w:r>
    </w:p>
    <w:p>
      <w:r>
        <w:rPr>
          <w:b/>
        </w:rPr>
        <w:t>Câu 10: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