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Dưới đây là tổng hợp toàn bộ các câu hỏi trắc...</w:t>
      </w:r>
    </w:p>
    <w:p>
      <w:pPr>
        <w:jc w:val="center"/>
      </w:pPr>
      <w:r>
        <w:rPr>
          <w:sz w:val="22"/>
        </w:rPr>
        <w:t>Số câu: 111    Thời gian: _____ phút    Họ và tên: _________________________</w:t>
      </w:r>
    </w:p>
    <w:p/>
    <w:p>
      <w:r>
        <w:rPr>
          <w:b/>
          <w:sz w:val="24"/>
        </w:rPr>
        <w:t>Câu 1: Quốc gia nào giữ vai trò quyết định và là sáng lập viên Liên hợp quốc?</w:t>
      </w:r>
    </w:p>
    <w:p>
      <w:pPr>
        <w:pStyle w:val="ListParagraph"/>
      </w:pPr>
      <w:r>
        <w:rPr>
          <w:sz w:val="22"/>
        </w:rPr>
        <w:t>A. Nga, Pháp, Việt Nam</w:t>
      </w:r>
    </w:p>
    <w:p>
      <w:pPr>
        <w:pStyle w:val="ListParagraph"/>
      </w:pPr>
      <w:r>
        <w:rPr>
          <w:sz w:val="22"/>
        </w:rPr>
        <w:t>B. Liên Xô, Mỹ, Anh</w:t>
      </w:r>
    </w:p>
    <w:p>
      <w:pPr>
        <w:pStyle w:val="ListParagraph"/>
      </w:pPr>
      <w:r>
        <w:rPr>
          <w:sz w:val="22"/>
        </w:rPr>
        <w:t>C. Liên Xô, Anh, Nhật Bản</w:t>
      </w:r>
    </w:p>
    <w:p>
      <w:pPr>
        <w:pStyle w:val="ListParagraph"/>
      </w:pPr>
      <w:r>
        <w:rPr>
          <w:sz w:val="22"/>
        </w:rPr>
        <w:t>D. Liên Xô, Mỹ, Trung Quốc</w:t>
      </w:r>
    </w:p>
    <w:p/>
    <w:p>
      <w:r>
        <w:rPr>
          <w:b/>
          <w:sz w:val="24"/>
        </w:rPr>
        <w:t>Câu 2: Hội nghị diễn ra từ 25/4 đến 26/6/1945 tại San Francisco (Mỹ) đã thông qua văn kiện nào?</w:t>
      </w:r>
    </w:p>
    <w:p>
      <w:pPr>
        <w:pStyle w:val="ListParagraph"/>
      </w:pPr>
      <w:r>
        <w:rPr>
          <w:sz w:val="22"/>
        </w:rPr>
        <w:t>A. Hiệp định đình chiến ở Triều Tiên</w:t>
      </w:r>
    </w:p>
    <w:p>
      <w:pPr>
        <w:pStyle w:val="ListParagraph"/>
      </w:pPr>
      <w:r>
        <w:rPr>
          <w:sz w:val="22"/>
        </w:rPr>
        <w:t>B. Hiến chương ASEAN</w:t>
      </w:r>
    </w:p>
    <w:p>
      <w:pPr>
        <w:pStyle w:val="ListParagraph"/>
      </w:pPr>
      <w:r>
        <w:rPr>
          <w:sz w:val="22"/>
        </w:rPr>
        <w:t>C. Hiến chương Liên hợp quốc</w:t>
      </w:r>
    </w:p>
    <w:p>
      <w:pPr>
        <w:pStyle w:val="ListParagraph"/>
      </w:pPr>
      <w:r>
        <w:rPr>
          <w:sz w:val="22"/>
        </w:rPr>
        <w:t>D. Hiệp định đình chiến ở Đông Dương</w:t>
      </w:r>
    </w:p>
    <w:p/>
    <w:p>
      <w:r>
        <w:rPr>
          <w:b/>
          <w:sz w:val="24"/>
        </w:rPr>
        <w:t>Câu 3: Sự kiện đánh dấu Liên hợp quốc chính thức thành lập?</w:t>
      </w:r>
    </w:p>
    <w:p>
      <w:pPr>
        <w:pStyle w:val="ListParagraph"/>
      </w:pPr>
      <w:r>
        <w:rPr>
          <w:sz w:val="22"/>
        </w:rPr>
        <w:t>A. Tháng 1/1942, 26 nước ký Tuyên bố Liên hợp quốc</w:t>
      </w:r>
    </w:p>
    <w:p>
      <w:pPr>
        <w:pStyle w:val="ListParagraph"/>
      </w:pPr>
      <w:r>
        <w:rPr>
          <w:sz w:val="22"/>
        </w:rPr>
        <w:t>B. Năm 1945, 50 nước thông qua Hiến chương</w:t>
      </w:r>
    </w:p>
    <w:p>
      <w:pPr>
        <w:pStyle w:val="ListParagraph"/>
      </w:pPr>
      <w:r>
        <w:rPr>
          <w:sz w:val="22"/>
        </w:rPr>
        <w:t>C. Tháng 2/1945, Liên Xô, Anh, Mỹ thống nhất thành lập</w:t>
      </w:r>
    </w:p>
    <w:p>
      <w:pPr>
        <w:pStyle w:val="ListParagraph"/>
      </w:pPr>
      <w:r>
        <w:rPr>
          <w:sz w:val="22"/>
        </w:rPr>
        <w:t>D. Ngày 24/10/1945, Hiến chương chính thức có hiệu lực sau khi các nước phê chuẩn</w:t>
      </w:r>
    </w:p>
    <w:p/>
    <w:p>
      <w:r>
        <w:rPr>
          <w:b/>
          <w:sz w:val="24"/>
        </w:rPr>
        <w:t>Câu 4: Một trong những cơ quan chính của Liên hợp quốc theo Hiến chương là:</w:t>
      </w:r>
    </w:p>
    <w:p>
      <w:pPr>
        <w:pStyle w:val="ListParagraph"/>
      </w:pPr>
      <w:r>
        <w:rPr>
          <w:sz w:val="22"/>
        </w:rPr>
        <w:t>A. Hội đồng Kinh tế - Xã hội</w:t>
      </w:r>
    </w:p>
    <w:p>
      <w:pPr>
        <w:pStyle w:val="ListParagraph"/>
      </w:pPr>
      <w:r>
        <w:rPr>
          <w:sz w:val="22"/>
        </w:rPr>
        <w:t>B. Ngân hàng Thế giới</w:t>
      </w:r>
    </w:p>
    <w:p>
      <w:pPr>
        <w:pStyle w:val="ListParagraph"/>
      </w:pPr>
      <w:r>
        <w:rPr>
          <w:sz w:val="22"/>
        </w:rPr>
        <w:t>C. Quỹ Nhi đồng</w:t>
      </w:r>
    </w:p>
    <w:p>
      <w:pPr>
        <w:pStyle w:val="ListParagraph"/>
      </w:pPr>
      <w:r>
        <w:rPr>
          <w:sz w:val="22"/>
        </w:rPr>
        <w:t>D. Tổ chức Thương mại Thế giới</w:t>
      </w:r>
    </w:p>
    <w:p/>
    <w:p>
      <w:r>
        <w:rPr>
          <w:b/>
          <w:sz w:val="24"/>
        </w:rPr>
        <w:t>Câu 5: Một trong những cơ quan chuyên môn của Liên hợp quốc là: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Quỹ Nhi đồng</w:t>
      </w:r>
    </w:p>
    <w:p>
      <w:pPr>
        <w:pStyle w:val="ListParagraph"/>
      </w:pPr>
      <w:r>
        <w:rPr>
          <w:sz w:val="22"/>
        </w:rPr>
        <w:t>C. Đại hội đồng</w:t>
      </w:r>
    </w:p>
    <w:p>
      <w:pPr>
        <w:pStyle w:val="ListParagraph"/>
      </w:pPr>
      <w:r>
        <w:rPr>
          <w:sz w:val="22"/>
        </w:rPr>
        <w:t>D. Ban Thư ký</w:t>
      </w:r>
    </w:p>
    <w:p/>
    <w:p>
      <w:r>
        <w:rPr>
          <w:b/>
          <w:sz w:val="24"/>
        </w:rPr>
        <w:t>Câu 6: Hội nghị quốc tế nào đặt nền tảng cho sự ra đời của Liên hợp quốc?</w:t>
      </w:r>
    </w:p>
    <w:p>
      <w:pPr>
        <w:pStyle w:val="ListParagraph"/>
      </w:pPr>
      <w:r>
        <w:rPr>
          <w:sz w:val="22"/>
        </w:rPr>
        <w:t>A. Pốt-xdam</w:t>
      </w:r>
    </w:p>
    <w:p>
      <w:pPr>
        <w:pStyle w:val="ListParagraph"/>
      </w:pPr>
      <w:r>
        <w:rPr>
          <w:sz w:val="22"/>
        </w:rPr>
        <w:t>B. Pa-ri</w:t>
      </w:r>
    </w:p>
    <w:p>
      <w:pPr>
        <w:pStyle w:val="ListParagraph"/>
      </w:pPr>
      <w:r>
        <w:rPr>
          <w:sz w:val="22"/>
        </w:rPr>
        <w:t>C. Oa-sinh-tơn</w:t>
      </w:r>
    </w:p>
    <w:p>
      <w:pPr>
        <w:pStyle w:val="ListParagraph"/>
      </w:pPr>
      <w:r>
        <w:rPr>
          <w:sz w:val="22"/>
        </w:rPr>
        <w:t>D. I-an-ta</w:t>
      </w:r>
    </w:p>
    <w:p/>
    <w:p>
      <w:r>
        <w:rPr>
          <w:b/>
          <w:sz w:val="24"/>
        </w:rPr>
        <w:t>Câu 7: Cơ quan nào của Liên hợp quốc gồm đại diện tất cả các nước thành viên?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Ban Thư ký</w:t>
      </w:r>
    </w:p>
    <w:p>
      <w:pPr>
        <w:pStyle w:val="ListParagraph"/>
      </w:pPr>
      <w:r>
        <w:rPr>
          <w:sz w:val="22"/>
        </w:rPr>
        <w:t>C. Đại hội đồng</w:t>
      </w:r>
    </w:p>
    <w:p>
      <w:pPr>
        <w:pStyle w:val="ListParagraph"/>
      </w:pPr>
      <w:r>
        <w:rPr>
          <w:sz w:val="22"/>
        </w:rPr>
        <w:t>D. Tòa án Quốc tế</w:t>
      </w:r>
    </w:p>
    <w:p/>
    <w:p>
      <w:r>
        <w:rPr>
          <w:b/>
          <w:sz w:val="24"/>
        </w:rPr>
        <w:t>Câu 8: Cơ quan chịu trách nhiệm chính trong việc duy trì hòa bình và an ninh thế giới?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Ban Thư ký</w:t>
      </w:r>
    </w:p>
    <w:p>
      <w:pPr>
        <w:pStyle w:val="ListParagraph"/>
      </w:pPr>
      <w:r>
        <w:rPr>
          <w:sz w:val="22"/>
        </w:rPr>
        <w:t>C. Hội đồng Quản thác</w:t>
      </w:r>
    </w:p>
    <w:p>
      <w:pPr>
        <w:pStyle w:val="ListParagraph"/>
      </w:pPr>
      <w:r>
        <w:rPr>
          <w:sz w:val="22"/>
        </w:rPr>
        <w:t>D. Tòa án Quốc tế</w:t>
      </w:r>
    </w:p>
    <w:p/>
    <w:p>
      <w:r>
        <w:rPr>
          <w:b/>
          <w:sz w:val="24"/>
        </w:rPr>
        <w:t>Câu 9: Bối cảnh ra đời của tổ chức Liên hợp quốc?</w:t>
      </w:r>
    </w:p>
    <w:p>
      <w:pPr>
        <w:pStyle w:val="ListParagraph"/>
      </w:pPr>
      <w:r>
        <w:rPr>
          <w:sz w:val="22"/>
        </w:rPr>
        <w:t>A. Sau Chiến tranh thế giới thứ hai, nhu cầu về một tổ chức duy trì hòa bình thế giới</w:t>
      </w:r>
    </w:p>
    <w:p>
      <w:pPr>
        <w:pStyle w:val="ListParagraph"/>
      </w:pPr>
      <w:r>
        <w:rPr>
          <w:sz w:val="22"/>
        </w:rPr>
        <w:t>B. Phân chia phạm vi ảnh hưởng sau Chiến tranh thế giới thứ nhất</w:t>
      </w:r>
    </w:p>
    <w:p>
      <w:pPr>
        <w:pStyle w:val="ListParagraph"/>
      </w:pPr>
      <w:r>
        <w:rPr>
          <w:sz w:val="22"/>
        </w:rPr>
        <w:t>C. Nhu cầu hợp tác sau Cách mạng công nghiệp lần 1</w:t>
      </w:r>
    </w:p>
    <w:p>
      <w:pPr>
        <w:pStyle w:val="ListParagraph"/>
      </w:pPr>
      <w:r>
        <w:rPr>
          <w:sz w:val="22"/>
        </w:rPr>
        <w:t>D. Sự căng thẳng của Chiến tranh lạnh</w:t>
      </w:r>
    </w:p>
    <w:p/>
    <w:p>
      <w:r>
        <w:rPr>
          <w:b/>
          <w:sz w:val="24"/>
        </w:rPr>
        <w:t>Câu 10: Nội dung nào KHÔNG phải nguyên tắc hoạt động của Liên hợp quốc?</w:t>
      </w:r>
    </w:p>
    <w:p>
      <w:pPr>
        <w:pStyle w:val="ListParagraph"/>
      </w:pPr>
      <w:r>
        <w:rPr>
          <w:sz w:val="22"/>
        </w:rPr>
        <w:t>A. Bình đẳng chủ quyền và quyền tự quyết của các dân tộc</w:t>
      </w:r>
    </w:p>
    <w:p>
      <w:pPr>
        <w:pStyle w:val="ListParagraph"/>
      </w:pPr>
      <w:r>
        <w:rPr>
          <w:sz w:val="22"/>
        </w:rPr>
        <w:t>B. Giải quyết tranh chấp bằng biện pháp hòa bình</w:t>
      </w:r>
    </w:p>
    <w:p>
      <w:pPr>
        <w:pStyle w:val="ListParagraph"/>
      </w:pPr>
      <w:r>
        <w:rPr>
          <w:sz w:val="22"/>
        </w:rPr>
        <w:t>C. Không can thiệp vào công việc nội bộ của các nước</w:t>
      </w:r>
    </w:p>
    <w:p>
      <w:pPr>
        <w:pStyle w:val="ListParagraph"/>
      </w:pPr>
      <w:r>
        <w:rPr>
          <w:sz w:val="22"/>
        </w:rPr>
        <w:t>D. Hợp tác hiệu quả về kinh tế, văn hóa, xã hội</w:t>
      </w:r>
    </w:p>
    <w:p/>
    <w:p>
      <w:r>
        <w:rPr>
          <w:b/>
          <w:sz w:val="24"/>
        </w:rPr>
        <w:t>Câu 11: Mục tiêu hoạt động của Liên hợp quốc là gì?</w:t>
      </w:r>
    </w:p>
    <w:p>
      <w:pPr>
        <w:pStyle w:val="ListParagraph"/>
      </w:pPr>
      <w:r>
        <w:rPr>
          <w:sz w:val="22"/>
        </w:rPr>
        <w:t>A. Xây dựng Liên hợp quốc mạnh về quân sự, kinh tế</w:t>
      </w:r>
    </w:p>
    <w:p>
      <w:pPr>
        <w:pStyle w:val="ListParagraph"/>
      </w:pPr>
      <w:r>
        <w:rPr>
          <w:sz w:val="22"/>
        </w:rPr>
        <w:t>B. Hợp tác quốc tế giải quyết các vấn đề mang tính toàn cầu</w:t>
      </w:r>
    </w:p>
    <w:p>
      <w:pPr>
        <w:pStyle w:val="ListParagraph"/>
      </w:pPr>
      <w:r>
        <w:rPr>
          <w:sz w:val="22"/>
        </w:rPr>
        <w:t>C. Giải quyết an sinh xã hội cho từng quốc gia</w:t>
      </w:r>
    </w:p>
    <w:p>
      <w:pPr>
        <w:pStyle w:val="ListParagraph"/>
      </w:pPr>
      <w:r>
        <w:rPr>
          <w:sz w:val="22"/>
        </w:rPr>
        <w:t>D. Liên kết các nước thành trung tâm kinh tế - giáo dục</w:t>
      </w:r>
    </w:p>
    <w:p/>
    <w:p>
      <w:r>
        <w:rPr>
          <w:b/>
          <w:sz w:val="24"/>
        </w:rPr>
        <w:t>Câu 12: Vai trò của Liên hợp quốc trong bảo đảm quyền con người, phát triển văn hóa - xã hội?</w:t>
      </w:r>
    </w:p>
    <w:p>
      <w:pPr>
        <w:pStyle w:val="ListParagraph"/>
      </w:pPr>
      <w:r>
        <w:rPr>
          <w:sz w:val="22"/>
        </w:rPr>
        <w:t>A. Giảm lãi suất vay cho các nước phát triển</w:t>
      </w:r>
    </w:p>
    <w:p>
      <w:pPr>
        <w:pStyle w:val="ListParagraph"/>
      </w:pPr>
      <w:r>
        <w:rPr>
          <w:sz w:val="22"/>
        </w:rPr>
        <w:t>B. Cải thiện công nghệ thông tin cho mọi người</w:t>
      </w:r>
    </w:p>
    <w:p>
      <w:pPr>
        <w:pStyle w:val="ListParagraph"/>
      </w:pPr>
      <w:r>
        <w:rPr>
          <w:sz w:val="22"/>
        </w:rPr>
        <w:t>C. Tăng cường bình đẳng giới và vị thế của phụ nữ</w:t>
      </w:r>
    </w:p>
    <w:p>
      <w:pPr>
        <w:pStyle w:val="ListParagraph"/>
      </w:pPr>
      <w:r>
        <w:rPr>
          <w:sz w:val="22"/>
        </w:rPr>
        <w:t>D. Hoàn thành phổ cập đại học</w:t>
      </w:r>
    </w:p>
    <w:p/>
    <w:p>
      <w:r>
        <w:rPr>
          <w:b/>
          <w:sz w:val="24"/>
        </w:rPr>
        <w:t>Câu 13: Vai trò của Liên hợp quốc trong duy trì hòa bình, an ninh quốc tế?</w:t>
      </w:r>
    </w:p>
    <w:p>
      <w:pPr>
        <w:pStyle w:val="ListParagraph"/>
      </w:pPr>
      <w:r>
        <w:rPr>
          <w:sz w:val="22"/>
        </w:rPr>
        <w:t>A. Soạn thảo, xây dựng hệ thống công ước về giải trừ quân bị</w:t>
      </w:r>
    </w:p>
    <w:p>
      <w:pPr>
        <w:pStyle w:val="ListParagraph"/>
      </w:pPr>
      <w:r>
        <w:rPr>
          <w:sz w:val="22"/>
        </w:rPr>
        <w:t>B. Ngăn chặn triệt để mọi cuộc đối đầu Đông - Tây</w:t>
      </w:r>
    </w:p>
    <w:p>
      <w:pPr>
        <w:pStyle w:val="ListParagraph"/>
      </w:pPr>
      <w:r>
        <w:rPr>
          <w:sz w:val="22"/>
        </w:rPr>
        <w:t>C. Giải quyết tất cả các xung đột trên thế giới</w:t>
      </w:r>
    </w:p>
    <w:p>
      <w:pPr>
        <w:pStyle w:val="ListParagraph"/>
      </w:pPr>
      <w:r>
        <w:rPr>
          <w:sz w:val="22"/>
        </w:rPr>
        <w:t>D. Chấm dứt hoàn toàn việc chạy đua vũ trang</w:t>
      </w:r>
    </w:p>
    <w:p/>
    <w:p>
      <w:r>
        <w:rPr>
          <w:b/>
          <w:sz w:val="24"/>
        </w:rPr>
        <w:t>Câu 14: Vai trò của Liên hợp quốc trong thúc đẩy phát triển kinh tế, thương mại toàn cầu?</w:t>
      </w:r>
    </w:p>
    <w:p>
      <w:pPr>
        <w:pStyle w:val="ListParagraph"/>
      </w:pPr>
      <w:r>
        <w:rPr>
          <w:sz w:val="22"/>
        </w:rPr>
        <w:t>A. Đảm bảo an ninh thông qua hoạt động quân sự</w:t>
      </w:r>
    </w:p>
    <w:p>
      <w:pPr>
        <w:pStyle w:val="ListParagraph"/>
      </w:pPr>
      <w:r>
        <w:rPr>
          <w:sz w:val="22"/>
        </w:rPr>
        <w:t>B. Giải quyết tranh chấp biên giới các nước thành viên</w:t>
      </w:r>
    </w:p>
    <w:p>
      <w:pPr>
        <w:pStyle w:val="ListParagraph"/>
      </w:pPr>
      <w:r>
        <w:rPr>
          <w:sz w:val="22"/>
        </w:rPr>
        <w:t>C. Thúc đẩy nghiên cứu khoa học giữa các nước phát triển</w:t>
      </w:r>
    </w:p>
    <w:p>
      <w:pPr>
        <w:pStyle w:val="ListParagraph"/>
      </w:pPr>
      <w:r>
        <w:rPr>
          <w:sz w:val="22"/>
        </w:rPr>
        <w:t>D. Thúc đẩy hợp tác quốc tế cải thiện điều kiện kinh tế - xã hội toàn cầu</w:t>
      </w:r>
    </w:p>
    <w:p/>
    <w:p>
      <w:r>
        <w:rPr>
          <w:b/>
          <w:sz w:val="24"/>
        </w:rPr>
        <w:t>Câu 15: Mục tiêu nào của Liên hợp quốc là cơ sở để thực hiện các mục tiêu khác?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Điều hòa nỗ lực của các quốc gia</w:t>
      </w:r>
    </w:p>
    <w:p>
      <w:pPr>
        <w:pStyle w:val="ListParagraph"/>
      </w:pPr>
      <w:r>
        <w:rPr>
          <w:sz w:val="22"/>
        </w:rPr>
        <w:t>C. Thúc đẩy quan hệ hữu nghị</w:t>
      </w:r>
    </w:p>
    <w:p>
      <w:pPr>
        <w:pStyle w:val="ListParagraph"/>
      </w:pPr>
      <w:r>
        <w:rPr>
          <w:sz w:val="22"/>
        </w:rPr>
        <w:t>D. Hợp tác giải quyết vấn đề toàn cầu</w:t>
      </w:r>
    </w:p>
    <w:p/>
    <w:p>
      <w:r>
        <w:rPr>
          <w:b/>
          <w:sz w:val="24"/>
        </w:rPr>
        <w:t>Câu 16: Cơ sở để đề ra nguyên tắc 'Giải quyết tranh chấp bằng biện pháp hòa bình'?</w:t>
      </w:r>
    </w:p>
    <w:p>
      <w:pPr>
        <w:pStyle w:val="ListParagraph"/>
      </w:pPr>
      <w:r>
        <w:rPr>
          <w:sz w:val="22"/>
        </w:rPr>
        <w:t>A. Hòa bình là nguyện vọng và xu thế chung của các dân tộc</w:t>
      </w:r>
    </w:p>
    <w:p>
      <w:pPr>
        <w:pStyle w:val="ListParagraph"/>
      </w:pPr>
      <w:r>
        <w:rPr>
          <w:sz w:val="22"/>
        </w:rPr>
        <w:t>B. Hòa bình quyết định sự tồn tại của chế độ chính trị</w:t>
      </w:r>
    </w:p>
    <w:p>
      <w:pPr>
        <w:pStyle w:val="ListParagraph"/>
      </w:pPr>
      <w:r>
        <w:rPr>
          <w:sz w:val="22"/>
        </w:rPr>
        <w:t>C. Cân bằng lợi ích của các nước</w:t>
      </w:r>
    </w:p>
    <w:p>
      <w:pPr>
        <w:pStyle w:val="ListParagraph"/>
      </w:pPr>
      <w:r>
        <w:rPr>
          <w:sz w:val="22"/>
        </w:rPr>
        <w:t>D. Xung đột diễn ra ở khắp nơi</w:t>
      </w:r>
    </w:p>
    <w:p/>
    <w:p>
      <w:r>
        <w:rPr>
          <w:b/>
          <w:sz w:val="24"/>
        </w:rPr>
        <w:t>Câu 17: Nhận định đúng và đầy đủ về vị trí, vai trò của Liên hợp quốc?</w:t>
      </w:r>
    </w:p>
    <w:p>
      <w:pPr>
        <w:pStyle w:val="ListParagraph"/>
      </w:pPr>
      <w:r>
        <w:rPr>
          <w:sz w:val="22"/>
        </w:rPr>
        <w:t>A. Diễn đàn quốc tế lớn nhất, vừa hợp tác vừa đấu tranh vì hòa bình, an ninh thế giới</w:t>
      </w:r>
    </w:p>
    <w:p>
      <w:pPr>
        <w:pStyle w:val="ListParagraph"/>
      </w:pPr>
      <w:r>
        <w:rPr>
          <w:sz w:val="22"/>
        </w:rPr>
        <w:t>B. Tổ chức phát triển năng động vì sự ổn định toàn cầu</w:t>
      </w:r>
    </w:p>
    <w:p>
      <w:pPr>
        <w:pStyle w:val="ListParagraph"/>
      </w:pPr>
      <w:r>
        <w:rPr>
          <w:sz w:val="22"/>
        </w:rPr>
        <w:t>C. Tổ chức tạo quan hệ thân thiện với mọi nước</w:t>
      </w:r>
    </w:p>
    <w:p>
      <w:pPr>
        <w:pStyle w:val="ListParagraph"/>
      </w:pPr>
      <w:r>
        <w:rPr>
          <w:sz w:val="22"/>
        </w:rPr>
        <w:t>D. Liên kết chính trị - kinh tế lớn nhất hành tinh</w:t>
      </w:r>
    </w:p>
    <w:p/>
    <w:p>
      <w:r>
        <w:rPr>
          <w:b/>
          <w:sz w:val="24"/>
        </w:rPr>
        <w:t>Câu 18: Liên hợp quốc KHÔNG có vai trò nào sau đây?</w:t>
      </w:r>
    </w:p>
    <w:p>
      <w:pPr>
        <w:pStyle w:val="ListParagraph"/>
      </w:pPr>
      <w:r>
        <w:rPr>
          <w:sz w:val="22"/>
        </w:rPr>
        <w:t>A. Thúc đẩy quá trình phi thực dân hóa</w:t>
      </w:r>
    </w:p>
    <w:p>
      <w:pPr>
        <w:pStyle w:val="ListParagraph"/>
      </w:pPr>
      <w:r>
        <w:rPr>
          <w:sz w:val="22"/>
        </w:rPr>
        <w:t>B. Xây dựng môi trường thuận lợi cho hợp tác</w:t>
      </w:r>
    </w:p>
    <w:p>
      <w:pPr>
        <w:pStyle w:val="ListParagraph"/>
      </w:pPr>
      <w:r>
        <w:rPr>
          <w:sz w:val="22"/>
        </w:rPr>
        <w:t>C. Ngăn chặn triệt để các cuộc đối đầu và xung đột trên thế giới</w:t>
      </w:r>
    </w:p>
    <w:p>
      <w:pPr>
        <w:pStyle w:val="ListParagraph"/>
      </w:pPr>
      <w:r>
        <w:rPr>
          <w:sz w:val="22"/>
        </w:rPr>
        <w:t>D. Làm trung gian hòa giải xung đột ở một số khu vực</w:t>
      </w:r>
    </w:p>
    <w:p/>
    <w:p>
      <w:r>
        <w:rPr>
          <w:b/>
          <w:sz w:val="24"/>
        </w:rPr>
        <w:t>Câu 19: Việc Việt Nam đảm nhiệm Ủy viên không thường trực Hội đồng Bảo an thể hiện:</w:t>
      </w:r>
    </w:p>
    <w:p>
      <w:pPr>
        <w:pStyle w:val="ListParagraph"/>
      </w:pPr>
      <w:r>
        <w:rPr>
          <w:sz w:val="22"/>
        </w:rPr>
        <w:t>A. Việt Nam đã thành cường quốc chính trị</w:t>
      </w:r>
    </w:p>
    <w:p>
      <w:pPr>
        <w:pStyle w:val="ListParagraph"/>
      </w:pPr>
      <w:r>
        <w:rPr>
          <w:sz w:val="22"/>
        </w:rPr>
        <w:t>B. Uy tín và vị thế quốc tế của Việt Nam được nâng cao</w:t>
      </w:r>
    </w:p>
    <w:p>
      <w:pPr>
        <w:pStyle w:val="ListParagraph"/>
      </w:pPr>
      <w:r>
        <w:rPr>
          <w:sz w:val="22"/>
        </w:rPr>
        <w:t>C. Việt Nam giải quyết xong vấn đề Biển Đông</w:t>
      </w:r>
    </w:p>
    <w:p>
      <w:pPr>
        <w:pStyle w:val="ListParagraph"/>
      </w:pPr>
      <w:r>
        <w:rPr>
          <w:sz w:val="22"/>
        </w:rPr>
        <w:t>D. Việt Nam chi phối nhiều tổ chức quốc tế</w:t>
      </w:r>
    </w:p>
    <w:p/>
    <w:p>
      <w:r>
        <w:rPr>
          <w:b/>
          <w:sz w:val="24"/>
        </w:rPr>
        <w:t>Câu 20: Nhận định đúng về vị trí của Liên hợp quốc:</w:t>
      </w:r>
    </w:p>
    <w:p>
      <w:pPr>
        <w:pStyle w:val="ListParagraph"/>
      </w:pPr>
      <w:r>
        <w:rPr>
          <w:sz w:val="22"/>
        </w:rPr>
        <w:t>A. Diễn đàn quốc tế lớn nhất, vừa hợp tác vừa đấu tranh vì hòa bình, an ninh</w:t>
      </w:r>
    </w:p>
    <w:p>
      <w:pPr>
        <w:pStyle w:val="ListParagraph"/>
      </w:pPr>
      <w:r>
        <w:rPr>
          <w:sz w:val="22"/>
        </w:rPr>
        <w:t>B. Tổ chức phát triển năng động</w:t>
      </w:r>
    </w:p>
    <w:p>
      <w:pPr>
        <w:pStyle w:val="ListParagraph"/>
      </w:pPr>
      <w:r>
        <w:rPr>
          <w:sz w:val="22"/>
        </w:rPr>
        <w:t>C. Tổ chức tạo dựng quan hệ thân thiện</w:t>
      </w:r>
    </w:p>
    <w:p>
      <w:pPr>
        <w:pStyle w:val="ListParagraph"/>
      </w:pPr>
      <w:r>
        <w:rPr>
          <w:sz w:val="22"/>
        </w:rPr>
        <w:t>D. Liên kết chính trị - kinh tế lớn nhất</w:t>
      </w:r>
    </w:p>
    <w:p/>
    <w:p>
      <w:r>
        <w:rPr>
          <w:b/>
          <w:sz w:val="24"/>
        </w:rPr>
        <w:t>Câu 21: Nhận xét KHÔNG đúng về sự thành lập Liên hợp quốc?</w:t>
      </w:r>
    </w:p>
    <w:p>
      <w:pPr>
        <w:pStyle w:val="ListParagraph"/>
      </w:pPr>
      <w:r>
        <w:rPr>
          <w:sz w:val="22"/>
        </w:rPr>
        <w:t>A. Phù hợp khát vọng hòa bình của nhân dân thế giới</w:t>
      </w:r>
    </w:p>
    <w:p>
      <w:pPr>
        <w:pStyle w:val="ListParagraph"/>
      </w:pPr>
      <w:r>
        <w:rPr>
          <w:sz w:val="22"/>
        </w:rPr>
        <w:t>B. Trải qua nhiều hội nghị quốc tế</w:t>
      </w:r>
    </w:p>
    <w:p>
      <w:pPr>
        <w:pStyle w:val="ListParagraph"/>
      </w:pPr>
      <w:r>
        <w:rPr>
          <w:sz w:val="22"/>
        </w:rPr>
        <w:t>C. Các cường quốc Đồng minh giữ vai trò chủ đạo</w:t>
      </w:r>
    </w:p>
    <w:p>
      <w:pPr>
        <w:pStyle w:val="ListParagraph"/>
      </w:pPr>
      <w:r>
        <w:rPr>
          <w:sz w:val="22"/>
        </w:rPr>
        <w:t>D. Thành lập lâu dài và chịu ảnh hưởng trực tiếp của Chiến tranh lạnh</w:t>
      </w:r>
    </w:p>
    <w:p/>
    <w:p>
      <w:r>
        <w:rPr>
          <w:b/>
          <w:sz w:val="24"/>
        </w:rPr>
        <w:t>Câu 22: Ngày 24-10-1945, Hiến chương có hiệu lực, đánh dấu sự thành lập Liên hợp quốc.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Hiến chương được thông qua mà không có tranh luận hay bất đồng ý kiến nào.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Sự ra đời của Hiến chương tạo nền tảng pháp lý cho hòa bình, an ninh hậu chiến.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Liên hợp quốc ra đời đánh dấu bước ngoặt trong xây dựng hệ thống an ninh tập thể toàn cầu.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Mục đích cao nhất của Liên hợp quốc là duy trì hòa bình và an ninh thế giới.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Liên hợp quốc chỉ tập trung trừng phạt, không quan tâm đến quan hệ hữu nghị.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Liên hợp quốc đóng vai trò thúc đẩy bình đẳng và quyền tự quyết giữa các dân tộc.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29: Liên hợp quốc góp phần tạo trật tự thế giới công bằng, bền vững.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30: Liên hợp quốc đã ban hành văn bản quan trọng nhằm thủ tiêu hệ thống thuộc địa.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31: Tuyên ngôn chỉ có tính tuyên truyền, không có giá trị pháp lý.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32: Tuyên ngôn tạo cơ sở pháp lý hỗ trợ phong trào giải phóng dân tộc.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33: Việc thông qua Tuyên ngôn khẳng định quyền tự quyết của các dân tộc bị áp bức.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34: Các nước không phải thành viên Hội đồng Bảo an có thể được mời tham dự thảo luận về tranh chấp liên quan.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35: Quốc gia không phải thành viên vẫn có quyền biểu quyết như các thành viên khác.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36: Hội đồng Bảo an tạo điều kiện cho các nước liên quan phát biểu tiếng nói.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37: Quy định dự họp nhưng không biểu quyết thể hiện tính bao trùm và tôn trọng trật tự quốc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38: Hội nghị I-an-ta (2-1945) diễn ra vào giai đoạn nào của Chiến tranh thế giới thứ hai?</w:t>
      </w:r>
    </w:p>
    <w:p>
      <w:pPr>
        <w:pStyle w:val="ListParagraph"/>
      </w:pPr>
      <w:r>
        <w:rPr>
          <w:sz w:val="22"/>
        </w:rPr>
        <w:t>A. Giai đoạn sắp kết thúc</w:t>
      </w:r>
    </w:p>
    <w:p>
      <w:pPr>
        <w:pStyle w:val="ListParagraph"/>
      </w:pPr>
      <w:r>
        <w:rPr>
          <w:sz w:val="22"/>
        </w:rPr>
        <w:t>B. Bùng nổ và lan rộng</w:t>
      </w:r>
    </w:p>
    <w:p>
      <w:pPr>
        <w:pStyle w:val="ListParagraph"/>
      </w:pPr>
      <w:r>
        <w:rPr>
          <w:sz w:val="22"/>
        </w:rPr>
        <w:t>C. Vừa mới kết thúc</w:t>
      </w:r>
    </w:p>
    <w:p>
      <w:pPr>
        <w:pStyle w:val="ListParagraph"/>
      </w:pPr>
      <w:r>
        <w:rPr>
          <w:sz w:val="22"/>
        </w:rPr>
        <w:t>D. Vừa mới bùng nổ</w:t>
      </w:r>
    </w:p>
    <w:p/>
    <w:p>
      <w:r>
        <w:rPr>
          <w:b/>
          <w:sz w:val="24"/>
        </w:rPr>
        <w:t>Câu 39: Quốc gia nào tham dự Hội nghị I-an-ta?</w:t>
      </w:r>
    </w:p>
    <w:p>
      <w:pPr>
        <w:pStyle w:val="ListParagraph"/>
      </w:pPr>
      <w:r>
        <w:rPr>
          <w:sz w:val="22"/>
        </w:rPr>
        <w:t>A. Hà Lan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Anh</w:t>
      </w:r>
    </w:p>
    <w:p/>
    <w:p>
      <w:r>
        <w:rPr>
          <w:b/>
          <w:sz w:val="24"/>
        </w:rPr>
        <w:t>Câu 40: Hội nghị I-an-ta thông qua nội dung nào?</w:t>
      </w:r>
    </w:p>
    <w:p>
      <w:pPr>
        <w:pStyle w:val="ListParagraph"/>
      </w:pPr>
      <w:r>
        <w:rPr>
          <w:sz w:val="22"/>
        </w:rPr>
        <w:t>A. Xây dựng trật tự thế giới mới sau chiến tranh</w:t>
      </w:r>
    </w:p>
    <w:p>
      <w:pPr>
        <w:pStyle w:val="ListParagraph"/>
      </w:pPr>
      <w:r>
        <w:rPr>
          <w:sz w:val="22"/>
        </w:rPr>
        <w:t>B. Khôi phục Hội Quốc liên</w:t>
      </w:r>
    </w:p>
    <w:p>
      <w:pPr>
        <w:pStyle w:val="ListParagraph"/>
      </w:pPr>
      <w:r>
        <w:rPr>
          <w:sz w:val="22"/>
        </w:rPr>
        <w:t>C. Phân chia phạm vi ảnh hưởng ở châu Âu và châu Á</w:t>
      </w:r>
    </w:p>
    <w:p>
      <w:pPr>
        <w:pStyle w:val="ListParagraph"/>
      </w:pPr>
      <w:r>
        <w:rPr>
          <w:sz w:val="22"/>
        </w:rPr>
        <w:t>D. Phân chia ảnh hưởng ở châu Phi</w:t>
      </w:r>
    </w:p>
    <w:p/>
    <w:p>
      <w:r>
        <w:rPr>
          <w:b/>
          <w:sz w:val="24"/>
        </w:rPr>
        <w:t>Câu 41: Theo quyết định I-an-ta, quân đội Liên Xô chiếm đóng vùng nào?</w:t>
      </w:r>
    </w:p>
    <w:p>
      <w:pPr>
        <w:pStyle w:val="ListParagraph"/>
      </w:pPr>
      <w:r>
        <w:rPr>
          <w:sz w:val="22"/>
        </w:rPr>
        <w:t>A. Đông Béc-lin</w:t>
      </w:r>
    </w:p>
    <w:p>
      <w:pPr>
        <w:pStyle w:val="ListParagraph"/>
      </w:pPr>
      <w:r>
        <w:rPr>
          <w:sz w:val="22"/>
        </w:rPr>
        <w:t>B. Tây Béc-lin</w:t>
      </w:r>
    </w:p>
    <w:p>
      <w:pPr>
        <w:pStyle w:val="ListParagraph"/>
      </w:pPr>
      <w:r>
        <w:rPr>
          <w:sz w:val="22"/>
        </w:rPr>
        <w:t>C. Tây Âu</w:t>
      </w:r>
    </w:p>
    <w:p>
      <w:pPr>
        <w:pStyle w:val="ListParagraph"/>
      </w:pPr>
      <w:r>
        <w:rPr>
          <w:sz w:val="22"/>
        </w:rPr>
        <w:t>D. Nam Âu</w:t>
      </w:r>
    </w:p>
    <w:p/>
    <w:p>
      <w:r>
        <w:rPr>
          <w:b/>
          <w:sz w:val="24"/>
        </w:rPr>
        <w:t>Câu 42: Theo quyết định I-an-ta, quân đội Mỹ chiếm đóng vùng nào?</w:t>
      </w:r>
    </w:p>
    <w:p>
      <w:pPr>
        <w:pStyle w:val="ListParagraph"/>
      </w:pPr>
      <w:r>
        <w:rPr>
          <w:sz w:val="22"/>
        </w:rPr>
        <w:t>A. Đông Béc-lin</w:t>
      </w:r>
    </w:p>
    <w:p>
      <w:pPr>
        <w:pStyle w:val="ListParagraph"/>
      </w:pPr>
      <w:r>
        <w:rPr>
          <w:sz w:val="22"/>
        </w:rPr>
        <w:t>B. Tây Âu</w:t>
      </w:r>
    </w:p>
    <w:p>
      <w:pPr>
        <w:pStyle w:val="ListParagraph"/>
      </w:pPr>
      <w:r>
        <w:rPr>
          <w:sz w:val="22"/>
        </w:rPr>
        <w:t>C. Đông Âu</w:t>
      </w:r>
    </w:p>
    <w:p>
      <w:pPr>
        <w:pStyle w:val="ListParagraph"/>
      </w:pPr>
      <w:r>
        <w:rPr>
          <w:sz w:val="22"/>
        </w:rPr>
        <w:t>D. Nam Âu</w:t>
      </w:r>
    </w:p>
    <w:p/>
    <w:p>
      <w:r>
        <w:rPr>
          <w:b/>
          <w:sz w:val="24"/>
        </w:rPr>
        <w:t>Câu 43: Theo quyết định I-an-ta, những nước nào trở thành quốc gia trung lập?</w:t>
      </w:r>
    </w:p>
    <w:p>
      <w:pPr>
        <w:pStyle w:val="ListParagraph"/>
      </w:pPr>
      <w:r>
        <w:rPr>
          <w:sz w:val="22"/>
        </w:rPr>
        <w:t>A. Thái Lan, Việt Nam</w:t>
      </w:r>
    </w:p>
    <w:p>
      <w:pPr>
        <w:pStyle w:val="ListParagraph"/>
      </w:pPr>
      <w:r>
        <w:rPr>
          <w:sz w:val="22"/>
        </w:rPr>
        <w:t>B. Lào, Tiệp Khắc</w:t>
      </w:r>
    </w:p>
    <w:p>
      <w:pPr>
        <w:pStyle w:val="ListParagraph"/>
      </w:pPr>
      <w:r>
        <w:rPr>
          <w:sz w:val="22"/>
        </w:rPr>
        <w:t>C. Áo, Phần Lan</w:t>
      </w:r>
    </w:p>
    <w:p>
      <w:pPr>
        <w:pStyle w:val="ListParagraph"/>
      </w:pPr>
      <w:r>
        <w:rPr>
          <w:sz w:val="22"/>
        </w:rPr>
        <w:t>D. Trung Quốc, Ấn Độ</w:t>
      </w:r>
    </w:p>
    <w:p/>
    <w:p>
      <w:r>
        <w:rPr>
          <w:b/>
          <w:sz w:val="24"/>
        </w:rPr>
        <w:t>Câu 44: Quốc gia nào trở thành một nước thống nhất và dân chủ theo quyết định I-an-ta?</w:t>
      </w:r>
    </w:p>
    <w:p>
      <w:pPr>
        <w:pStyle w:val="ListParagraph"/>
      </w:pPr>
      <w:r>
        <w:rPr>
          <w:sz w:val="22"/>
        </w:rPr>
        <w:t>A. Ấn Độ</w:t>
      </w:r>
    </w:p>
    <w:p>
      <w:pPr>
        <w:pStyle w:val="ListParagraph"/>
      </w:pPr>
      <w:r>
        <w:rPr>
          <w:sz w:val="22"/>
        </w:rPr>
        <w:t>B. Cu-ba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Lào</w:t>
      </w:r>
    </w:p>
    <w:p/>
    <w:p>
      <w:r>
        <w:rPr>
          <w:b/>
          <w:sz w:val="24"/>
        </w:rPr>
        <w:t>Câu 45: Vùng Đông Nam Á thuộc phạm vi ảnh hưởng của khu vực nào?</w:t>
      </w:r>
    </w:p>
    <w:p>
      <w:pPr>
        <w:pStyle w:val="ListParagraph"/>
      </w:pPr>
      <w:r>
        <w:rPr>
          <w:sz w:val="22"/>
        </w:rPr>
        <w:t>A. Các nước phương Tây</w:t>
      </w:r>
    </w:p>
    <w:p>
      <w:pPr>
        <w:pStyle w:val="ListParagraph"/>
      </w:pPr>
      <w:r>
        <w:rPr>
          <w:sz w:val="22"/>
        </w:rPr>
        <w:t>B. Đông Âu</w:t>
      </w:r>
    </w:p>
    <w:p>
      <w:pPr>
        <w:pStyle w:val="ListParagraph"/>
      </w:pPr>
      <w:r>
        <w:rPr>
          <w:sz w:val="22"/>
        </w:rPr>
        <w:t>C. Liên Xô</w:t>
      </w:r>
    </w:p>
    <w:p>
      <w:pPr>
        <w:pStyle w:val="ListParagraph"/>
      </w:pPr>
      <w:r>
        <w:rPr>
          <w:sz w:val="22"/>
        </w:rPr>
        <w:t>D. Trung Quốc</w:t>
      </w:r>
    </w:p>
    <w:p/>
    <w:p>
      <w:r>
        <w:rPr>
          <w:b/>
          <w:sz w:val="24"/>
        </w:rPr>
        <w:t>Câu 46: Biểu hiện của Trật tự hai cực I-an-ta giai đoạn 1945 - đầu những năm 70?</w:t>
      </w:r>
    </w:p>
    <w:p>
      <w:pPr>
        <w:pStyle w:val="ListParagraph"/>
      </w:pPr>
      <w:r>
        <w:rPr>
          <w:sz w:val="22"/>
        </w:rPr>
        <w:t>A. Từ đối kháng sang đối đầu hai hệ thống</w:t>
      </w:r>
    </w:p>
    <w:p>
      <w:pPr>
        <w:pStyle w:val="ListParagraph"/>
      </w:pPr>
      <w:r>
        <w:rPr>
          <w:sz w:val="22"/>
        </w:rPr>
        <w:t>B. Xác lập và phát triển với sự đối đầu căng thẳng trên nhiều lĩnh vực</w:t>
      </w:r>
    </w:p>
    <w:p>
      <w:pPr>
        <w:pStyle w:val="ListParagraph"/>
      </w:pPr>
      <w:r>
        <w:rPr>
          <w:sz w:val="22"/>
        </w:rPr>
        <w:t>C. Trực tiếp xảy ra chiến tranh giữa Liên Xô và Mỹ</w:t>
      </w:r>
    </w:p>
    <w:p>
      <w:pPr>
        <w:pStyle w:val="ListParagraph"/>
      </w:pPr>
      <w:r>
        <w:rPr>
          <w:sz w:val="22"/>
        </w:rPr>
        <w:t>D. Chuyển sang hòa hoãn Đông - Tây</w:t>
      </w:r>
    </w:p>
    <w:p/>
    <w:p>
      <w:r>
        <w:rPr>
          <w:b/>
          <w:sz w:val="24"/>
        </w:rPr>
        <w:t>Câu 47: Biểu hiện của Trật tự hai cực I-an-ta từ những năm 70 đến 1991?</w:t>
      </w:r>
    </w:p>
    <w:p>
      <w:pPr>
        <w:pStyle w:val="ListParagraph"/>
      </w:pPr>
      <w:r>
        <w:rPr>
          <w:sz w:val="22"/>
        </w:rPr>
        <w:t>A. Xác lập và phát triển căng thẳng</w:t>
      </w:r>
    </w:p>
    <w:p>
      <w:pPr>
        <w:pStyle w:val="ListParagraph"/>
      </w:pPr>
      <w:r>
        <w:rPr>
          <w:sz w:val="22"/>
        </w:rPr>
        <w:t>B. Bùng nổ chiến tranh trực tiếp giữa hai siêu cường</w:t>
      </w:r>
    </w:p>
    <w:p>
      <w:pPr>
        <w:pStyle w:val="ListParagraph"/>
      </w:pPr>
      <w:r>
        <w:rPr>
          <w:sz w:val="22"/>
        </w:rPr>
        <w:t>C. Xu thế hòa hoãn Đông - Tây, đối thoại và đi đến chấm dứt đối đầu</w:t>
      </w:r>
    </w:p>
    <w:p>
      <w:pPr>
        <w:pStyle w:val="ListParagraph"/>
      </w:pPr>
      <w:r>
        <w:rPr>
          <w:sz w:val="22"/>
        </w:rPr>
        <w:t>D. Bùng nổ chiến tranh khắp nơi</w:t>
      </w:r>
    </w:p>
    <w:p/>
    <w:p>
      <w:r>
        <w:rPr>
          <w:b/>
          <w:sz w:val="24"/>
        </w:rPr>
        <w:t>Câu 48: Sự kiện mở ra đột phá đầu tiên làm xói mòn Trật tự I-an-ta?</w:t>
      </w:r>
    </w:p>
    <w:p>
      <w:pPr>
        <w:pStyle w:val="ListParagraph"/>
      </w:pPr>
      <w:r>
        <w:rPr>
          <w:sz w:val="22"/>
        </w:rPr>
        <w:t>A. Cách mạng tháng Tám Việt Nam (1945)</w:t>
      </w:r>
    </w:p>
    <w:p>
      <w:pPr>
        <w:pStyle w:val="ListParagraph"/>
      </w:pPr>
      <w:r>
        <w:rPr>
          <w:sz w:val="22"/>
        </w:rPr>
        <w:t>B. Cách mạng Cu-ba thắng lợi (1959)</w:t>
      </w:r>
    </w:p>
    <w:p>
      <w:pPr>
        <w:pStyle w:val="ListParagraph"/>
      </w:pPr>
      <w:r>
        <w:rPr>
          <w:sz w:val="22"/>
        </w:rPr>
        <w:t>C. Cuộc khủng hoảng kênh đào Xuy-ê (1956)</w:t>
      </w:r>
    </w:p>
    <w:p>
      <w:pPr>
        <w:pStyle w:val="ListParagraph"/>
      </w:pPr>
      <w:r>
        <w:rPr>
          <w:sz w:val="22"/>
        </w:rPr>
        <w:t>D. Thắng lợi của Cách mạng Trung Quốc (1949)</w:t>
      </w:r>
    </w:p>
    <w:p/>
    <w:p>
      <w:r>
        <w:rPr>
          <w:b/>
          <w:sz w:val="24"/>
        </w:rPr>
        <w:t>Câu 49: Sự kiện làm Trật tự hai cực I-an-ta chính thức sụp đổ?</w:t>
      </w:r>
    </w:p>
    <w:p>
      <w:pPr>
        <w:pStyle w:val="ListParagraph"/>
      </w:pPr>
      <w:r>
        <w:rPr>
          <w:sz w:val="22"/>
        </w:rPr>
        <w:t>A. Chủ nghĩa xã hội sụp đổ ở Đông Âu và Liên Xô (1991)</w:t>
      </w:r>
    </w:p>
    <w:p>
      <w:pPr>
        <w:pStyle w:val="ListParagraph"/>
      </w:pPr>
      <w:r>
        <w:rPr>
          <w:sz w:val="22"/>
        </w:rPr>
        <w:t>B. Cuộc gặp Malta (1989)</w:t>
      </w:r>
    </w:p>
    <w:p>
      <w:pPr>
        <w:pStyle w:val="ListParagraph"/>
      </w:pPr>
      <w:r>
        <w:rPr>
          <w:sz w:val="22"/>
        </w:rPr>
        <w:t>C. Ký kết Hiệp ước SALT 1</w:t>
      </w:r>
    </w:p>
    <w:p>
      <w:pPr>
        <w:pStyle w:val="ListParagraph"/>
      </w:pPr>
      <w:r>
        <w:rPr>
          <w:sz w:val="22"/>
        </w:rPr>
        <w:t>D. Mỹ ký Hiệp định Paris (1973)</w:t>
      </w:r>
    </w:p>
    <w:p/>
    <w:p>
      <w:r>
        <w:rPr>
          <w:b/>
          <w:sz w:val="24"/>
        </w:rPr>
        <w:t>Câu 50: Việc Mỹ và Liên Xô chấm dứt đối đầu quân sự tác động thế nào đến quan hệ quốc tế?</w:t>
      </w:r>
    </w:p>
    <w:p>
      <w:pPr>
        <w:pStyle w:val="ListParagraph"/>
      </w:pPr>
      <w:r>
        <w:rPr>
          <w:sz w:val="22"/>
        </w:rPr>
        <w:t>A. Chấm dứt hoàn toàn chiến tranh trên thế giới</w:t>
      </w:r>
    </w:p>
    <w:p>
      <w:pPr>
        <w:pStyle w:val="ListParagraph"/>
      </w:pPr>
      <w:r>
        <w:rPr>
          <w:sz w:val="22"/>
        </w:rPr>
        <w:t>B. Giúp quan hệ quốc tế mở rộng và đa dạng hơn</w:t>
      </w:r>
    </w:p>
    <w:p>
      <w:pPr>
        <w:pStyle w:val="ListParagraph"/>
      </w:pPr>
      <w:r>
        <w:rPr>
          <w:sz w:val="22"/>
        </w:rPr>
        <w:t>C. Đưa thế giới vào Chiến tranh lạnh</w:t>
      </w:r>
    </w:p>
    <w:p>
      <w:pPr>
        <w:pStyle w:val="ListParagraph"/>
      </w:pPr>
      <w:r>
        <w:rPr>
          <w:sz w:val="22"/>
        </w:rPr>
        <w:t>D. Kinh tế là nội dung duy nhất</w:t>
      </w:r>
    </w:p>
    <w:p/>
    <w:p>
      <w:r>
        <w:rPr>
          <w:b/>
          <w:sz w:val="24"/>
        </w:rPr>
        <w:t>Câu 51: Tác động từ sự sụp đổ của Trật tự I-an-ta (1991)?</w:t>
      </w:r>
    </w:p>
    <w:p>
      <w:pPr>
        <w:pStyle w:val="ListParagraph"/>
      </w:pPr>
      <w:r>
        <w:rPr>
          <w:sz w:val="22"/>
        </w:rPr>
        <w:t>A. Mỹ ủng hộ trật tự đa cực</w:t>
      </w:r>
    </w:p>
    <w:p>
      <w:pPr>
        <w:pStyle w:val="ListParagraph"/>
      </w:pPr>
      <w:r>
        <w:rPr>
          <w:sz w:val="22"/>
        </w:rPr>
        <w:t>B. Dẫn đến sự ra đời của ASEAN</w:t>
      </w:r>
    </w:p>
    <w:p>
      <w:pPr>
        <w:pStyle w:val="ListParagraph"/>
      </w:pPr>
      <w:r>
        <w:rPr>
          <w:sz w:val="22"/>
        </w:rPr>
        <w:t>C. Trung Quốc thành nền kinh tế số 1</w:t>
      </w:r>
    </w:p>
    <w:p>
      <w:pPr>
        <w:pStyle w:val="ListParagraph"/>
      </w:pPr>
      <w:r>
        <w:rPr>
          <w:sz w:val="22"/>
        </w:rPr>
        <w:t>D. Tạo điều kiện giải quyết các tranh chấp bằng biện pháp hòa bình</w:t>
      </w:r>
    </w:p>
    <w:p/>
    <w:p>
      <w:r>
        <w:rPr>
          <w:b/>
          <w:sz w:val="24"/>
        </w:rPr>
        <w:t>Câu 52: Trật tự hai cực I-an-ta khẳng định vị thế hàng đầu của hai cường quốc nào?</w:t>
      </w:r>
    </w:p>
    <w:p>
      <w:pPr>
        <w:pStyle w:val="ListParagraph"/>
      </w:pPr>
      <w:r>
        <w:rPr>
          <w:sz w:val="22"/>
        </w:rPr>
        <w:t>A. Liên Xô và Mỹ</w:t>
      </w:r>
    </w:p>
    <w:p>
      <w:pPr>
        <w:pStyle w:val="ListParagraph"/>
      </w:pPr>
      <w:r>
        <w:rPr>
          <w:sz w:val="22"/>
        </w:rPr>
        <w:t>B. Mỹ và Anh</w:t>
      </w:r>
    </w:p>
    <w:p>
      <w:pPr>
        <w:pStyle w:val="ListParagraph"/>
      </w:pPr>
      <w:r>
        <w:rPr>
          <w:sz w:val="22"/>
        </w:rPr>
        <w:t>C. Liên Xô và Anh</w:t>
      </w:r>
    </w:p>
    <w:p>
      <w:pPr>
        <w:pStyle w:val="ListParagraph"/>
      </w:pPr>
      <w:r>
        <w:rPr>
          <w:sz w:val="22"/>
        </w:rPr>
        <w:t>D. Liên Xô và Pháp</w:t>
      </w:r>
    </w:p>
    <w:p/>
    <w:p>
      <w:r>
        <w:rPr>
          <w:b/>
          <w:sz w:val="24"/>
        </w:rPr>
        <w:t>Câu 53: Tác động của phong trào giải phóng dân tộc đối với Trật tự I-an-ta?</w:t>
      </w:r>
    </w:p>
    <w:p>
      <w:pPr>
        <w:pStyle w:val="ListParagraph"/>
      </w:pPr>
      <w:r>
        <w:rPr>
          <w:sz w:val="22"/>
        </w:rPr>
        <w:t>A. Góp phần làm xói mòn và tan rã trật tự hai cực</w:t>
      </w:r>
    </w:p>
    <w:p>
      <w:pPr>
        <w:pStyle w:val="ListParagraph"/>
      </w:pPr>
      <w:r>
        <w:rPr>
          <w:sz w:val="22"/>
        </w:rPr>
        <w:t>B. Buộc Mỹ chấm dứt ngay Chiến tranh lạnh</w:t>
      </w:r>
    </w:p>
    <w:p>
      <w:pPr>
        <w:pStyle w:val="ListParagraph"/>
      </w:pPr>
      <w:r>
        <w:rPr>
          <w:sz w:val="22"/>
        </w:rPr>
        <w:t>C. Hình thành các liên minh quân sự</w:t>
      </w:r>
    </w:p>
    <w:p>
      <w:pPr>
        <w:pStyle w:val="ListParagraph"/>
      </w:pPr>
      <w:r>
        <w:rPr>
          <w:sz w:val="22"/>
        </w:rPr>
        <w:t>D. Thúc đẩy tư bản hòa hoãn với xã hội chủ nghĩa</w:t>
      </w:r>
    </w:p>
    <w:p/>
    <w:p>
      <w:r>
        <w:rPr>
          <w:b/>
          <w:sz w:val="24"/>
        </w:rPr>
        <w:t>Câu 54: Nguyên nhân Mỹ và Liên Xô tuyên bố chấm dứt Chiến tranh lạnh (12/1989)?</w:t>
      </w:r>
    </w:p>
    <w:p>
      <w:pPr>
        <w:pStyle w:val="ListParagraph"/>
      </w:pPr>
      <w:r>
        <w:rPr>
          <w:sz w:val="22"/>
        </w:rPr>
        <w:t>A. Khủng hoảng kinh tế trầm trọng ở cả hai nước</w:t>
      </w:r>
    </w:p>
    <w:p>
      <w:pPr>
        <w:pStyle w:val="ListParagraph"/>
      </w:pPr>
      <w:r>
        <w:rPr>
          <w:sz w:val="22"/>
        </w:rPr>
        <w:t>B. Tốn kém và suy giảm thế mạnh trên nhiều mặt</w:t>
      </w:r>
    </w:p>
    <w:p>
      <w:pPr>
        <w:pStyle w:val="ListParagraph"/>
      </w:pPr>
      <w:r>
        <w:rPr>
          <w:sz w:val="22"/>
        </w:rPr>
        <w:t>C. Mất hoàn toàn phạm vi ảnh hưởng</w:t>
      </w:r>
    </w:p>
    <w:p>
      <w:pPr>
        <w:pStyle w:val="ListParagraph"/>
      </w:pPr>
      <w:r>
        <w:rPr>
          <w:sz w:val="22"/>
        </w:rPr>
        <w:t>D. Trật tự I-an-ta đã sụp đổ hoàn toàn từ trước</w:t>
      </w:r>
    </w:p>
    <w:p/>
    <w:p>
      <w:r>
        <w:rPr>
          <w:b/>
          <w:sz w:val="24"/>
        </w:rPr>
        <w:t>Câu 55: Quyết định nào của Hội nghị I-an-ta là cơ sở hình thành Trật tự hai cực?</w:t>
      </w:r>
    </w:p>
    <w:p>
      <w:pPr>
        <w:pStyle w:val="ListParagraph"/>
      </w:pPr>
      <w:r>
        <w:rPr>
          <w:sz w:val="22"/>
        </w:rPr>
        <w:t>A. Phân chia phạm vi ảnh hưởng giữa Liên Xô và Mỹ</w:t>
      </w:r>
    </w:p>
    <w:p>
      <w:pPr>
        <w:pStyle w:val="ListParagraph"/>
      </w:pPr>
      <w:r>
        <w:rPr>
          <w:sz w:val="22"/>
        </w:rPr>
        <w:t>B. Đông Nam Á thuộc Liên Xô</w:t>
      </w:r>
    </w:p>
    <w:p>
      <w:pPr>
        <w:pStyle w:val="ListParagraph"/>
      </w:pPr>
      <w:r>
        <w:rPr>
          <w:sz w:val="22"/>
        </w:rPr>
        <w:t>C. Thành lập Liên hợp quốc</w:t>
      </w:r>
    </w:p>
    <w:p>
      <w:pPr>
        <w:pStyle w:val="ListParagraph"/>
      </w:pPr>
      <w:r>
        <w:rPr>
          <w:sz w:val="22"/>
        </w:rPr>
        <w:t>D. Tây Âu thuộc Mỹ, Đông Âu thuộc Liên Xô</w:t>
      </w:r>
    </w:p>
    <w:p/>
    <w:p>
      <w:r>
        <w:rPr>
          <w:b/>
          <w:sz w:val="24"/>
        </w:rPr>
        <w:t>Câu 56: Nhân tố hàng đầu chi phối quan hệ quốc tế nửa sau thế kỷ XX?</w:t>
      </w:r>
    </w:p>
    <w:p>
      <w:pPr>
        <w:pStyle w:val="ListParagraph"/>
      </w:pPr>
      <w:r>
        <w:rPr>
          <w:sz w:val="22"/>
        </w:rPr>
        <w:t>A. Hai hệ thống xã hội đối lập</w:t>
      </w:r>
    </w:p>
    <w:p>
      <w:pPr>
        <w:pStyle w:val="ListParagraph"/>
      </w:pPr>
      <w:r>
        <w:rPr>
          <w:sz w:val="22"/>
        </w:rPr>
        <w:t>B. Liên kết khu vực</w:t>
      </w:r>
    </w:p>
    <w:p>
      <w:pPr>
        <w:pStyle w:val="ListParagraph"/>
      </w:pPr>
      <w:r>
        <w:rPr>
          <w:sz w:val="22"/>
        </w:rPr>
        <w:t>C. Cục diện trật tự hai cực, hai phe</w:t>
      </w:r>
    </w:p>
    <w:p>
      <w:pPr>
        <w:pStyle w:val="ListParagraph"/>
      </w:pPr>
      <w:r>
        <w:rPr>
          <w:sz w:val="22"/>
        </w:rPr>
        <w:t>D. Các cuộc chiến tranh nóng ở châu Á</w:t>
      </w:r>
    </w:p>
    <w:p/>
    <w:p>
      <w:r>
        <w:rPr>
          <w:b/>
          <w:sz w:val="24"/>
        </w:rPr>
        <w:t>Câu 57: Nhận định đúng về quan hệ quốc tế thời Chiến tranh lạnh?</w:t>
      </w:r>
    </w:p>
    <w:p>
      <w:pPr>
        <w:pStyle w:val="ListParagraph"/>
      </w:pPr>
      <w:r>
        <w:rPr>
          <w:sz w:val="22"/>
        </w:rPr>
        <w:t>A. Các nước vừa hợp tác vừa đấu tranh trong bối cảnh biến động</w:t>
      </w:r>
    </w:p>
    <w:p>
      <w:pPr>
        <w:pStyle w:val="ListParagraph"/>
      </w:pPr>
      <w:r>
        <w:rPr>
          <w:sz w:val="22"/>
        </w:rPr>
        <w:t>B. Trật tự I-an-ta là nguồn gốc duy nhất</w:t>
      </w:r>
    </w:p>
    <w:p>
      <w:pPr>
        <w:pStyle w:val="ListParagraph"/>
      </w:pPr>
      <w:r>
        <w:rPr>
          <w:sz w:val="22"/>
        </w:rPr>
        <w:t>C. Xung đột quân sự trực tiếp giữa Mỹ và Liên Xô</w:t>
      </w:r>
    </w:p>
    <w:p>
      <w:pPr>
        <w:pStyle w:val="ListParagraph"/>
      </w:pPr>
      <w:r>
        <w:rPr>
          <w:sz w:val="22"/>
        </w:rPr>
        <w:t>D. Tuân thủ tuyệt đối sự sắp xếp của Liên hợp quốc</w:t>
      </w:r>
    </w:p>
    <w:p/>
    <w:p>
      <w:r>
        <w:rPr>
          <w:b/>
          <w:sz w:val="24"/>
        </w:rPr>
        <w:t>Câu 58: Vai trò kháng chiến chống Mỹ của Việt Nam (1954 - 1975) trong bối cảnh Chiến tranh lạnh?</w:t>
      </w:r>
    </w:p>
    <w:p>
      <w:pPr>
        <w:pStyle w:val="ListParagraph"/>
      </w:pPr>
      <w:r>
        <w:rPr>
          <w:sz w:val="22"/>
        </w:rPr>
        <w:t>A. Biểu tượng chống ảnh hưởng hai phe</w:t>
      </w:r>
    </w:p>
    <w:p>
      <w:pPr>
        <w:pStyle w:val="ListParagraph"/>
      </w:pPr>
      <w:r>
        <w:rPr>
          <w:sz w:val="22"/>
        </w:rPr>
        <w:t>B. Đẩy nhanh hòa hoãn giữa các nước lớn</w:t>
      </w:r>
    </w:p>
    <w:p>
      <w:pPr>
        <w:pStyle w:val="ListParagraph"/>
      </w:pPr>
      <w:r>
        <w:rPr>
          <w:sz w:val="22"/>
        </w:rPr>
        <w:t>C. Hoàn thành thống nhất nhà nước</w:t>
      </w:r>
    </w:p>
    <w:p>
      <w:pPr>
        <w:pStyle w:val="ListParagraph"/>
      </w:pPr>
      <w:r>
        <w:rPr>
          <w:sz w:val="22"/>
        </w:rPr>
        <w:t>D. Đập tan một mắt xích, phá vỡ phòng tuyến của chủ nghĩa đế quốc ở Đông Nam Á</w:t>
      </w:r>
    </w:p>
    <w:p/>
    <w:p>
      <w:r>
        <w:rPr>
          <w:b/>
          <w:sz w:val="24"/>
        </w:rPr>
        <w:t>Câu 59: Chiến tranh lạnh bắt nguồn từ các quyết định phân chia tại Hội nghị I-an-ta.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60: Chiến tranh lạnh làm thay đổi quan hệ giữa các đồng minh cũ thời chống phát xít.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61: Cuộc chiến tranh của Mỹ tại Việt Nam hoàn toàn không chịu tác động của Chiến tranh lạnh.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62: Di chứng của Chiến tranh lạnh vẫn còn kéo dài đến ngày nay.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63: Sau Chiến tranh lạnh, xu thế chuyển từ 'đối đầu' sang 'đối thoại'.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64: Suy giảm thực lực và tốn kém tài chính là nguyên nhân Mỹ - Liên Xô chấm dứt đối đầu.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65: Mọi cuộc chiến tranh trong thế kỷ XX đều bị chi phối bởi Chiến tranh lạnh.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66: Chiến tranh lạnh không xảy ra xung đột quân sự trực tiếp giữa hai siêu cường, cuộc chiến không hồi kết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67: Thông điệp của Trơ-rum-man (12/3/1947) khởi đầu cho chính sách chống Liên Xô, mở màn Chiến tranh lạnh.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68: Nguồn gốc mâu thuẫn Mỹ - Liên Xô chỉ bắt đầu từ vấn đề Hy Lạp và Thổ Nhĩ Kỳ.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69: Học thuyết phản ánh tham vọng bá chủ thế giới của Mỹ hậu chiến.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70: Học thuyết Trơ-rum-man đặt nền móng cho chính sách đối ngoại của Mỹ thời Chiến tranh lạnh.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71: Chiến tranh lạnh là sự đối đầu giữa hai phe do Mỹ và Liên Xô đứng đầu.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72: Đối đầu diễn ra trên nhiều lĩnh vực: chính trị, kinh tế, quân sự, văn hóa, khoa học.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73: Dẫn đến nhiều cuộc chiến tranh cục bộ ủy nhiệm như chiến tranh Triều Tiên, Việt Nam.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74: Không có xung đột trực tiếp giữa Mỹ và Liên Xô nhưng diễn ra các cuộc chiến ủy nhiệm.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75: Xu thế phát triển chủ đạo của thế giới sau Chiến tranh lạnh?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Lấy kinh tế làm trung tâm</w:t>
      </w:r>
    </w:p>
    <w:p>
      <w:pPr>
        <w:pStyle w:val="ListParagraph"/>
      </w:pPr>
      <w:r>
        <w:rPr>
          <w:sz w:val="22"/>
        </w:rPr>
        <w:t>C. Thỏa hiệp để ổn định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76: Cục diện trật tự thế giới đang hình thành sau Chiến tranh lạnh?</w:t>
      </w:r>
    </w:p>
    <w:p>
      <w:pPr>
        <w:pStyle w:val="ListParagraph"/>
      </w:pPr>
      <w:r>
        <w:rPr>
          <w:sz w:val="22"/>
        </w:rPr>
        <w:t>A. Đa cực, nhiều trung tâm</w:t>
      </w:r>
    </w:p>
    <w:p>
      <w:pPr>
        <w:pStyle w:val="ListParagraph"/>
      </w:pPr>
      <w:r>
        <w:rPr>
          <w:sz w:val="22"/>
        </w:rPr>
        <w:t>B. Lấy chính trị làm nền tảng</w:t>
      </w:r>
    </w:p>
    <w:p>
      <w:pPr>
        <w:pStyle w:val="ListParagraph"/>
      </w:pPr>
      <w:r>
        <w:rPr>
          <w:sz w:val="22"/>
        </w:rPr>
        <w:t>C. Thỏa hiệp để ổn định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77: Xu thế nổi bật trong quan hệ quốc tế sau Chiến tranh lạnh?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Hợp tác và đối thoại</w:t>
      </w:r>
    </w:p>
    <w:p>
      <w:pPr>
        <w:pStyle w:val="ListParagraph"/>
      </w:pPr>
      <w:r>
        <w:rPr>
          <w:sz w:val="22"/>
        </w:rPr>
        <w:t>C. Thỏa hiệp toàn cầu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78: Xu thế kết nối toàn cầu sau Chiến tranh lạnh?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Lấy văn hóa làm trung tâm</w:t>
      </w:r>
    </w:p>
    <w:p>
      <w:pPr>
        <w:pStyle w:val="ListParagraph"/>
      </w:pPr>
      <w:r>
        <w:rPr>
          <w:sz w:val="22"/>
        </w:rPr>
        <w:t>C. Thỏa hiệp ổn định</w:t>
      </w:r>
    </w:p>
    <w:p>
      <w:pPr>
        <w:pStyle w:val="ListParagraph"/>
      </w:pPr>
      <w:r>
        <w:rPr>
          <w:sz w:val="22"/>
        </w:rPr>
        <w:t>D. Quốc tế hóa - Toàn cầu hóa</w:t>
      </w:r>
    </w:p>
    <w:p/>
    <w:p>
      <w:r>
        <w:rPr>
          <w:b/>
          <w:sz w:val="24"/>
        </w:rPr>
        <w:t>Câu 79: Mong muốn chung của nhân loại sau khi Chiến tranh lạnh kết thúc?</w:t>
      </w:r>
    </w:p>
    <w:p>
      <w:pPr>
        <w:pStyle w:val="ListParagraph"/>
      </w:pPr>
      <w:r>
        <w:rPr>
          <w:sz w:val="22"/>
        </w:rPr>
        <w:t>A. Hòa bình, ổn định để cùng phát triển</w:t>
      </w:r>
    </w:p>
    <w:p>
      <w:pPr>
        <w:pStyle w:val="ListParagraph"/>
      </w:pPr>
      <w:r>
        <w:rPr>
          <w:sz w:val="22"/>
        </w:rPr>
        <w:t>B. Lấy chính trị làm nền tảng</w:t>
      </w:r>
    </w:p>
    <w:p>
      <w:pPr>
        <w:pStyle w:val="ListParagraph"/>
      </w:pPr>
      <w:r>
        <w:rPr>
          <w:sz w:val="22"/>
        </w:rPr>
        <w:t>C. Thỏa hiệp ổn định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80: Khái niệm chỉ trật tự thế giới có nhiều trung tâm quyền lực lớn (Mỹ, Nga, Trung Quốc, Nhật Bản, EU...)?</w:t>
      </w:r>
    </w:p>
    <w:p>
      <w:pPr>
        <w:pStyle w:val="ListParagraph"/>
      </w:pPr>
      <w:r>
        <w:rPr>
          <w:sz w:val="22"/>
        </w:rPr>
        <w:t>A. Đa phương hóa</w:t>
      </w:r>
    </w:p>
    <w:p>
      <w:pPr>
        <w:pStyle w:val="ListParagraph"/>
      </w:pPr>
      <w:r>
        <w:rPr>
          <w:sz w:val="22"/>
        </w:rPr>
        <w:t>B. Đa cực, nhiều trung tâm</w:t>
      </w:r>
    </w:p>
    <w:p>
      <w:pPr>
        <w:pStyle w:val="ListParagraph"/>
      </w:pPr>
      <w:r>
        <w:rPr>
          <w:sz w:val="22"/>
        </w:rPr>
        <w:t>C. Đơn cực, nhất siêu</w:t>
      </w:r>
    </w:p>
    <w:p>
      <w:pPr>
        <w:pStyle w:val="ListParagraph"/>
      </w:pPr>
      <w:r>
        <w:rPr>
          <w:sz w:val="22"/>
        </w:rPr>
        <w:t>D. Tam cường</w:t>
      </w:r>
    </w:p>
    <w:p/>
    <w:p>
      <w:r>
        <w:rPr>
          <w:b/>
          <w:sz w:val="24"/>
        </w:rPr>
        <w:t>Câu 81: Những trung tâm quyền lực mới nổi lên ở châu Á sau Chiến tranh lạnh?</w:t>
      </w:r>
    </w:p>
    <w:p>
      <w:pPr>
        <w:pStyle w:val="ListParagraph"/>
      </w:pPr>
      <w:r>
        <w:rPr>
          <w:sz w:val="22"/>
        </w:rPr>
        <w:t>A. Sing-ga-po và Nam Phi</w:t>
      </w:r>
    </w:p>
    <w:p>
      <w:pPr>
        <w:pStyle w:val="ListParagraph"/>
      </w:pPr>
      <w:r>
        <w:rPr>
          <w:sz w:val="22"/>
        </w:rPr>
        <w:t>B. Hà Lan và Tây Ban Nha</w:t>
      </w:r>
    </w:p>
    <w:p>
      <w:pPr>
        <w:pStyle w:val="ListParagraph"/>
      </w:pPr>
      <w:r>
        <w:rPr>
          <w:sz w:val="22"/>
        </w:rPr>
        <w:t>C. Trung Quốc và Ấn Độ</w:t>
      </w:r>
    </w:p>
    <w:p>
      <w:pPr>
        <w:pStyle w:val="ListParagraph"/>
      </w:pPr>
      <w:r>
        <w:rPr>
          <w:sz w:val="22"/>
        </w:rPr>
        <w:t>D. Bỉ và Mông Cổ</w:t>
      </w:r>
    </w:p>
    <w:p/>
    <w:p>
      <w:r>
        <w:rPr>
          <w:b/>
          <w:sz w:val="24"/>
        </w:rPr>
        <w:t>Câu 82: Các trung tâm quyền lực quan trọng khẳng định sức mạnh sau Chiến tranh lạnh?</w:t>
      </w:r>
    </w:p>
    <w:p>
      <w:pPr>
        <w:pStyle w:val="ListParagraph"/>
      </w:pPr>
      <w:r>
        <w:rPr>
          <w:sz w:val="22"/>
        </w:rPr>
        <w:t>A. Sing-ga-po và Nam Phi</w:t>
      </w:r>
    </w:p>
    <w:p>
      <w:pPr>
        <w:pStyle w:val="ListParagraph"/>
      </w:pPr>
      <w:r>
        <w:rPr>
          <w:sz w:val="22"/>
        </w:rPr>
        <w:t>B. Đan Mạch và Tây Ban Nha</w:t>
      </w:r>
    </w:p>
    <w:p>
      <w:pPr>
        <w:pStyle w:val="ListParagraph"/>
      </w:pPr>
      <w:r>
        <w:rPr>
          <w:sz w:val="22"/>
        </w:rPr>
        <w:t>C. Nga và Nhật Bản</w:t>
      </w:r>
    </w:p>
    <w:p>
      <w:pPr>
        <w:pStyle w:val="ListParagraph"/>
      </w:pPr>
      <w:r>
        <w:rPr>
          <w:sz w:val="22"/>
        </w:rPr>
        <w:t>D. Ý và Mông Cổ</w:t>
      </w:r>
    </w:p>
    <w:p/>
    <w:p>
      <w:r>
        <w:rPr>
          <w:b/>
          <w:sz w:val="24"/>
        </w:rPr>
        <w:t>Câu 83: Biểu hiện của xu thế toàn cầu hóa?</w:t>
      </w:r>
    </w:p>
    <w:p>
      <w:pPr>
        <w:pStyle w:val="ListParagraph"/>
      </w:pPr>
      <w:r>
        <w:rPr>
          <w:sz w:val="22"/>
        </w:rPr>
        <w:t>A. Sự phát triển nhanh chóng của thương mại quốc tế</w:t>
      </w:r>
    </w:p>
    <w:p>
      <w:pPr>
        <w:pStyle w:val="ListParagraph"/>
      </w:pPr>
      <w:r>
        <w:rPr>
          <w:sz w:val="22"/>
        </w:rPr>
        <w:t>B. Chạy đua vũ trang tăng cao</w:t>
      </w:r>
    </w:p>
    <w:p>
      <w:pPr>
        <w:pStyle w:val="ListParagraph"/>
      </w:pPr>
      <w:r>
        <w:rPr>
          <w:sz w:val="22"/>
        </w:rPr>
        <w:t>C. Đông Nam Á phát triển nhất</w:t>
      </w:r>
    </w:p>
    <w:p>
      <w:pPr>
        <w:pStyle w:val="ListParagraph"/>
      </w:pPr>
      <w:r>
        <w:rPr>
          <w:sz w:val="22"/>
        </w:rPr>
        <w:t>D. Liên kết khu vực chiếm tuyệt đối</w:t>
      </w:r>
    </w:p>
    <w:p/>
    <w:p>
      <w:r>
        <w:rPr>
          <w:b/>
          <w:sz w:val="24"/>
        </w:rPr>
        <w:t>Câu 84: Biểu hiện của xu thế đa cực trong quan hệ quốc tế?</w:t>
      </w:r>
    </w:p>
    <w:p>
      <w:pPr>
        <w:pStyle w:val="ListParagraph"/>
      </w:pPr>
      <w:r>
        <w:rPr>
          <w:sz w:val="22"/>
        </w:rPr>
        <w:t>A. Chạy đua vũ trang</w:t>
      </w:r>
    </w:p>
    <w:p>
      <w:pPr>
        <w:pStyle w:val="ListParagraph"/>
      </w:pPr>
      <w:r>
        <w:rPr>
          <w:sz w:val="22"/>
        </w:rPr>
        <w:t>B. Sự suy giảm sức mạnh tương đối của Mỹ</w:t>
      </w:r>
    </w:p>
    <w:p>
      <w:pPr>
        <w:pStyle w:val="ListParagraph"/>
      </w:pPr>
      <w:r>
        <w:rPr>
          <w:sz w:val="22"/>
        </w:rPr>
        <w:t>C. Đông Nam Á vươn lên số 1</w:t>
      </w:r>
    </w:p>
    <w:p>
      <w:pPr>
        <w:pStyle w:val="ListParagraph"/>
      </w:pPr>
      <w:r>
        <w:rPr>
          <w:sz w:val="22"/>
        </w:rPr>
        <w:t>D. Liên kết khu vực</w:t>
      </w:r>
    </w:p>
    <w:p/>
    <w:p>
      <w:r>
        <w:rPr>
          <w:b/>
          <w:sz w:val="24"/>
        </w:rPr>
        <w:t>Câu 85: Biểu hiện của xu thế đối thoại, hợp tác?</w:t>
      </w:r>
    </w:p>
    <w:p>
      <w:pPr>
        <w:pStyle w:val="ListParagraph"/>
      </w:pPr>
      <w:r>
        <w:rPr>
          <w:sz w:val="22"/>
        </w:rPr>
        <w:t>A. Mỹ suy giảm sức mạnh</w:t>
      </w:r>
    </w:p>
    <w:p>
      <w:pPr>
        <w:pStyle w:val="ListParagraph"/>
      </w:pPr>
      <w:r>
        <w:rPr>
          <w:sz w:val="22"/>
        </w:rPr>
        <w:t>B. Sáp nhập công ty</w:t>
      </w:r>
    </w:p>
    <w:p>
      <w:pPr>
        <w:pStyle w:val="ListParagraph"/>
      </w:pPr>
      <w:r>
        <w:rPr>
          <w:sz w:val="22"/>
        </w:rPr>
        <w:t>C. Phát triển thương mại</w:t>
      </w:r>
    </w:p>
    <w:p>
      <w:pPr>
        <w:pStyle w:val="ListParagraph"/>
      </w:pPr>
      <w:r>
        <w:rPr>
          <w:sz w:val="22"/>
        </w:rPr>
        <w:t>D. Giải quyết mâu thuẫn, tranh chấp bằng biện pháp hòa bình</w:t>
      </w:r>
    </w:p>
    <w:p/>
    <w:p>
      <w:r>
        <w:rPr>
          <w:b/>
          <w:sz w:val="24"/>
        </w:rPr>
        <w:t>Câu 86: Nội dung nào KHÔNG phản ánh đúng xu thế phát triển sau Chiến tranh lạnh?</w:t>
      </w:r>
    </w:p>
    <w:p>
      <w:pPr>
        <w:pStyle w:val="ListParagraph"/>
      </w:pPr>
      <w:r>
        <w:rPr>
          <w:sz w:val="22"/>
        </w:rPr>
        <w:t>A. Trật tự đa cực đang hình thành</w:t>
      </w:r>
    </w:p>
    <w:p>
      <w:pPr>
        <w:pStyle w:val="ListParagraph"/>
      </w:pPr>
      <w:r>
        <w:rPr>
          <w:sz w:val="22"/>
        </w:rPr>
        <w:t>B. Tập trung phát triển kinh tế</w:t>
      </w:r>
    </w:p>
    <w:p>
      <w:pPr>
        <w:pStyle w:val="ListParagraph"/>
      </w:pPr>
      <w:r>
        <w:rPr>
          <w:sz w:val="22"/>
        </w:rPr>
        <w:t>C. Vẫn còn xung đột cục bộ</w:t>
      </w:r>
    </w:p>
    <w:p>
      <w:pPr>
        <w:pStyle w:val="ListParagraph"/>
      </w:pPr>
      <w:r>
        <w:rPr>
          <w:sz w:val="22"/>
        </w:rPr>
        <w:t>D. Mỹ đã thiết lập thành công trật tự thế giới đơn cực</w:t>
      </w:r>
    </w:p>
    <w:p/>
    <w:p>
      <w:r>
        <w:rPr>
          <w:b/>
          <w:sz w:val="24"/>
        </w:rPr>
        <w:t>Câu 87: Lý do các nước tập trung lấy phát triển kinh tế làm trung tâm?</w:t>
      </w:r>
    </w:p>
    <w:p>
      <w:pPr>
        <w:pStyle w:val="ListParagraph"/>
      </w:pPr>
      <w:r>
        <w:rPr>
          <w:sz w:val="22"/>
        </w:rPr>
        <w:t>A. Kinh tế trở thành trọng tâm và nội dung cơ bản trong quan hệ quốc tế</w:t>
      </w:r>
    </w:p>
    <w:p>
      <w:pPr>
        <w:pStyle w:val="ListParagraph"/>
      </w:pPr>
      <w:r>
        <w:rPr>
          <w:sz w:val="22"/>
        </w:rPr>
        <w:t>B. Đã chấm dứt chạy đua vũ trang</w:t>
      </w:r>
    </w:p>
    <w:p>
      <w:pPr>
        <w:pStyle w:val="ListParagraph"/>
      </w:pPr>
      <w:r>
        <w:rPr>
          <w:sz w:val="22"/>
        </w:rPr>
        <w:t>C. Lực lượng quốc phòng không còn quan trọng</w:t>
      </w:r>
    </w:p>
    <w:p>
      <w:pPr>
        <w:pStyle w:val="ListParagraph"/>
      </w:pPr>
      <w:r>
        <w:rPr>
          <w:sz w:val="22"/>
        </w:rPr>
        <w:t>D. Hòa bình được bảo đảm tuyệt đối</w:t>
      </w:r>
    </w:p>
    <w:p/>
    <w:p>
      <w:r>
        <w:rPr>
          <w:b/>
          <w:sz w:val="24"/>
        </w:rPr>
        <w:t>Câu 88: Xu thế thế giới mà nhân dân mong muốn trở thành hiện thực?</w:t>
      </w:r>
    </w:p>
    <w:p>
      <w:pPr>
        <w:pStyle w:val="ListParagraph"/>
      </w:pPr>
      <w:r>
        <w:rPr>
          <w:sz w:val="22"/>
        </w:rPr>
        <w:t>A. Đa cực, đa phương</w:t>
      </w:r>
    </w:p>
    <w:p>
      <w:pPr>
        <w:pStyle w:val="ListParagraph"/>
      </w:pPr>
      <w:r>
        <w:rPr>
          <w:sz w:val="22"/>
        </w:rPr>
        <w:t>B. Hòa bình, ổn định và hợp tác cùng phát triển</w:t>
      </w:r>
    </w:p>
    <w:p>
      <w:pPr>
        <w:pStyle w:val="ListParagraph"/>
      </w:pPr>
      <w:r>
        <w:rPr>
          <w:sz w:val="22"/>
        </w:rPr>
        <w:t>C. Hội nhập các nước lớn</w:t>
      </w:r>
    </w:p>
    <w:p>
      <w:pPr>
        <w:pStyle w:val="ListParagraph"/>
      </w:pPr>
      <w:r>
        <w:rPr>
          <w:sz w:val="22"/>
        </w:rPr>
        <w:t>D. Phát triển quân sự</w:t>
      </w:r>
    </w:p>
    <w:p/>
    <w:p>
      <w:r>
        <w:rPr>
          <w:b/>
          <w:sz w:val="24"/>
        </w:rPr>
        <w:t>Câu 89: Sau khi Liên Xô sụp đổ, Mỹ muốn xây dựng trật tự thế giới thế nào?</w:t>
      </w:r>
    </w:p>
    <w:p>
      <w:pPr>
        <w:pStyle w:val="ListParagraph"/>
      </w:pPr>
      <w:r>
        <w:rPr>
          <w:sz w:val="22"/>
        </w:rPr>
        <w:t>A. Đa cực</w:t>
      </w:r>
    </w:p>
    <w:p>
      <w:pPr>
        <w:pStyle w:val="ListParagraph"/>
      </w:pPr>
      <w:r>
        <w:rPr>
          <w:sz w:val="22"/>
        </w:rPr>
        <w:t>B. Một cực nhiều trung tâm</w:t>
      </w:r>
    </w:p>
    <w:p>
      <w:pPr>
        <w:pStyle w:val="ListParagraph"/>
      </w:pPr>
      <w:r>
        <w:rPr>
          <w:sz w:val="22"/>
        </w:rPr>
        <w:t>C. Đa cực nhiều trung tâm</w:t>
      </w:r>
    </w:p>
    <w:p>
      <w:pPr>
        <w:pStyle w:val="ListParagraph"/>
      </w:pPr>
      <w:r>
        <w:rPr>
          <w:sz w:val="22"/>
        </w:rPr>
        <w:t>D. Đơn cực do Mỹ bá chủ</w:t>
      </w:r>
    </w:p>
    <w:p/>
    <w:p>
      <w:r>
        <w:rPr>
          <w:b/>
          <w:sz w:val="24"/>
        </w:rPr>
        <w:t>Câu 90: Trật tự hai cực I-an-ta chính thức sụp đổ khi nào?</w:t>
      </w:r>
    </w:p>
    <w:p>
      <w:pPr>
        <w:pStyle w:val="ListParagraph"/>
      </w:pPr>
      <w:r>
        <w:rPr>
          <w:sz w:val="22"/>
        </w:rPr>
        <w:t>A. Chế độ XHCN sụp đổ ở Đông Âu và Liên Xô (1991)</w:t>
      </w:r>
    </w:p>
    <w:p>
      <w:pPr>
        <w:pStyle w:val="ListParagraph"/>
      </w:pPr>
      <w:r>
        <w:rPr>
          <w:sz w:val="22"/>
        </w:rPr>
        <w:t>B. Xu thế đa cực hình thành</w:t>
      </w:r>
    </w:p>
    <w:p>
      <w:pPr>
        <w:pStyle w:val="ListParagraph"/>
      </w:pPr>
      <w:r>
        <w:rPr>
          <w:sz w:val="22"/>
        </w:rPr>
        <w:t>C. Điều chỉnh lấy kinh tế làm trung tâm</w:t>
      </w:r>
    </w:p>
    <w:p>
      <w:pPr>
        <w:pStyle w:val="ListParagraph"/>
      </w:pPr>
      <w:r>
        <w:rPr>
          <w:sz w:val="22"/>
        </w:rPr>
        <w:t>D. Mỹ - Liên Xô tuyên bố chấm dứt Chiến tranh lạnh (1989)</w:t>
      </w:r>
    </w:p>
    <w:p/>
    <w:p>
      <w:r>
        <w:rPr>
          <w:b/>
          <w:sz w:val="24"/>
        </w:rPr>
        <w:t>Câu 91: Nhận xét đúng về chính sách đối ngoại của Mỹ sau Chiến tranh lạnh?</w:t>
      </w:r>
    </w:p>
    <w:p>
      <w:pPr>
        <w:pStyle w:val="ListParagraph"/>
      </w:pPr>
      <w:r>
        <w:rPr>
          <w:sz w:val="22"/>
        </w:rPr>
        <w:t>A. Trở lại chính sách biệt lập</w:t>
      </w:r>
    </w:p>
    <w:p>
      <w:pPr>
        <w:pStyle w:val="ListParagraph"/>
      </w:pPr>
      <w:r>
        <w:rPr>
          <w:sz w:val="22"/>
        </w:rPr>
        <w:t>B. Hợp tác toàn diện với XHCN</w:t>
      </w:r>
    </w:p>
    <w:p>
      <w:pPr>
        <w:pStyle w:val="ListParagraph"/>
      </w:pPr>
      <w:r>
        <w:rPr>
          <w:sz w:val="22"/>
        </w:rPr>
        <w:t>C. Đẩy mạnh can thiệp, khẳng định vai trò lãnh đạo toàn cầu</w:t>
      </w:r>
    </w:p>
    <w:p>
      <w:pPr>
        <w:pStyle w:val="ListParagraph"/>
      </w:pPr>
      <w:r>
        <w:rPr>
          <w:sz w:val="22"/>
        </w:rPr>
        <w:t>D. Từ bỏ vị trí siêu cường</w:t>
      </w:r>
    </w:p>
    <w:p/>
    <w:p>
      <w:r>
        <w:rPr>
          <w:b/>
          <w:sz w:val="24"/>
        </w:rPr>
        <w:t>Câu 92: Nhân tố quyết định vị thế các cường quốc trong trật tự thế giới mới?</w:t>
      </w:r>
    </w:p>
    <w:p>
      <w:pPr>
        <w:pStyle w:val="ListParagraph"/>
      </w:pPr>
      <w:r>
        <w:rPr>
          <w:sz w:val="22"/>
        </w:rPr>
        <w:t>A. Số ghế tại Hội đồng Bảo an</w:t>
      </w:r>
    </w:p>
    <w:p>
      <w:pPr>
        <w:pStyle w:val="ListParagraph"/>
      </w:pPr>
      <w:r>
        <w:rPr>
          <w:sz w:val="22"/>
        </w:rPr>
        <w:t>B. Các tổ chức liên kết khu vực</w:t>
      </w:r>
    </w:p>
    <w:p>
      <w:pPr>
        <w:pStyle w:val="ListParagraph"/>
      </w:pPr>
      <w:r>
        <w:rPr>
          <w:sz w:val="22"/>
        </w:rPr>
        <w:t>C. Sức mạnh tổng hợp quốc gia, trong đó kinh tế là trụ cột</w:t>
      </w:r>
    </w:p>
    <w:p>
      <w:pPr>
        <w:pStyle w:val="ListParagraph"/>
      </w:pPr>
      <w:r>
        <w:rPr>
          <w:sz w:val="22"/>
        </w:rPr>
        <w:t>D. Lực lượng quân sự</w:t>
      </w:r>
    </w:p>
    <w:p/>
    <w:p>
      <w:r>
        <w:rPr>
          <w:b/>
          <w:sz w:val="24"/>
        </w:rPr>
        <w:t>Câu 93: Cụm từ 'một bị thương, một bị mất' trong đoạn trích tư liệu nói về:</w:t>
      </w:r>
    </w:p>
    <w:p>
      <w:pPr>
        <w:pStyle w:val="ListParagraph"/>
      </w:pPr>
      <w:r>
        <w:rPr>
          <w:sz w:val="22"/>
        </w:rPr>
        <w:t>A. Sự suy yếu sức mạnh của Mỹ và sự sụp đổ của Liên Xô</w:t>
      </w:r>
    </w:p>
    <w:p>
      <w:pPr>
        <w:pStyle w:val="ListParagraph"/>
      </w:pPr>
      <w:r>
        <w:rPr>
          <w:sz w:val="22"/>
        </w:rPr>
        <w:t>B. Phong trào giải phóng dân tộc</w:t>
      </w:r>
    </w:p>
    <w:p>
      <w:pPr>
        <w:pStyle w:val="ListParagraph"/>
      </w:pPr>
      <w:r>
        <w:rPr>
          <w:sz w:val="22"/>
        </w:rPr>
        <w:t>C. Sự tan rã của các đế quốc thuộc địa</w:t>
      </w:r>
    </w:p>
    <w:p>
      <w:pPr>
        <w:pStyle w:val="ListParagraph"/>
      </w:pPr>
      <w:r>
        <w:rPr>
          <w:sz w:val="22"/>
        </w:rPr>
        <w:t>D. Hợp tác giữa các cường quốc</w:t>
      </w:r>
    </w:p>
    <w:p/>
    <w:p>
      <w:r>
        <w:rPr>
          <w:b/>
          <w:sz w:val="24"/>
        </w:rPr>
        <w:t>Câu 94: Đặc điểm quan hệ quốc tế đầu thế kỷ XXI?</w:t>
      </w:r>
    </w:p>
    <w:p>
      <w:pPr>
        <w:pStyle w:val="ListParagraph"/>
      </w:pPr>
      <w:r>
        <w:rPr>
          <w:sz w:val="22"/>
        </w:rPr>
        <w:t>A. Phức tạp, đan xen, vừa hợp tác vừa cạnh tranh và phụ thuộc lẫn nhau</w:t>
      </w:r>
    </w:p>
    <w:p>
      <w:pPr>
        <w:pStyle w:val="ListParagraph"/>
      </w:pPr>
      <w:r>
        <w:rPr>
          <w:sz w:val="22"/>
        </w:rPr>
        <w:t>B. Hòa bình tuyệt đối ở mọi nơi</w:t>
      </w:r>
    </w:p>
    <w:p>
      <w:pPr>
        <w:pStyle w:val="ListParagraph"/>
      </w:pPr>
      <w:r>
        <w:rPr>
          <w:sz w:val="22"/>
        </w:rPr>
        <w:t>C. Ưu tiên giải quyết xung đột sắc tộc</w:t>
      </w:r>
    </w:p>
    <w:p>
      <w:pPr>
        <w:pStyle w:val="ListParagraph"/>
      </w:pPr>
      <w:r>
        <w:rPr>
          <w:sz w:val="22"/>
        </w:rPr>
        <w:t>D. Hòa giải mọi mâu thuẫn</w:t>
      </w:r>
    </w:p>
    <w:p/>
    <w:p>
      <w:r>
        <w:rPr>
          <w:b/>
          <w:sz w:val="24"/>
        </w:rPr>
        <w:t>Câu 95: Đặc điểm nổi bật của trật tự thế giới đa cực?</w:t>
      </w:r>
    </w:p>
    <w:p>
      <w:pPr>
        <w:pStyle w:val="ListParagraph"/>
      </w:pPr>
      <w:r>
        <w:rPr>
          <w:sz w:val="22"/>
        </w:rPr>
        <w:t>A. Tôn trọng và đặt lợi ích quốc gia - dân tộc lên hàng đầu</w:t>
      </w:r>
    </w:p>
    <w:p>
      <w:pPr>
        <w:pStyle w:val="ListParagraph"/>
      </w:pPr>
      <w:r>
        <w:rPr>
          <w:sz w:val="22"/>
        </w:rPr>
        <w:t>B. Mỹ nắm quyền tuyệt đối</w:t>
      </w:r>
    </w:p>
    <w:p>
      <w:pPr>
        <w:pStyle w:val="ListParagraph"/>
      </w:pPr>
      <w:r>
        <w:rPr>
          <w:sz w:val="22"/>
        </w:rPr>
        <w:t>C. Cân bằng giữa hai hệ thống xã hội đối lập</w:t>
      </w:r>
    </w:p>
    <w:p>
      <w:pPr>
        <w:pStyle w:val="ListParagraph"/>
      </w:pPr>
      <w:r>
        <w:rPr>
          <w:sz w:val="22"/>
        </w:rPr>
        <w:t>D. Hình thành ngay lập tức sau Chiến tranh lạnh</w:t>
      </w:r>
    </w:p>
    <w:p/>
    <w:p>
      <w:r>
        <w:rPr>
          <w:b/>
          <w:sz w:val="24"/>
        </w:rPr>
        <w:t>Câu 96: 'Trật tự thế giới' đề cập trong tư liệu là Trật tự hai cực I-an-ta.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97: Sự vươn lên của các nước Á, Phi, Mỹ Latinh là nhân tố duy nhất tạo nên trật tự mới.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98: Sức mạnh tổng hợp quốc gia (với kinh tế làm trụ cột) quyết định trật tự mới.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99: Trật tự mới vẫn chia thế giới thành hai phe xã hội đối lập.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100: Hòa bình, hợp tác và phát triển vẫn là xu thế lớn hiện nay.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101: Toàn cầu hóa diễn ra thuận lợi, không gặp bất kỳ trở ngại nào.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102: Các nước cần điều chỉnh chính sách đối ngoại để thích ứng với bối cảnh mới.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103: Trước thách thức cục diện đa cực, quốc gia cần gia tăng nội lực kinh tế và linh hoạt đối ngoại.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104: Tư liệu phản ánh quan điểm về trật tự đơn cực.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105: Chiến tranh lạnh từng che lấp nhiều mâu thuẫn về bản sắc, tôn giáo, sắc tộc.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106: Giải quyết mâu thuẫn bản sắc và tôn giáo là cần thiết để ngăn ngừa xung đột.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107: Các cuộc xung đột cuối thế kỷ XX - đầu thế kỷ XXI không liên quan gì tới hệ quả Chiến tranh lạnh.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108: Trong trật tự đa cực, Mỹ và Trung Quốc là hai trung tâm có ảnh hưởng lớn.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109: Trật tự I-an-ta sụp đổ là nguyên nhân trực tiếp đưa Trung Quốc lên vị trí kinh tế thứ hai thế giới.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110: Sức mạnh nội lực là yếu tố quyết định vị thế quốc gia trong xu thế đa cực.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111: Toàn cầu hóa và đa cực mang lại cả thời cơ lẫn thách thức đan xen.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D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D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B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B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B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B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D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B</w:t>
      </w:r>
    </w:p>
    <w:p>
      <w:r>
        <w:rPr>
          <w:b/>
        </w:rPr>
        <w:t>Câu 81: Đáp án đúng: C</w:t>
      </w:r>
    </w:p>
    <w:p>
      <w:r>
        <w:rPr>
          <w:b/>
        </w:rPr>
        <w:t>Câu 82: Đáp án đúng: C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B</w:t>
      </w:r>
    </w:p>
    <w:p>
      <w:r>
        <w:rPr>
          <w:b/>
        </w:rPr>
        <w:t>Câu 85: Đáp án đúng: D</w:t>
      </w:r>
    </w:p>
    <w:p>
      <w:r>
        <w:rPr>
          <w:b/>
        </w:rPr>
        <w:t>Câu 86: Đáp án đúng: D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B</w:t>
      </w:r>
    </w:p>
    <w:p>
      <w:r>
        <w:rPr>
          <w:b/>
        </w:rPr>
        <w:t>Câu 89: Đáp án đúng: D</w:t>
      </w:r>
    </w:p>
    <w:p>
      <w:r>
        <w:rPr>
          <w:b/>
        </w:rPr>
        <w:t>Câu 90: Đáp án đúng: A</w:t>
      </w:r>
    </w:p>
    <w:p>
      <w:r>
        <w:rPr>
          <w:b/>
        </w:rPr>
        <w:t>Câu 91: Đáp án đúng: C</w:t>
      </w:r>
    </w:p>
    <w:p>
      <w:r>
        <w:rPr>
          <w:b/>
        </w:rPr>
        <w:t>Câu 92: Đáp án đúng: C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A</w:t>
      </w:r>
    </w:p>
    <w:p>
      <w:r>
        <w:rPr>
          <w:b/>
        </w:rPr>
        <w:t>Câu 96: Đáp án đúng: B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A</w:t>
      </w:r>
    </w:p>
    <w:p>
      <w:r>
        <w:rPr>
          <w:b/>
        </w:rPr>
        <w:t>Câu 99: Đáp án đúng: B</w:t>
      </w:r>
    </w:p>
    <w:p>
      <w:r>
        <w:rPr>
          <w:b/>
        </w:rPr>
        <w:t>Câu 100: Đáp án đúng: A</w:t>
      </w:r>
    </w:p>
    <w:p>
      <w:r>
        <w:rPr>
          <w:b/>
        </w:rPr>
        <w:t>Câu 101: Đáp án đúng: B</w:t>
      </w:r>
    </w:p>
    <w:p>
      <w:r>
        <w:rPr>
          <w:b/>
        </w:rPr>
        <w:t>Câu 102: Đáp án đúng: A</w:t>
      </w:r>
    </w:p>
    <w:p>
      <w:r>
        <w:rPr>
          <w:b/>
        </w:rPr>
        <w:t>Câu 103: Đáp án đúng: A</w:t>
      </w:r>
    </w:p>
    <w:p>
      <w:r>
        <w:rPr>
          <w:b/>
        </w:rPr>
        <w:t>Câu 104: Đáp án đúng: B</w:t>
      </w:r>
    </w:p>
    <w:p>
      <w:r>
        <w:rPr>
          <w:b/>
        </w:rPr>
        <w:t>Câu 105: Đáp án đúng: A</w:t>
      </w:r>
    </w:p>
    <w:p>
      <w:r>
        <w:rPr>
          <w:b/>
        </w:rPr>
        <w:t>Câu 106: Đáp án đúng: A</w:t>
      </w:r>
    </w:p>
    <w:p>
      <w:r>
        <w:rPr>
          <w:b/>
        </w:rPr>
        <w:t>Câu 107: Đáp án đúng: B</w:t>
      </w:r>
    </w:p>
    <w:p>
      <w:r>
        <w:rPr>
          <w:b/>
        </w:rPr>
        <w:t>Câu 108: Đáp án đúng: A</w:t>
      </w:r>
    </w:p>
    <w:p>
      <w:r>
        <w:rPr>
          <w:b/>
        </w:rPr>
        <w:t>Câu 109: Đáp án đúng: B</w:t>
      </w:r>
    </w:p>
    <w:p>
      <w:r>
        <w:rPr>
          <w:b/>
        </w:rPr>
        <w:t>Câu 110: Đáp án đúng: A</w:t>
      </w:r>
    </w:p>
    <w:p>
      <w:r>
        <w:rPr>
          <w:b/>
        </w:rPr>
        <w:t>Câu 111: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