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Greetings and Introductions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Màu sắc yêu thích của người yêu bạn là gì?</w:t>
      </w:r>
    </w:p>
    <w:p>
      <w:pPr>
        <w:pStyle w:val="ListParagraph"/>
      </w:pPr>
      <w:r>
        <w:rPr>
          <w:sz w:val="22"/>
        </w:rPr>
        <w:t>A. Đỏ</w:t>
      </w:r>
    </w:p>
    <w:p>
      <w:pPr>
        <w:pStyle w:val="ListParagraph"/>
      </w:pPr>
      <w:r>
        <w:rPr>
          <w:sz w:val="22"/>
        </w:rPr>
        <w:t>B. Xanh dương</w:t>
      </w:r>
    </w:p>
    <w:p>
      <w:pPr>
        <w:pStyle w:val="ListParagraph"/>
      </w:pPr>
      <w:r>
        <w:rPr>
          <w:sz w:val="22"/>
        </w:rPr>
        <w:t>C. Hồng</w:t>
      </w:r>
    </w:p>
    <w:p>
      <w:pPr>
        <w:pStyle w:val="ListParagraph"/>
      </w:pPr>
      <w:r>
        <w:rPr>
          <w:sz w:val="22"/>
        </w:rPr>
        <w:t>D. Đen</w:t>
      </w:r>
    </w:p>
    <w:p/>
    <w:p>
      <w:r>
        <w:rPr>
          <w:b/>
          <w:sz w:val="24"/>
        </w:rPr>
        <w:t>Câu 2: Món ăn yêu thích của người yêu bạn là gì?</w:t>
      </w:r>
    </w:p>
    <w:p>
      <w:pPr>
        <w:pStyle w:val="ListParagraph"/>
      </w:pPr>
      <w:r>
        <w:rPr>
          <w:sz w:val="22"/>
        </w:rPr>
        <w:t>A. Phở</w:t>
      </w:r>
    </w:p>
    <w:p>
      <w:pPr>
        <w:pStyle w:val="ListParagraph"/>
      </w:pPr>
      <w:r>
        <w:rPr>
          <w:sz w:val="22"/>
        </w:rPr>
        <w:t>B. Sushi</w:t>
      </w:r>
    </w:p>
    <w:p>
      <w:pPr>
        <w:pStyle w:val="ListParagraph"/>
      </w:pPr>
      <w:r>
        <w:rPr>
          <w:sz w:val="22"/>
        </w:rPr>
        <w:t>C. Pizza</w:t>
      </w:r>
    </w:p>
    <w:p>
      <w:pPr>
        <w:pStyle w:val="ListParagraph"/>
      </w:pPr>
      <w:r>
        <w:rPr>
          <w:sz w:val="22"/>
        </w:rPr>
        <w:t>D. Gà rán</w:t>
      </w:r>
    </w:p>
    <w:p/>
    <w:p>
      <w:r>
        <w:rPr>
          <w:b/>
          <w:sz w:val="24"/>
        </w:rPr>
        <w:t>Câu 3: Loại phim yêu thích của người yêu bạn là gì?</w:t>
      </w:r>
    </w:p>
    <w:p>
      <w:pPr>
        <w:pStyle w:val="ListParagraph"/>
      </w:pPr>
      <w:r>
        <w:rPr>
          <w:sz w:val="22"/>
        </w:rPr>
        <w:t>A. Hành động</w:t>
      </w:r>
    </w:p>
    <w:p>
      <w:pPr>
        <w:pStyle w:val="ListParagraph"/>
      </w:pPr>
      <w:r>
        <w:rPr>
          <w:sz w:val="22"/>
        </w:rPr>
        <w:t>B. Tình cảm</w:t>
      </w:r>
    </w:p>
    <w:p>
      <w:pPr>
        <w:pStyle w:val="ListParagraph"/>
      </w:pPr>
      <w:r>
        <w:rPr>
          <w:sz w:val="22"/>
        </w:rPr>
        <w:t>C. Hài</w:t>
      </w:r>
    </w:p>
    <w:p>
      <w:pPr>
        <w:pStyle w:val="ListParagraph"/>
      </w:pPr>
      <w:r>
        <w:rPr>
          <w:sz w:val="22"/>
        </w:rPr>
        <w:t>D. Kinh dị</w:t>
      </w:r>
    </w:p>
    <w:p/>
    <w:p>
      <w:r>
        <w:rPr>
          <w:b/>
          <w:sz w:val="24"/>
        </w:rPr>
        <w:t>Câu 4: Địa điểm du lịch yêu thích của người yêu bạn là gì?</w:t>
      </w:r>
    </w:p>
    <w:p>
      <w:pPr>
        <w:pStyle w:val="ListParagraph"/>
      </w:pPr>
      <w:r>
        <w:rPr>
          <w:sz w:val="22"/>
        </w:rPr>
        <w:t>A. Biển</w:t>
      </w:r>
    </w:p>
    <w:p>
      <w:pPr>
        <w:pStyle w:val="ListParagraph"/>
      </w:pPr>
      <w:r>
        <w:rPr>
          <w:sz w:val="22"/>
        </w:rPr>
        <w:t>B. Núi</w:t>
      </w:r>
    </w:p>
    <w:p>
      <w:pPr>
        <w:pStyle w:val="ListParagraph"/>
      </w:pPr>
      <w:r>
        <w:rPr>
          <w:sz w:val="22"/>
        </w:rPr>
        <w:t>C. Thành phố lớn</w:t>
      </w:r>
    </w:p>
    <w:p>
      <w:pPr>
        <w:pStyle w:val="ListParagraph"/>
      </w:pPr>
      <w:r>
        <w:rPr>
          <w:sz w:val="22"/>
        </w:rPr>
        <w:t>D. Nông thôn</w:t>
      </w:r>
    </w:p>
    <w:p/>
    <w:p>
      <w:r>
        <w:rPr>
          <w:b/>
          <w:sz w:val="24"/>
        </w:rPr>
        <w:t>Câu 5: Thú cưng yêu thích của người yêu bạn là gì?</w:t>
      </w:r>
    </w:p>
    <w:p>
      <w:pPr>
        <w:pStyle w:val="ListParagraph"/>
      </w:pPr>
      <w:r>
        <w:rPr>
          <w:sz w:val="22"/>
        </w:rPr>
        <w:t>A. Chó</w:t>
      </w:r>
    </w:p>
    <w:p>
      <w:pPr>
        <w:pStyle w:val="ListParagraph"/>
      </w:pPr>
      <w:r>
        <w:rPr>
          <w:sz w:val="22"/>
        </w:rPr>
        <w:t>B. Mèo</w:t>
      </w:r>
    </w:p>
    <w:p>
      <w:pPr>
        <w:pStyle w:val="ListParagraph"/>
      </w:pPr>
      <w:r>
        <w:rPr>
          <w:sz w:val="22"/>
        </w:rPr>
        <w:t>C. Chim</w:t>
      </w:r>
    </w:p>
    <w:p>
      <w:pPr>
        <w:pStyle w:val="ListParagraph"/>
      </w:pPr>
      <w:r>
        <w:rPr>
          <w:sz w:val="22"/>
        </w:rPr>
        <w:t>D. Cá</w:t>
      </w:r>
    </w:p>
    <w:p/>
    <w:p>
      <w:r>
        <w:rPr>
          <w:b/>
          <w:sz w:val="24"/>
        </w:rPr>
        <w:t>Câu 6: Loại nhạc yêu thích của người yêu bạn là gì?</w:t>
      </w:r>
    </w:p>
    <w:p>
      <w:pPr>
        <w:pStyle w:val="ListParagraph"/>
      </w:pPr>
      <w:r>
        <w:rPr>
          <w:sz w:val="22"/>
        </w:rPr>
        <w:t>A. Pop</w:t>
      </w:r>
    </w:p>
    <w:p>
      <w:pPr>
        <w:pStyle w:val="ListParagraph"/>
      </w:pPr>
      <w:r>
        <w:rPr>
          <w:sz w:val="22"/>
        </w:rPr>
        <w:t>B. Rock</w:t>
      </w:r>
    </w:p>
    <w:p>
      <w:pPr>
        <w:pStyle w:val="ListParagraph"/>
      </w:pPr>
      <w:r>
        <w:rPr>
          <w:sz w:val="22"/>
        </w:rPr>
        <w:t>C. Ballad</w:t>
      </w:r>
    </w:p>
    <w:p>
      <w:pPr>
        <w:pStyle w:val="ListParagraph"/>
      </w:pPr>
      <w:r>
        <w:rPr>
          <w:sz w:val="22"/>
        </w:rPr>
        <w:t>D. Hip-hop</w:t>
      </w:r>
    </w:p>
    <w:p/>
    <w:p>
      <w:r>
        <w:rPr>
          <w:b/>
          <w:sz w:val="24"/>
        </w:rPr>
        <w:t>Câu 7: Mùa yêu thích của người yêu bạn là gì?</w:t>
      </w:r>
    </w:p>
    <w:p>
      <w:pPr>
        <w:pStyle w:val="ListParagraph"/>
      </w:pPr>
      <w:r>
        <w:rPr>
          <w:sz w:val="22"/>
        </w:rPr>
        <w:t>A. Xuân</w:t>
      </w:r>
    </w:p>
    <w:p>
      <w:pPr>
        <w:pStyle w:val="ListParagraph"/>
      </w:pPr>
      <w:r>
        <w:rPr>
          <w:sz w:val="22"/>
        </w:rPr>
        <w:t>B. Hạ</w:t>
      </w:r>
    </w:p>
    <w:p>
      <w:pPr>
        <w:pStyle w:val="ListParagraph"/>
      </w:pPr>
      <w:r>
        <w:rPr>
          <w:sz w:val="22"/>
        </w:rPr>
        <w:t>C. Thu</w:t>
      </w:r>
    </w:p>
    <w:p>
      <w:pPr>
        <w:pStyle w:val="ListParagraph"/>
      </w:pPr>
      <w:r>
        <w:rPr>
          <w:sz w:val="22"/>
        </w:rPr>
        <w:t>D. Đông</w:t>
      </w:r>
    </w:p>
    <w:p/>
    <w:p>
      <w:r>
        <w:rPr>
          <w:b/>
          <w:sz w:val="24"/>
        </w:rPr>
        <w:t>Câu 8: Loại hoa yêu thích của người yêu bạn là gì?</w:t>
      </w:r>
    </w:p>
    <w:p>
      <w:pPr>
        <w:pStyle w:val="ListParagraph"/>
      </w:pPr>
      <w:r>
        <w:rPr>
          <w:sz w:val="22"/>
        </w:rPr>
        <w:t>A. Hồng</w:t>
      </w:r>
    </w:p>
    <w:p>
      <w:pPr>
        <w:pStyle w:val="ListParagraph"/>
      </w:pPr>
      <w:r>
        <w:rPr>
          <w:sz w:val="22"/>
        </w:rPr>
        <w:t>B. Ly</w:t>
      </w:r>
    </w:p>
    <w:p>
      <w:pPr>
        <w:pStyle w:val="ListParagraph"/>
      </w:pPr>
      <w:r>
        <w:rPr>
          <w:sz w:val="22"/>
        </w:rPr>
        <w:t>C. Lan</w:t>
      </w:r>
    </w:p>
    <w:p>
      <w:pPr>
        <w:pStyle w:val="ListParagraph"/>
      </w:pPr>
      <w:r>
        <w:rPr>
          <w:sz w:val="22"/>
        </w:rPr>
        <w:t>D. Cúc</w:t>
      </w:r>
    </w:p>
    <w:p/>
    <w:p>
      <w:r>
        <w:rPr>
          <w:b/>
          <w:sz w:val="24"/>
        </w:rPr>
        <w:t>Câu 9: Hoạt động yêu thích của người yêu bạn vào cuối tuần là gì?</w:t>
      </w:r>
    </w:p>
    <w:p>
      <w:pPr>
        <w:pStyle w:val="ListParagraph"/>
      </w:pPr>
      <w:r>
        <w:rPr>
          <w:sz w:val="22"/>
        </w:rPr>
        <w:t>A. Đọc sách</w:t>
      </w:r>
    </w:p>
    <w:p>
      <w:pPr>
        <w:pStyle w:val="ListParagraph"/>
      </w:pPr>
      <w:r>
        <w:rPr>
          <w:sz w:val="22"/>
        </w:rPr>
        <w:t>B. Xem phim</w:t>
      </w:r>
    </w:p>
    <w:p>
      <w:pPr>
        <w:pStyle w:val="ListParagraph"/>
      </w:pPr>
      <w:r>
        <w:rPr>
          <w:sz w:val="22"/>
        </w:rPr>
        <w:t>C. Đi dạo</w:t>
      </w:r>
    </w:p>
    <w:p>
      <w:pPr>
        <w:pStyle w:val="ListParagraph"/>
      </w:pPr>
      <w:r>
        <w:rPr>
          <w:sz w:val="22"/>
        </w:rPr>
        <w:t>D. Chơi game</w:t>
      </w:r>
    </w:p>
    <w:p/>
    <w:p>
      <w:r>
        <w:rPr>
          <w:b/>
          <w:sz w:val="24"/>
        </w:rPr>
        <w:t>Câu 10: Món quà yêu thích của người yêu bạn là gì?</w:t>
      </w:r>
    </w:p>
    <w:p>
      <w:pPr>
        <w:pStyle w:val="ListParagraph"/>
      </w:pPr>
      <w:r>
        <w:rPr>
          <w:sz w:val="22"/>
        </w:rPr>
        <w:t>A. Trang sức</w:t>
      </w:r>
    </w:p>
    <w:p>
      <w:pPr>
        <w:pStyle w:val="ListParagraph"/>
      </w:pPr>
      <w:r>
        <w:rPr>
          <w:sz w:val="22"/>
        </w:rPr>
        <w:t>B. Sách</w:t>
      </w:r>
    </w:p>
    <w:p>
      <w:pPr>
        <w:pStyle w:val="ListParagraph"/>
      </w:pPr>
      <w:r>
        <w:rPr>
          <w:sz w:val="22"/>
        </w:rPr>
        <w:t>C. Quần áo</w:t>
      </w:r>
    </w:p>
    <w:p>
      <w:pPr>
        <w:pStyle w:val="ListParagraph"/>
      </w:pPr>
      <w:r>
        <w:rPr>
          <w:sz w:val="22"/>
        </w:rPr>
        <w:t>D. Đồ công nghệ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None</w:t>
      </w:r>
    </w:p>
    <w:p>
      <w:r>
        <w:rPr>
          <w:b/>
        </w:rPr>
        <w:t>Câu 2: Đáp án đúng: None</w:t>
      </w:r>
    </w:p>
    <w:p>
      <w:r>
        <w:rPr>
          <w:b/>
        </w:rPr>
        <w:t>Câu 3: Đáp án đúng: None</w:t>
      </w:r>
    </w:p>
    <w:p>
      <w:r>
        <w:rPr>
          <w:b/>
        </w:rPr>
        <w:t>Câu 4: Đáp án đúng: None</w:t>
      </w:r>
    </w:p>
    <w:p>
      <w:r>
        <w:rPr>
          <w:b/>
        </w:rPr>
        <w:t>Câu 5: Đáp án đúng: None</w:t>
      </w:r>
    </w:p>
    <w:p>
      <w:r>
        <w:rPr>
          <w:b/>
        </w:rPr>
        <w:t>Câu 6: Đáp án đúng: None</w:t>
      </w:r>
    </w:p>
    <w:p>
      <w:r>
        <w:rPr>
          <w:b/>
        </w:rPr>
        <w:t>Câu 7: Đáp án đúng: None</w:t>
      </w:r>
    </w:p>
    <w:p>
      <w:r>
        <w:rPr>
          <w:b/>
        </w:rPr>
        <w:t>Câu 8: Đáp án đúng: None</w:t>
      </w:r>
    </w:p>
    <w:p>
      <w:r>
        <w:rPr>
          <w:b/>
        </w:rPr>
        <w:t>Câu 9: Đáp án đúng: None</w:t>
      </w:r>
    </w:p>
    <w:p>
      <w:r>
        <w:rPr>
          <w:b/>
        </w:rPr>
        <w:t>Câu 10: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