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tieng anh 9: city life local community healthy for teens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Choose the correct answer: Life in a big city can be ______ because there are always many things to do.</w:t>
      </w:r>
    </w:p>
    <w:p>
      <w:pPr>
        <w:pStyle w:val="ListParagraph"/>
      </w:pPr>
      <w:r>
        <w:rPr>
          <w:sz w:val="22"/>
        </w:rPr>
        <w:t>A. excited</w:t>
      </w:r>
    </w:p>
    <w:p>
      <w:pPr>
        <w:pStyle w:val="ListParagraph"/>
      </w:pPr>
      <w:r>
        <w:rPr>
          <w:sz w:val="22"/>
        </w:rPr>
        <w:t>B. excite</w:t>
      </w:r>
    </w:p>
    <w:p>
      <w:pPr>
        <w:pStyle w:val="ListParagraph"/>
      </w:pPr>
      <w:r>
        <w:rPr>
          <w:sz w:val="22"/>
        </w:rPr>
        <w:t>C. excitement</w:t>
      </w:r>
    </w:p>
    <w:p>
      <w:pPr>
        <w:pStyle w:val="ListParagraph"/>
      </w:pPr>
      <w:r>
        <w:rPr>
          <w:sz w:val="22"/>
        </w:rPr>
        <w:t>D. exciting</w:t>
      </w:r>
    </w:p>
    <w:p/>
    <w:p>
      <w:r>
        <w:rPr>
          <w:b/>
          <w:sz w:val="24"/>
        </w:rPr>
        <w:t>Câu 2: Choose the correct answer: My brother enjoys ______ part in community activities at the weekend.</w:t>
      </w:r>
    </w:p>
    <w:p>
      <w:pPr>
        <w:pStyle w:val="ListParagraph"/>
      </w:pPr>
      <w:r>
        <w:rPr>
          <w:sz w:val="22"/>
        </w:rPr>
        <w:t>A. to take</w:t>
      </w:r>
    </w:p>
    <w:p>
      <w:pPr>
        <w:pStyle w:val="ListParagraph"/>
      </w:pPr>
      <w:r>
        <w:rPr>
          <w:sz w:val="22"/>
        </w:rPr>
        <w:t>B. took</w:t>
      </w:r>
    </w:p>
    <w:p>
      <w:pPr>
        <w:pStyle w:val="ListParagraph"/>
      </w:pPr>
      <w:r>
        <w:rPr>
          <w:sz w:val="22"/>
        </w:rPr>
        <w:t>C. taking</w:t>
      </w:r>
    </w:p>
    <w:p>
      <w:pPr>
        <w:pStyle w:val="ListParagraph"/>
      </w:pPr>
      <w:r>
        <w:rPr>
          <w:sz w:val="22"/>
        </w:rPr>
        <w:t>D. take</w:t>
      </w:r>
    </w:p>
    <w:p/>
    <w:p>
      <w:r>
        <w:rPr>
          <w:b/>
          <w:sz w:val="24"/>
        </w:rPr>
        <w:t>Câu 3: Choose the correct answer: If you want to stay healthy, you ______ eat too much fast food.</w:t>
      </w:r>
    </w:p>
    <w:p>
      <w:pPr>
        <w:pStyle w:val="ListParagraph"/>
      </w:pPr>
      <w:r>
        <w:rPr>
          <w:sz w:val="22"/>
        </w:rPr>
        <w:t>A. shouldn't</w:t>
      </w:r>
    </w:p>
    <w:p>
      <w:pPr>
        <w:pStyle w:val="ListParagraph"/>
      </w:pPr>
      <w:r>
        <w:rPr>
          <w:sz w:val="22"/>
        </w:rPr>
        <w:t>B. should</w:t>
      </w:r>
    </w:p>
    <w:p>
      <w:pPr>
        <w:pStyle w:val="ListParagraph"/>
      </w:pPr>
      <w:r>
        <w:rPr>
          <w:sz w:val="22"/>
        </w:rPr>
        <w:t>C. can</w:t>
      </w:r>
    </w:p>
    <w:p>
      <w:pPr>
        <w:pStyle w:val="ListParagraph"/>
      </w:pPr>
      <w:r>
        <w:rPr>
          <w:sz w:val="22"/>
        </w:rPr>
        <w:t>D. must</w:t>
      </w:r>
    </w:p>
    <w:p/>
    <w:p>
      <w:r>
        <w:rPr>
          <w:b/>
          <w:sz w:val="24"/>
        </w:rPr>
        <w:t>Câu 4: Choose the correct answer: The local community centre ______ a free health check for teenagers last Sunday.</w:t>
      </w:r>
    </w:p>
    <w:p>
      <w:pPr>
        <w:pStyle w:val="ListParagraph"/>
      </w:pPr>
      <w:r>
        <w:rPr>
          <w:sz w:val="22"/>
        </w:rPr>
        <w:t>A. organised</w:t>
      </w:r>
    </w:p>
    <w:p>
      <w:pPr>
        <w:pStyle w:val="ListParagraph"/>
      </w:pPr>
      <w:r>
        <w:rPr>
          <w:sz w:val="22"/>
        </w:rPr>
        <w:t>B. organises</w:t>
      </w:r>
    </w:p>
    <w:p>
      <w:pPr>
        <w:pStyle w:val="ListParagraph"/>
      </w:pPr>
      <w:r>
        <w:rPr>
          <w:sz w:val="22"/>
        </w:rPr>
        <w:t>C. organising</w:t>
      </w:r>
    </w:p>
    <w:p>
      <w:pPr>
        <w:pStyle w:val="ListParagraph"/>
      </w:pPr>
      <w:r>
        <w:rPr>
          <w:sz w:val="22"/>
        </w:rPr>
        <w:t>D. organise</w:t>
      </w:r>
    </w:p>
    <w:p/>
    <w:p>
      <w:r>
        <w:rPr>
          <w:b/>
          <w:sz w:val="24"/>
        </w:rPr>
        <w:t>Câu 5: Choose the correct answer: She asked me ______ I wanted to join the clean-up campaign.</w:t>
      </w:r>
    </w:p>
    <w:p>
      <w:pPr>
        <w:pStyle w:val="ListParagraph"/>
      </w:pPr>
      <w:r>
        <w:rPr>
          <w:sz w:val="22"/>
        </w:rPr>
        <w:t>A. if</w:t>
      </w:r>
    </w:p>
    <w:p>
      <w:pPr>
        <w:pStyle w:val="ListParagraph"/>
      </w:pPr>
      <w:r>
        <w:rPr>
          <w:sz w:val="22"/>
        </w:rPr>
        <w:t>B. that</w:t>
      </w:r>
    </w:p>
    <w:p>
      <w:pPr>
        <w:pStyle w:val="ListParagraph"/>
      </w:pPr>
      <w:r>
        <w:rPr>
          <w:sz w:val="22"/>
        </w:rPr>
        <w:t>C. which</w:t>
      </w:r>
    </w:p>
    <w:p>
      <w:pPr>
        <w:pStyle w:val="ListParagraph"/>
      </w:pPr>
      <w:r>
        <w:rPr>
          <w:sz w:val="22"/>
        </w:rPr>
        <w:t>D. what</w:t>
      </w:r>
    </w:p>
    <w:p/>
    <w:p>
      <w:r>
        <w:rPr>
          <w:b/>
          <w:sz w:val="24"/>
        </w:rPr>
        <w:t>Câu 6: Choose the correct answer: Living in the city gives teenagers more chances to ______ new friends.</w:t>
      </w:r>
    </w:p>
    <w:p>
      <w:pPr>
        <w:pStyle w:val="ListParagraph"/>
      </w:pPr>
      <w:r>
        <w:rPr>
          <w:sz w:val="22"/>
        </w:rPr>
        <w:t>A. make</w:t>
      </w:r>
    </w:p>
    <w:p>
      <w:pPr>
        <w:pStyle w:val="ListParagraph"/>
      </w:pPr>
      <w:r>
        <w:rPr>
          <w:sz w:val="22"/>
        </w:rPr>
        <w:t>B. take</w:t>
      </w:r>
    </w:p>
    <w:p>
      <w:pPr>
        <w:pStyle w:val="ListParagraph"/>
      </w:pPr>
      <w:r>
        <w:rPr>
          <w:sz w:val="22"/>
        </w:rPr>
        <w:t>C. get</w:t>
      </w:r>
    </w:p>
    <w:p>
      <w:pPr>
        <w:pStyle w:val="ListParagraph"/>
      </w:pPr>
      <w:r>
        <w:rPr>
          <w:sz w:val="22"/>
        </w:rPr>
        <w:t>D. do</w:t>
      </w:r>
    </w:p>
    <w:p/>
    <w:p>
      <w:r>
        <w:rPr>
          <w:b/>
          <w:sz w:val="24"/>
        </w:rPr>
        <w:t>Câu 7: Choose the correct answer: You should do exercise regularly ______ keep fit.</w:t>
      </w:r>
    </w:p>
    <w:p>
      <w:pPr>
        <w:pStyle w:val="ListParagraph"/>
      </w:pPr>
      <w:r>
        <w:rPr>
          <w:sz w:val="22"/>
        </w:rPr>
        <w:t>A. although</w:t>
      </w:r>
    </w:p>
    <w:p>
      <w:pPr>
        <w:pStyle w:val="ListParagraph"/>
      </w:pPr>
      <w:r>
        <w:rPr>
          <w:sz w:val="22"/>
        </w:rPr>
        <w:t>B. in order that</w:t>
      </w:r>
    </w:p>
    <w:p>
      <w:pPr>
        <w:pStyle w:val="ListParagraph"/>
      </w:pPr>
      <w:r>
        <w:rPr>
          <w:sz w:val="22"/>
        </w:rPr>
        <w:t>C. because</w:t>
      </w:r>
    </w:p>
    <w:p>
      <w:pPr>
        <w:pStyle w:val="ListParagraph"/>
      </w:pPr>
      <w:r>
        <w:rPr>
          <w:sz w:val="22"/>
        </w:rPr>
        <w:t>D. so as to</w:t>
      </w:r>
    </w:p>
    <w:p/>
    <w:p>
      <w:r>
        <w:rPr>
          <w:b/>
          <w:sz w:val="24"/>
        </w:rPr>
        <w:t>Câu 8: Choose the correct answer: The streets are often ______ during rush hour, so it takes longer to get to school.</w:t>
      </w:r>
    </w:p>
    <w:p>
      <w:pPr>
        <w:pStyle w:val="ListParagraph"/>
      </w:pPr>
      <w:r>
        <w:rPr>
          <w:sz w:val="22"/>
        </w:rPr>
        <w:t>A. crowded</w:t>
      </w:r>
    </w:p>
    <w:p>
      <w:pPr>
        <w:pStyle w:val="ListParagraph"/>
      </w:pPr>
      <w:r>
        <w:rPr>
          <w:sz w:val="22"/>
        </w:rPr>
        <w:t>B. crowds</w:t>
      </w:r>
    </w:p>
    <w:p>
      <w:pPr>
        <w:pStyle w:val="ListParagraph"/>
      </w:pPr>
      <w:r>
        <w:rPr>
          <w:sz w:val="22"/>
        </w:rPr>
        <w:t>C. crowd</w:t>
      </w:r>
    </w:p>
    <w:p>
      <w:pPr>
        <w:pStyle w:val="ListParagraph"/>
      </w:pPr>
      <w:r>
        <w:rPr>
          <w:sz w:val="22"/>
        </w:rPr>
        <w:t>D. crowding</w:t>
      </w:r>
    </w:p>
    <w:p/>
    <w:p>
      <w:r>
        <w:rPr>
          <w:b/>
          <w:sz w:val="24"/>
        </w:rPr>
        <w:t>Câu 9: Choose the correct answer: A healthy lifestyle includes eating well and ______ enough sleep.</w:t>
      </w:r>
    </w:p>
    <w:p>
      <w:pPr>
        <w:pStyle w:val="ListParagraph"/>
      </w:pPr>
      <w:r>
        <w:rPr>
          <w:sz w:val="22"/>
        </w:rPr>
        <w:t>A. get</w:t>
      </w:r>
    </w:p>
    <w:p>
      <w:pPr>
        <w:pStyle w:val="ListParagraph"/>
      </w:pPr>
      <w:r>
        <w:rPr>
          <w:sz w:val="22"/>
        </w:rPr>
        <w:t>B. to getting</w:t>
      </w:r>
    </w:p>
    <w:p>
      <w:pPr>
        <w:pStyle w:val="ListParagraph"/>
      </w:pPr>
      <w:r>
        <w:rPr>
          <w:sz w:val="22"/>
        </w:rPr>
        <w:t>C. got</w:t>
      </w:r>
    </w:p>
    <w:p>
      <w:pPr>
        <w:pStyle w:val="ListParagraph"/>
      </w:pPr>
      <w:r>
        <w:rPr>
          <w:sz w:val="22"/>
        </w:rPr>
        <w:t>D. getting</w:t>
      </w:r>
    </w:p>
    <w:p/>
    <w:p>
      <w:r>
        <w:rPr>
          <w:b/>
          <w:sz w:val="24"/>
        </w:rPr>
        <w:t>Câu 10: Choose the correct answer: Many teenagers in the city volunteer to help ______ people in their neighbourhood.</w:t>
      </w:r>
    </w:p>
    <w:p>
      <w:pPr>
        <w:pStyle w:val="ListParagraph"/>
      </w:pPr>
      <w:r>
        <w:rPr>
          <w:sz w:val="22"/>
        </w:rPr>
        <w:t>A. oldest</w:t>
      </w:r>
    </w:p>
    <w:p>
      <w:pPr>
        <w:pStyle w:val="ListParagraph"/>
      </w:pPr>
      <w:r>
        <w:rPr>
          <w:sz w:val="22"/>
        </w:rPr>
        <w:t>B. elder</w:t>
      </w:r>
    </w:p>
    <w:p>
      <w:pPr>
        <w:pStyle w:val="ListParagraph"/>
      </w:pPr>
      <w:r>
        <w:rPr>
          <w:sz w:val="22"/>
        </w:rPr>
        <w:t>C. older</w:t>
      </w:r>
    </w:p>
    <w:p>
      <w:pPr>
        <w:pStyle w:val="ListParagraph"/>
      </w:pPr>
      <w:r>
        <w:rPr>
          <w:sz w:val="22"/>
        </w:rPr>
        <w:t>D. elderly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i/>
        </w:rPr>
        <w:t>Giải thích: Tính từ 'exciting' dùng để miêu tả sự vật, sự việc gây hứng thú.</w:t>
      </w:r>
    </w:p>
    <w:p>
      <w:r>
        <w:rPr>
          <w:b/>
        </w:rPr>
        <w:t>Câu 2: Đáp án đúng: C</w:t>
      </w:r>
    </w:p>
    <w:p>
      <w:r>
        <w:rPr>
          <w:i/>
        </w:rPr>
        <w:t>Giải thích: Sau 'enjoy' dùng động từ thêm -ing là 'taking'.</w:t>
      </w:r>
    </w:p>
    <w:p>
      <w:r>
        <w:rPr>
          <w:b/>
        </w:rPr>
        <w:t>Câu 3: Đáp án đúng: A</w:t>
      </w:r>
    </w:p>
    <w:p>
      <w:r>
        <w:rPr>
          <w:i/>
        </w:rPr>
        <w:t>Giải thích: Dùng 'shouldn't' để khuyên không nên ăn quá nhiều đồ ăn nhanh.</w:t>
      </w:r>
    </w:p>
    <w:p>
      <w:r>
        <w:rPr>
          <w:b/>
        </w:rPr>
        <w:t>Câu 4: Đáp án đúng: A</w:t>
      </w:r>
    </w:p>
    <w:p>
      <w:r>
        <w:rPr>
          <w:i/>
        </w:rPr>
        <w:t>Giải thích: Trạng từ 'last Sunday' chỉ quá khứ nên dùng 'organised'.</w:t>
      </w:r>
    </w:p>
    <w:p>
      <w:r>
        <w:rPr>
          <w:b/>
        </w:rPr>
        <w:t>Câu 5: Đáp án đúng: A</w:t>
      </w:r>
    </w:p>
    <w:p>
      <w:r>
        <w:rPr>
          <w:i/>
        </w:rPr>
        <w:t>Giải thích: Câu tường thuật dạng câu hỏi Có/Không dùng 'if'.</w:t>
      </w:r>
    </w:p>
    <w:p>
      <w:r>
        <w:rPr>
          <w:b/>
        </w:rPr>
        <w:t>Câu 6: Đáp án đúng: A</w:t>
      </w:r>
    </w:p>
    <w:p>
      <w:r>
        <w:rPr>
          <w:i/>
        </w:rPr>
        <w:t>Giải thích: Cụm từ đúng là 'make new friends' (kết bạn mới).</w:t>
      </w:r>
    </w:p>
    <w:p>
      <w:r>
        <w:rPr>
          <w:b/>
        </w:rPr>
        <w:t>Câu 7: Đáp án đúng: D</w:t>
      </w:r>
    </w:p>
    <w:p>
      <w:r>
        <w:rPr>
          <w:i/>
        </w:rPr>
        <w:t>Giải thích: 'so as to' + động từ nguyên mẫu diễn tả mục đích.</w:t>
      </w:r>
    </w:p>
    <w:p>
      <w:r>
        <w:rPr>
          <w:b/>
        </w:rPr>
        <w:t>Câu 8: Đáp án đúng: A</w:t>
      </w:r>
    </w:p>
    <w:p>
      <w:r>
        <w:rPr>
          <w:i/>
        </w:rPr>
        <w:t>Giải thích: Cần tính từ 'crowded' để miêu tả đường phố đông đúc.</w:t>
      </w:r>
    </w:p>
    <w:p>
      <w:r>
        <w:rPr>
          <w:b/>
        </w:rPr>
        <w:t>Câu 9: Đáp án đúng: D</w:t>
      </w:r>
    </w:p>
    <w:p>
      <w:r>
        <w:rPr>
          <w:i/>
        </w:rPr>
        <w:t>Giải thích: Cấu trúc song song với 'eating' nên dùng 'getting'.</w:t>
      </w:r>
    </w:p>
    <w:p>
      <w:r>
        <w:rPr>
          <w:b/>
        </w:rPr>
        <w:t>Câu 10: Đáp án đúng: D</w:t>
      </w:r>
    </w:p>
    <w:p>
      <w:r>
        <w:rPr>
          <w:i/>
        </w:rPr>
        <w:t>Giải thích: 'elderly people' là cụm từ chỉ người cao tuổi.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