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môn kinh tế pháp luật lớp 11 sách kết nối tri thức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Cạnh tranh trong nền kinh tế thị trường là gì?</w:t>
      </w:r>
    </w:p>
    <w:p>
      <w:pPr>
        <w:pStyle w:val="ListParagraph"/>
      </w:pPr>
      <w:r>
        <w:rPr>
          <w:sz w:val="22"/>
        </w:rPr>
        <w:t>A. Sự ganh đua giữa các chủ thể kinh tế nhằm giành lợi thế trong sản xuất, kinh doanh và tiêu dùng.</w:t>
      </w:r>
    </w:p>
    <w:p>
      <w:pPr>
        <w:pStyle w:val="ListParagraph"/>
      </w:pPr>
      <w:r>
        <w:rPr>
          <w:sz w:val="22"/>
        </w:rPr>
        <w:t>B. Sự hợp tác giữa các doanh nghiệp để cùng chia lợi nhuận.</w:t>
      </w:r>
    </w:p>
    <w:p>
      <w:pPr>
        <w:pStyle w:val="ListParagraph"/>
      </w:pPr>
      <w:r>
        <w:rPr>
          <w:sz w:val="22"/>
        </w:rPr>
        <w:t>C. Sự can thiệp của Nhà nước vào hoạt động sản xuất, kinh doanh.</w:t>
      </w:r>
    </w:p>
    <w:p>
      <w:pPr>
        <w:pStyle w:val="ListParagraph"/>
      </w:pPr>
      <w:r>
        <w:rPr>
          <w:sz w:val="22"/>
        </w:rPr>
        <w:t>D. Sự độc quyền của một doanh nghiệp đối với thị trường.</w:t>
      </w:r>
    </w:p>
    <w:p/>
    <w:p>
      <w:r>
        <w:rPr>
          <w:b/>
          <w:sz w:val="24"/>
        </w:rPr>
        <w:t>Câu 2: Loại cạnh tranh giữa các doanh nghiệp cùng sản xuất một loại hàng hóa để giành thị trường là</w:t>
      </w:r>
    </w:p>
    <w:p>
      <w:pPr>
        <w:pStyle w:val="ListParagraph"/>
      </w:pPr>
      <w:r>
        <w:rPr>
          <w:sz w:val="22"/>
        </w:rPr>
        <w:t>A. cạnh tranh giữa người mua và người mua.</w:t>
      </w:r>
    </w:p>
    <w:p>
      <w:pPr>
        <w:pStyle w:val="ListParagraph"/>
      </w:pPr>
      <w:r>
        <w:rPr>
          <w:sz w:val="22"/>
        </w:rPr>
        <w:t>B. cạnh tranh giữa người bán và người bán.</w:t>
      </w:r>
    </w:p>
    <w:p>
      <w:pPr>
        <w:pStyle w:val="ListParagraph"/>
      </w:pPr>
      <w:r>
        <w:rPr>
          <w:sz w:val="22"/>
        </w:rPr>
        <w:t>C. cạnh tranh giữa người mua và người bán.</w:t>
      </w:r>
    </w:p>
    <w:p>
      <w:pPr>
        <w:pStyle w:val="ListParagraph"/>
      </w:pPr>
      <w:r>
        <w:rPr>
          <w:sz w:val="22"/>
        </w:rPr>
        <w:t>D. cạnh tranh giữa các cá nhân tiêu dùng.</w:t>
      </w:r>
    </w:p>
    <w:p/>
    <w:p>
      <w:r>
        <w:rPr>
          <w:b/>
          <w:sz w:val="24"/>
        </w:rPr>
        <w:t>Câu 3: Một vai trò tích cực của cạnh tranh đối với nền kinh tế là</w:t>
      </w:r>
    </w:p>
    <w:p>
      <w:pPr>
        <w:pStyle w:val="ListParagraph"/>
      </w:pPr>
      <w:r>
        <w:rPr>
          <w:sz w:val="22"/>
        </w:rPr>
        <w:t>A. triệt tiêu động lực phát triển.</w:t>
      </w:r>
    </w:p>
    <w:p>
      <w:pPr>
        <w:pStyle w:val="ListParagraph"/>
      </w:pPr>
      <w:r>
        <w:rPr>
          <w:sz w:val="22"/>
        </w:rPr>
        <w:t>B. làm tăng giá bán cho mọi hàng hóa.</w:t>
      </w:r>
    </w:p>
    <w:p>
      <w:pPr>
        <w:pStyle w:val="ListParagraph"/>
      </w:pPr>
      <w:r>
        <w:rPr>
          <w:sz w:val="22"/>
        </w:rPr>
        <w:t>C. thúc đẩy doanh nghiệp nâng cao năng suất, chất lượng, giảm chi phí.</w:t>
      </w:r>
    </w:p>
    <w:p>
      <w:pPr>
        <w:pStyle w:val="ListParagraph"/>
      </w:pPr>
      <w:r>
        <w:rPr>
          <w:sz w:val="22"/>
        </w:rPr>
        <w:t>D. bảo vệ độc quyền nhà nước trong mọi lĩnh vực.</w:t>
      </w:r>
    </w:p>
    <w:p/>
    <w:p>
      <w:r>
        <w:rPr>
          <w:b/>
          <w:sz w:val="24"/>
        </w:rPr>
        <w:t>Câu 4: Hạn chế có thể có của cạnh tranh là</w:t>
      </w:r>
    </w:p>
    <w:p>
      <w:pPr>
        <w:pStyle w:val="ListParagraph"/>
      </w:pPr>
      <w:r>
        <w:rPr>
          <w:sz w:val="22"/>
        </w:rPr>
        <w:t>A. luôn đảm bảo công bằng tuyệt đối.</w:t>
      </w:r>
    </w:p>
    <w:p>
      <w:pPr>
        <w:pStyle w:val="ListParagraph"/>
      </w:pPr>
      <w:r>
        <w:rPr>
          <w:sz w:val="22"/>
        </w:rPr>
        <w:t>B. có thể dẫn đến hành vi cạnh tranh không lành mạnh, làm hại lợi ích xã hội.</w:t>
      </w:r>
    </w:p>
    <w:p>
      <w:pPr>
        <w:pStyle w:val="ListParagraph"/>
      </w:pPr>
      <w:r>
        <w:rPr>
          <w:sz w:val="22"/>
        </w:rPr>
        <w:t>C. ngăn cản mọi tiến bộ khoa học - công nghệ.</w:t>
      </w:r>
    </w:p>
    <w:p>
      <w:pPr>
        <w:pStyle w:val="ListParagraph"/>
      </w:pPr>
      <w:r>
        <w:rPr>
          <w:sz w:val="22"/>
        </w:rPr>
        <w:t>D. xóa bỏ vai trò quản lý của Nhà nước.</w:t>
      </w:r>
    </w:p>
    <w:p/>
    <w:p>
      <w:r>
        <w:rPr>
          <w:b/>
          <w:sz w:val="24"/>
        </w:rPr>
        <w:t>Câu 5: Cung trong nền kinh tế thị trường được hiểu là</w:t>
      </w:r>
    </w:p>
    <w:p>
      <w:pPr>
        <w:pStyle w:val="ListParagraph"/>
      </w:pPr>
      <w:r>
        <w:rPr>
          <w:sz w:val="22"/>
        </w:rPr>
        <w:t>A. lượng hàng hóa, dịch vụ mà người sản xuất có khả năng và sẵn sàng bán ở các mức giá khác nhau trong một thời gian nhất định.</w:t>
      </w:r>
    </w:p>
    <w:p>
      <w:pPr>
        <w:pStyle w:val="ListParagraph"/>
      </w:pPr>
      <w:r>
        <w:rPr>
          <w:sz w:val="22"/>
        </w:rPr>
        <w:t>B. lượng hàng hóa, dịch vụ mà người tiêu dùng có khả năng và sẵn sàng mua ở các mức giá khác nhau.</w:t>
      </w:r>
    </w:p>
    <w:p>
      <w:pPr>
        <w:pStyle w:val="ListParagraph"/>
      </w:pPr>
      <w:r>
        <w:rPr>
          <w:sz w:val="22"/>
        </w:rPr>
        <w:t>C. tổng số tiền người mua dùng để mua hàng hóa, dịch vụ.</w:t>
      </w:r>
    </w:p>
    <w:p>
      <w:pPr>
        <w:pStyle w:val="ListParagraph"/>
      </w:pPr>
      <w:r>
        <w:rPr>
          <w:sz w:val="22"/>
        </w:rPr>
        <w:t>D. lượng hàng hóa mà Nhà nước dự trữ trong kho quốc gia.</w:t>
      </w:r>
    </w:p>
    <w:p/>
    <w:p>
      <w:r>
        <w:rPr>
          <w:b/>
          <w:sz w:val="24"/>
        </w:rPr>
        <w:t>Câu 6: Cầu trong nền kinh tế thị trường được hiểu là</w:t>
      </w:r>
    </w:p>
    <w:p>
      <w:pPr>
        <w:pStyle w:val="ListParagraph"/>
      </w:pPr>
      <w:r>
        <w:rPr>
          <w:sz w:val="22"/>
        </w:rPr>
        <w:t>A. lượng hàng hóa, dịch vụ mà người sản xuất có khả năng và sẵn sàng bán ở các mức giá khác nhau.</w:t>
      </w:r>
    </w:p>
    <w:p>
      <w:pPr>
        <w:pStyle w:val="ListParagraph"/>
      </w:pPr>
      <w:r>
        <w:rPr>
          <w:sz w:val="22"/>
        </w:rPr>
        <w:t>B. lượng hàng hóa, dịch vụ mà người tiêu dùng có khả năng và sẵn sàng mua ở các mức giá khác nhau trong một thời gian nhất định.</w:t>
      </w:r>
    </w:p>
    <w:p>
      <w:pPr>
        <w:pStyle w:val="ListParagraph"/>
      </w:pPr>
      <w:r>
        <w:rPr>
          <w:sz w:val="22"/>
        </w:rPr>
        <w:t>C. nhu cầu tiêu dùng của mọi người dân không cần khả năng thanh toán.</w:t>
      </w:r>
    </w:p>
    <w:p>
      <w:pPr>
        <w:pStyle w:val="ListParagraph"/>
      </w:pPr>
      <w:r>
        <w:rPr>
          <w:sz w:val="22"/>
        </w:rPr>
        <w:t>D. số lượng doanh nghiệp đang hoạt động trên thị trường.</w:t>
      </w:r>
    </w:p>
    <w:p/>
    <w:p>
      <w:r>
        <w:rPr>
          <w:b/>
          <w:sz w:val="24"/>
        </w:rPr>
        <w:t>Câu 7: Theo quy luật cung, trong điều kiện các yếu tố khác không đổi, khi giá hàng hóa tăng thì</w:t>
      </w:r>
    </w:p>
    <w:p>
      <w:pPr>
        <w:pStyle w:val="ListParagraph"/>
      </w:pPr>
      <w:r>
        <w:rPr>
          <w:sz w:val="22"/>
        </w:rPr>
        <w:t>A. lượng cung hàng hóa đó giảm.</w:t>
      </w:r>
    </w:p>
    <w:p>
      <w:pPr>
        <w:pStyle w:val="ListParagraph"/>
      </w:pPr>
      <w:r>
        <w:rPr>
          <w:sz w:val="22"/>
        </w:rPr>
        <w:t>B. lượng cung hàng hóa đó tăng.</w:t>
      </w:r>
    </w:p>
    <w:p>
      <w:pPr>
        <w:pStyle w:val="ListParagraph"/>
      </w:pPr>
      <w:r>
        <w:rPr>
          <w:sz w:val="22"/>
        </w:rPr>
        <w:t>C. lượng cung không thay đổi.</w:t>
      </w:r>
    </w:p>
    <w:p>
      <w:pPr>
        <w:pStyle w:val="ListParagraph"/>
      </w:pPr>
      <w:r>
        <w:rPr>
          <w:sz w:val="22"/>
        </w:rPr>
        <w:t>D. lượng cầu tăng theo.</w:t>
      </w:r>
    </w:p>
    <w:p/>
    <w:p>
      <w:r>
        <w:rPr>
          <w:b/>
          <w:sz w:val="24"/>
        </w:rPr>
        <w:t>Câu 8: Theo quy luật cầu, trong điều kiện các yếu tố khác không đổi, khi giá hàng hóa tăng thì</w:t>
      </w:r>
    </w:p>
    <w:p>
      <w:pPr>
        <w:pStyle w:val="ListParagraph"/>
      </w:pPr>
      <w:r>
        <w:rPr>
          <w:sz w:val="22"/>
        </w:rPr>
        <w:t>A. lượng cầu hàng hóa đó tăng.</w:t>
      </w:r>
    </w:p>
    <w:p>
      <w:pPr>
        <w:pStyle w:val="ListParagraph"/>
      </w:pPr>
      <w:r>
        <w:rPr>
          <w:sz w:val="22"/>
        </w:rPr>
        <w:t>B. lượng cầu hàng hóa đó giảm.</w:t>
      </w:r>
    </w:p>
    <w:p>
      <w:pPr>
        <w:pStyle w:val="ListParagraph"/>
      </w:pPr>
      <w:r>
        <w:rPr>
          <w:sz w:val="22"/>
        </w:rPr>
        <w:t>C. lượng cầu không thay đổi.</w:t>
      </w:r>
    </w:p>
    <w:p>
      <w:pPr>
        <w:pStyle w:val="ListParagraph"/>
      </w:pPr>
      <w:r>
        <w:rPr>
          <w:sz w:val="22"/>
        </w:rPr>
        <w:t>D. lượng cung giảm.</w:t>
      </w:r>
    </w:p>
    <w:p/>
    <w:p>
      <w:r>
        <w:rPr>
          <w:b/>
          <w:sz w:val="24"/>
        </w:rPr>
        <w:t>Câu 9: Yếu tố nào sau đây làm đường cung dịch chuyển sang phải?</w:t>
      </w:r>
    </w:p>
    <w:p>
      <w:pPr>
        <w:pStyle w:val="ListParagraph"/>
      </w:pPr>
      <w:r>
        <w:rPr>
          <w:sz w:val="22"/>
        </w:rPr>
        <w:t>A. Giá hàng hóa tăng.</w:t>
      </w:r>
    </w:p>
    <w:p>
      <w:pPr>
        <w:pStyle w:val="ListParagraph"/>
      </w:pPr>
      <w:r>
        <w:rPr>
          <w:sz w:val="22"/>
        </w:rPr>
        <w:t>B. Chi phí đầu vào giảm.</w:t>
      </w:r>
    </w:p>
    <w:p>
      <w:pPr>
        <w:pStyle w:val="ListParagraph"/>
      </w:pPr>
      <w:r>
        <w:rPr>
          <w:sz w:val="22"/>
        </w:rPr>
        <w:t>C. Thu nhập người tiêu dùng tăng.</w:t>
      </w:r>
    </w:p>
    <w:p>
      <w:pPr>
        <w:pStyle w:val="ListParagraph"/>
      </w:pPr>
      <w:r>
        <w:rPr>
          <w:sz w:val="22"/>
        </w:rPr>
        <w:t>D. Thị hiếu người tiêu dùng thay đổi.</w:t>
      </w:r>
    </w:p>
    <w:p/>
    <w:p>
      <w:r>
        <w:rPr>
          <w:b/>
          <w:sz w:val="24"/>
        </w:rPr>
        <w:t>Câu 10: Yếu tố nào sau đây làm đường cầu dịch chuyển sang phải?</w:t>
      </w:r>
    </w:p>
    <w:p>
      <w:pPr>
        <w:pStyle w:val="ListParagraph"/>
      </w:pPr>
      <w:r>
        <w:rPr>
          <w:sz w:val="22"/>
        </w:rPr>
        <w:t>A. Giá hàng hóa giảm.</w:t>
      </w:r>
    </w:p>
    <w:p>
      <w:pPr>
        <w:pStyle w:val="ListParagraph"/>
      </w:pPr>
      <w:r>
        <w:rPr>
          <w:sz w:val="22"/>
        </w:rPr>
        <w:t>B. Thu nhập của người tiêu dùng tăng (với hàng hóa thông thường).</w:t>
      </w:r>
    </w:p>
    <w:p>
      <w:pPr>
        <w:pStyle w:val="ListParagraph"/>
      </w:pPr>
      <w:r>
        <w:rPr>
          <w:sz w:val="22"/>
        </w:rPr>
        <w:t>C. Công nghệ sản xuất tiên tiến hơn.</w:t>
      </w:r>
    </w:p>
    <w:p>
      <w:pPr>
        <w:pStyle w:val="ListParagraph"/>
      </w:pPr>
      <w:r>
        <w:rPr>
          <w:sz w:val="22"/>
        </w:rPr>
        <w:t>D. Số lượng doanh nghiệp sản xuất tăng.</w:t>
      </w:r>
    </w:p>
    <w:p/>
    <w:p>
      <w:r>
        <w:rPr>
          <w:b/>
          <w:sz w:val="24"/>
        </w:rPr>
        <w:t>Câu 11: Điểm cân bằng thị trường là điểm tại đó</w:t>
      </w:r>
    </w:p>
    <w:p>
      <w:pPr>
        <w:pStyle w:val="ListParagraph"/>
      </w:pPr>
      <w:r>
        <w:rPr>
          <w:sz w:val="22"/>
        </w:rPr>
        <w:t>A. cung lớn hơn cầu.</w:t>
      </w:r>
    </w:p>
    <w:p>
      <w:pPr>
        <w:pStyle w:val="ListParagraph"/>
      </w:pPr>
      <w:r>
        <w:rPr>
          <w:sz w:val="22"/>
        </w:rPr>
        <w:t>B. cầu lớn hơn cung.</w:t>
      </w:r>
    </w:p>
    <w:p>
      <w:pPr>
        <w:pStyle w:val="ListParagraph"/>
      </w:pPr>
      <w:r>
        <w:rPr>
          <w:sz w:val="22"/>
        </w:rPr>
        <w:t>C. lượng cung bằng lượng cầu.</w:t>
      </w:r>
    </w:p>
    <w:p>
      <w:pPr>
        <w:pStyle w:val="ListParagraph"/>
      </w:pPr>
      <w:r>
        <w:rPr>
          <w:sz w:val="22"/>
        </w:rPr>
        <w:t>D. giá cả bằng 0.</w:t>
      </w:r>
    </w:p>
    <w:p/>
    <w:p>
      <w:r>
        <w:rPr>
          <w:b/>
          <w:sz w:val="24"/>
        </w:rPr>
        <w:t>Câu 12: Khi giá thị trường cao hơn giá cân bằng, trên thị trường thường xảy ra hiện tượng</w:t>
      </w:r>
    </w:p>
    <w:p>
      <w:pPr>
        <w:pStyle w:val="ListParagraph"/>
      </w:pPr>
      <w:r>
        <w:rPr>
          <w:sz w:val="22"/>
        </w:rPr>
        <w:t>A. thiếu hụt hàng hóa.</w:t>
      </w:r>
    </w:p>
    <w:p>
      <w:pPr>
        <w:pStyle w:val="ListParagraph"/>
      </w:pPr>
      <w:r>
        <w:rPr>
          <w:sz w:val="22"/>
        </w:rPr>
        <w:t>B. dư thừa hàng hóa.</w:t>
      </w:r>
    </w:p>
    <w:p>
      <w:pPr>
        <w:pStyle w:val="ListParagraph"/>
      </w:pPr>
      <w:r>
        <w:rPr>
          <w:sz w:val="22"/>
        </w:rPr>
        <w:t>C. cân bằng cung cầu.</w:t>
      </w:r>
    </w:p>
    <w:p>
      <w:pPr>
        <w:pStyle w:val="ListParagraph"/>
      </w:pPr>
      <w:r>
        <w:rPr>
          <w:sz w:val="22"/>
        </w:rPr>
        <w:t>D. giá tiếp tục giảm ngay lập tức.</w:t>
      </w:r>
    </w:p>
    <w:p/>
    <w:p>
      <w:r>
        <w:rPr>
          <w:b/>
          <w:sz w:val="24"/>
        </w:rPr>
        <w:t>Câu 13: Khi giá thị trường thấp hơn giá cân bằng, trên thị trường thường xảy ra hiện tượng</w:t>
      </w:r>
    </w:p>
    <w:p>
      <w:pPr>
        <w:pStyle w:val="ListParagraph"/>
      </w:pPr>
      <w:r>
        <w:rPr>
          <w:sz w:val="22"/>
        </w:rPr>
        <w:t>A. dư thừa hàng hóa.</w:t>
      </w:r>
    </w:p>
    <w:p>
      <w:pPr>
        <w:pStyle w:val="ListParagraph"/>
      </w:pPr>
      <w:r>
        <w:rPr>
          <w:sz w:val="22"/>
        </w:rPr>
        <w:t>B. thiếu hụt hàng hóa.</w:t>
      </w:r>
    </w:p>
    <w:p>
      <w:pPr>
        <w:pStyle w:val="ListParagraph"/>
      </w:pPr>
      <w:r>
        <w:rPr>
          <w:sz w:val="22"/>
        </w:rPr>
        <w:t>C. cung bằng cầu.</w:t>
      </w:r>
    </w:p>
    <w:p>
      <w:pPr>
        <w:pStyle w:val="ListParagraph"/>
      </w:pPr>
      <w:r>
        <w:rPr>
          <w:sz w:val="22"/>
        </w:rPr>
        <w:t>D. không có người mua.</w:t>
      </w:r>
    </w:p>
    <w:p/>
    <w:p>
      <w:r>
        <w:rPr>
          <w:b/>
          <w:sz w:val="24"/>
        </w:rPr>
        <w:t>Câu 14: Đối với hai hàng hóa thay thế, khi giá hàng hóa A tăng thì cầu hàng hóa B sẽ</w:t>
      </w:r>
    </w:p>
    <w:p>
      <w:pPr>
        <w:pStyle w:val="ListParagraph"/>
      </w:pPr>
      <w:r>
        <w:rPr>
          <w:sz w:val="22"/>
        </w:rPr>
        <w:t>A. giảm.</w:t>
      </w:r>
    </w:p>
    <w:p>
      <w:pPr>
        <w:pStyle w:val="ListParagraph"/>
      </w:pPr>
      <w:r>
        <w:rPr>
          <w:sz w:val="22"/>
        </w:rPr>
        <w:t>B. tăng.</w:t>
      </w:r>
    </w:p>
    <w:p>
      <w:pPr>
        <w:pStyle w:val="ListParagraph"/>
      </w:pPr>
      <w:r>
        <w:rPr>
          <w:sz w:val="22"/>
        </w:rPr>
        <w:t>C. không đổi.</w:t>
      </w:r>
    </w:p>
    <w:p>
      <w:pPr>
        <w:pStyle w:val="ListParagraph"/>
      </w:pPr>
      <w:r>
        <w:rPr>
          <w:sz w:val="22"/>
        </w:rPr>
        <w:t>D. giảm bằng mức tăng giá A.</w:t>
      </w:r>
    </w:p>
    <w:p/>
    <w:p>
      <w:r>
        <w:rPr>
          <w:b/>
          <w:sz w:val="24"/>
        </w:rPr>
        <w:t>Câu 15: Đối với hai hàng hóa bổ sung, khi giá hàng hóa A tăng thì cầu hàng hóa B sẽ</w:t>
      </w:r>
    </w:p>
    <w:p>
      <w:pPr>
        <w:pStyle w:val="ListParagraph"/>
      </w:pPr>
      <w:r>
        <w:rPr>
          <w:sz w:val="22"/>
        </w:rPr>
        <w:t>A. tăng.</w:t>
      </w:r>
    </w:p>
    <w:p>
      <w:pPr>
        <w:pStyle w:val="ListParagraph"/>
      </w:pPr>
      <w:r>
        <w:rPr>
          <w:sz w:val="22"/>
        </w:rPr>
        <w:t>B. giảm.</w:t>
      </w:r>
    </w:p>
    <w:p>
      <w:pPr>
        <w:pStyle w:val="ListParagraph"/>
      </w:pPr>
      <w:r>
        <w:rPr>
          <w:sz w:val="22"/>
        </w:rPr>
        <w:t>C. không đổi.</w:t>
      </w:r>
    </w:p>
    <w:p>
      <w:pPr>
        <w:pStyle w:val="ListParagraph"/>
      </w:pPr>
      <w:r>
        <w:rPr>
          <w:sz w:val="22"/>
        </w:rPr>
        <w:t>D. tăng gấp đôi.</w:t>
      </w:r>
    </w:p>
    <w:p/>
    <w:p>
      <w:r>
        <w:rPr>
          <w:b/>
          <w:sz w:val="24"/>
        </w:rPr>
        <w:t>Câu 16: Đối với hàng hóa thông thường, khi thu nhập của người tiêu dùng tăng thì cầu về hàng hóa đó thường</w:t>
      </w:r>
    </w:p>
    <w:p>
      <w:pPr>
        <w:pStyle w:val="ListParagraph"/>
      </w:pPr>
      <w:r>
        <w:rPr>
          <w:sz w:val="22"/>
        </w:rPr>
        <w:t>A. giảm.</w:t>
      </w:r>
    </w:p>
    <w:p>
      <w:pPr>
        <w:pStyle w:val="ListParagraph"/>
      </w:pPr>
      <w:r>
        <w:rPr>
          <w:sz w:val="22"/>
        </w:rPr>
        <w:t>B. tăng.</w:t>
      </w:r>
    </w:p>
    <w:p>
      <w:pPr>
        <w:pStyle w:val="ListParagraph"/>
      </w:pPr>
      <w:r>
        <w:rPr>
          <w:sz w:val="22"/>
        </w:rPr>
        <w:t>C. không đổi.</w:t>
      </w:r>
    </w:p>
    <w:p>
      <w:pPr>
        <w:pStyle w:val="ListParagraph"/>
      </w:pPr>
      <w:r>
        <w:rPr>
          <w:sz w:val="22"/>
        </w:rPr>
        <w:t>D. bằng 0.</w:t>
      </w:r>
    </w:p>
    <w:p/>
    <w:p>
      <w:r>
        <w:rPr>
          <w:b/>
          <w:sz w:val="24"/>
        </w:rPr>
        <w:t>Câu 17: Khi công nghệ sản xuất được cải tiến, năng suất tăng, thì đường cung của hàng hóa thường</w:t>
      </w:r>
    </w:p>
    <w:p>
      <w:pPr>
        <w:pStyle w:val="ListParagraph"/>
      </w:pPr>
      <w:r>
        <w:rPr>
          <w:sz w:val="22"/>
        </w:rPr>
        <w:t>A. dịch chuyển sang trái.</w:t>
      </w:r>
    </w:p>
    <w:p>
      <w:pPr>
        <w:pStyle w:val="ListParagraph"/>
      </w:pPr>
      <w:r>
        <w:rPr>
          <w:sz w:val="22"/>
        </w:rPr>
        <w:t>B. dịch chuyển sang phải.</w:t>
      </w:r>
    </w:p>
    <w:p>
      <w:pPr>
        <w:pStyle w:val="ListParagraph"/>
      </w:pPr>
      <w:r>
        <w:rPr>
          <w:sz w:val="22"/>
        </w:rPr>
        <w:t>C. không thay đổi.</w:t>
      </w:r>
    </w:p>
    <w:p>
      <w:pPr>
        <w:pStyle w:val="ListParagraph"/>
      </w:pPr>
      <w:r>
        <w:rPr>
          <w:sz w:val="22"/>
        </w:rPr>
        <w:t>D. trở thành đường cầu.</w:t>
      </w:r>
    </w:p>
    <w:p/>
    <w:p>
      <w:r>
        <w:rPr>
          <w:b/>
          <w:sz w:val="24"/>
        </w:rPr>
        <w:t>Câu 18: Khi giá các yếu tố đầu vào tăng, chi phí sản xuất tăng thì cung hàng hóa thường</w:t>
      </w:r>
    </w:p>
    <w:p>
      <w:pPr>
        <w:pStyle w:val="ListParagraph"/>
      </w:pPr>
      <w:r>
        <w:rPr>
          <w:sz w:val="22"/>
        </w:rPr>
        <w:t>A. tăng.</w:t>
      </w:r>
    </w:p>
    <w:p>
      <w:pPr>
        <w:pStyle w:val="ListParagraph"/>
      </w:pPr>
      <w:r>
        <w:rPr>
          <w:sz w:val="22"/>
        </w:rPr>
        <w:t>B. giảm.</w:t>
      </w:r>
    </w:p>
    <w:p>
      <w:pPr>
        <w:pStyle w:val="ListParagraph"/>
      </w:pPr>
      <w:r>
        <w:rPr>
          <w:sz w:val="22"/>
        </w:rPr>
        <w:t>C. không đổi.</w:t>
      </w:r>
    </w:p>
    <w:p>
      <w:pPr>
        <w:pStyle w:val="ListParagraph"/>
      </w:pPr>
      <w:r>
        <w:rPr>
          <w:sz w:val="22"/>
        </w:rPr>
        <w:t>D. tăng rồi giảm.</w:t>
      </w:r>
    </w:p>
    <w:p/>
    <w:p>
      <w:r>
        <w:rPr>
          <w:b/>
          <w:sz w:val="24"/>
        </w:rPr>
        <w:t>Câu 19: Cạnh tranh giữa những người mua với nhau thường có xu hướng</w:t>
      </w:r>
    </w:p>
    <w:p>
      <w:pPr>
        <w:pStyle w:val="ListParagraph"/>
      </w:pPr>
      <w:r>
        <w:rPr>
          <w:sz w:val="22"/>
        </w:rPr>
        <w:t>A. làm giá hàng hóa giảm.</w:t>
      </w:r>
    </w:p>
    <w:p>
      <w:pPr>
        <w:pStyle w:val="ListParagraph"/>
      </w:pPr>
      <w:r>
        <w:rPr>
          <w:sz w:val="22"/>
        </w:rPr>
        <w:t>B. làm giá hàng hóa tăng.</w:t>
      </w:r>
    </w:p>
    <w:p>
      <w:pPr>
        <w:pStyle w:val="ListParagraph"/>
      </w:pPr>
      <w:r>
        <w:rPr>
          <w:sz w:val="22"/>
        </w:rPr>
        <w:t>C. không ảnh hưởng đến giá.</w:t>
      </w:r>
    </w:p>
    <w:p>
      <w:pPr>
        <w:pStyle w:val="ListParagraph"/>
      </w:pPr>
      <w:r>
        <w:rPr>
          <w:sz w:val="22"/>
        </w:rPr>
        <w:t>D. làm lượng cung giảm ngay lập tức.</w:t>
      </w:r>
    </w:p>
    <w:p/>
    <w:p>
      <w:r>
        <w:rPr>
          <w:b/>
          <w:sz w:val="24"/>
        </w:rPr>
        <w:t>Câu 20: Mục đích quan trọng của cạnh tranh trong kinh tế thị trường đối với doanh nghiệp là</w:t>
      </w:r>
    </w:p>
    <w:p>
      <w:pPr>
        <w:pStyle w:val="ListParagraph"/>
      </w:pPr>
      <w:r>
        <w:rPr>
          <w:sz w:val="22"/>
        </w:rPr>
        <w:t>A. giành lợi thế, thu lợi nhuận và mở rộng thị trường.</w:t>
      </w:r>
    </w:p>
    <w:p>
      <w:pPr>
        <w:pStyle w:val="ListParagraph"/>
      </w:pPr>
      <w:r>
        <w:rPr>
          <w:sz w:val="22"/>
        </w:rPr>
        <w:t>B. loại bỏ hoàn toàn đối thủ bằng mọi giá.</w:t>
      </w:r>
    </w:p>
    <w:p>
      <w:pPr>
        <w:pStyle w:val="ListParagraph"/>
      </w:pPr>
      <w:r>
        <w:rPr>
          <w:sz w:val="22"/>
        </w:rPr>
        <w:t>C. tránh mọi rủi ro kinh doanh.</w:t>
      </w:r>
    </w:p>
    <w:p>
      <w:pPr>
        <w:pStyle w:val="ListParagraph"/>
      </w:pPr>
      <w:r>
        <w:rPr>
          <w:sz w:val="22"/>
        </w:rPr>
        <w:t>D. phụ thuộc hoàn toàn vào Nhà nước.</w:t>
      </w:r>
    </w:p>
    <w:p/>
    <w:p>
      <w:r>
        <w:rPr>
          <w:b/>
          <w:sz w:val="24"/>
        </w:rPr>
        <w:t>Câu 21: Cạnh tranh chỉ có tác động tiêu cực đến nền kinh tế.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22: Cạnh tranh là một động lực thúc đẩy nền kinh tế thị trường phát triển.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23: Quy luật cung thể hiện mối quan hệ tỉ lệ thuận giữa giá cả và lượng cung trong điều kiện các yếu tố khác không đổi.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24: Theo quy luật cầu, khi giá hàng hóa tăng thì lượng cầu hàng hóa đó tăng.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25: Cung chỉ là lượng hàng hóa mà người bán mong muốn bán, không cần tính đến khả năng bán.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26: Cầu là lượng hàng hóa, dịch vụ mà người tiêu dùng có khả năng và sẵn sàng mua ở các mức giá khác nhau trong một thời gian nhất định.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27: Khi giá thị trường thấp hơn giá cân bằng, trên thị trường xuất hiện tình trạng dư thừa hàng hóa.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28: Giá cả thị trường được hình thành từ sự tương tác giữa cung và cầu.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29: Khi giá hàng hóa thay thế tăng, cầu về hàng hóa đang xét có thể tăng.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30: Cải tiến công nghệ sản xuất thường làm đường cung dịch chuyển sang trái.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