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đề thi vật lý lớp 11 giữa kì 1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Một vật dao động điều hòa theo phương trình $x = 5\cos(4\pi t + \frac{\pi}{3})$ (cm). Biên độ và pha ban đầu của dao động là:</w:t>
      </w:r>
    </w:p>
    <w:p>
      <w:pPr>
        <w:pStyle w:val="ListParagraph"/>
      </w:pPr>
      <w:r>
        <w:rPr>
          <w:sz w:val="22"/>
        </w:rPr>
        <w:t>A. $5$ cm; $\frac{\pi}{3}$ rad</w:t>
      </w:r>
    </w:p>
    <w:p>
      <w:pPr>
        <w:pStyle w:val="ListParagraph"/>
      </w:pPr>
      <w:r>
        <w:rPr>
          <w:sz w:val="22"/>
        </w:rPr>
        <w:t>B. $5$ cm; $-\frac{\pi}{3}$ rad</w:t>
      </w:r>
    </w:p>
    <w:p>
      <w:pPr>
        <w:pStyle w:val="ListParagraph"/>
      </w:pPr>
      <w:r>
        <w:rPr>
          <w:sz w:val="22"/>
        </w:rPr>
        <w:t>C. $4\pi$ cm; $\frac{\pi}{3}$ rad</w:t>
      </w:r>
    </w:p>
    <w:p>
      <w:pPr>
        <w:pStyle w:val="ListParagraph"/>
      </w:pPr>
      <w:r>
        <w:rPr>
          <w:sz w:val="22"/>
        </w:rPr>
        <w:t>D. $5$ cm; $4\pi$ rad</w:t>
      </w:r>
    </w:p>
    <w:p/>
    <w:p>
      <w:r>
        <w:rPr>
          <w:b/>
          <w:sz w:val="24"/>
        </w:rPr>
        <w:t>Câu 2: Một con lắc lò xo gồm lò xo có độ cứng $k$ và vật nhỏ khối lượng $m$ dao động điều hòa. Chu kì dao động của con lắc là:</w:t>
      </w:r>
    </w:p>
    <w:p>
      <w:pPr>
        <w:pStyle w:val="ListParagraph"/>
      </w:pPr>
      <w:r>
        <w:rPr>
          <w:sz w:val="22"/>
        </w:rPr>
        <w:t>A. $T = 2\pi\sqrt{\frac{k}{m}}$</w:t>
      </w:r>
    </w:p>
    <w:p>
      <w:pPr>
        <w:pStyle w:val="ListParagraph"/>
      </w:pPr>
      <w:r>
        <w:rPr>
          <w:sz w:val="22"/>
        </w:rPr>
        <w:t>B. $T = \frac{1}{2\pi}\sqrt{\frac{k}{m}}$</w:t>
      </w:r>
    </w:p>
    <w:p>
      <w:pPr>
        <w:pStyle w:val="ListParagraph"/>
      </w:pPr>
      <w:r>
        <w:rPr>
          <w:sz w:val="22"/>
        </w:rPr>
        <w:t>C. $T = 2\pi\sqrt{\frac{m}{k}}$</w:t>
      </w:r>
    </w:p>
    <w:p>
      <w:pPr>
        <w:pStyle w:val="ListParagraph"/>
      </w:pPr>
      <w:r>
        <w:rPr>
          <w:sz w:val="22"/>
        </w:rPr>
        <w:t>D. $T = \frac{1}{2\pi}\sqrt{\frac{m}{k}}$</w:t>
      </w:r>
    </w:p>
    <w:p/>
    <w:p>
      <w:r>
        <w:rPr>
          <w:b/>
          <w:sz w:val="24"/>
        </w:rPr>
        <w:t>Câu 3: Một con lắc đơn có chiều dài $l$, dao động điều hòa tại nơi có gia tốc trọng trường $g$. Tần số dao động của con lắc là:</w:t>
      </w:r>
    </w:p>
    <w:p>
      <w:pPr>
        <w:pStyle w:val="ListParagraph"/>
      </w:pPr>
      <w:r>
        <w:rPr>
          <w:sz w:val="22"/>
        </w:rPr>
        <w:t>A. $f = \frac{1}{2\pi}\sqrt{\frac{l}{g}}$</w:t>
      </w:r>
    </w:p>
    <w:p>
      <w:pPr>
        <w:pStyle w:val="ListParagraph"/>
      </w:pPr>
      <w:r>
        <w:rPr>
          <w:sz w:val="22"/>
        </w:rPr>
        <w:t>B. $f = 2\pi\sqrt{\frac{g}{l}}$</w:t>
      </w:r>
    </w:p>
    <w:p>
      <w:pPr>
        <w:pStyle w:val="ListParagraph"/>
      </w:pPr>
      <w:r>
        <w:rPr>
          <w:sz w:val="22"/>
        </w:rPr>
        <w:t>C. $f = \frac{1}{2\pi}\sqrt{\frac{g}{l}}$</w:t>
      </w:r>
    </w:p>
    <w:p>
      <w:pPr>
        <w:pStyle w:val="ListParagraph"/>
      </w:pPr>
      <w:r>
        <w:rPr>
          <w:sz w:val="22"/>
        </w:rPr>
        <w:t>D. $f = 2\pi\sqrt{\frac{l}{g}}$</w:t>
      </w:r>
    </w:p>
    <w:p/>
    <w:p>
      <w:r>
        <w:rPr>
          <w:b/>
          <w:sz w:val="24"/>
        </w:rPr>
        <w:t>Câu 4: Một vật dao động điều hòa với biên độ $A$ và tần số góc $\omega$. Tốc độ cực đại của vật là:</w:t>
      </w:r>
    </w:p>
    <w:p>
      <w:pPr>
        <w:pStyle w:val="ListParagraph"/>
      </w:pPr>
      <w:r>
        <w:rPr>
          <w:sz w:val="22"/>
        </w:rPr>
        <w:t>A. $v_{\text{max}} = \omega A$</w:t>
      </w:r>
    </w:p>
    <w:p>
      <w:pPr>
        <w:pStyle w:val="ListParagraph"/>
      </w:pPr>
      <w:r>
        <w:rPr>
          <w:sz w:val="22"/>
        </w:rPr>
        <w:t>B. $v_{\text{max}} = \omega^2 A$</w:t>
      </w:r>
    </w:p>
    <w:p>
      <w:pPr>
        <w:pStyle w:val="ListParagraph"/>
      </w:pPr>
      <w:r>
        <w:rPr>
          <w:sz w:val="22"/>
        </w:rPr>
        <w:t>C. $v_{\text{max}} = \frac{A}{\omega}$</w:t>
      </w:r>
    </w:p>
    <w:p>
      <w:pPr>
        <w:pStyle w:val="ListParagraph"/>
      </w:pPr>
      <w:r>
        <w:rPr>
          <w:sz w:val="22"/>
        </w:rPr>
        <w:t>D. $v_{\text{max}} = \omega A^2$</w:t>
      </w:r>
    </w:p>
    <w:p/>
    <w:p>
      <w:r>
        <w:rPr>
          <w:b/>
          <w:sz w:val="24"/>
        </w:rPr>
        <w:t>Câu 5: Một vật dao động điều hòa với biên độ $A$ và tần số góc $\omega$. Gia tốc cực đại của vật là:</w:t>
      </w:r>
    </w:p>
    <w:p>
      <w:pPr>
        <w:pStyle w:val="ListParagraph"/>
      </w:pPr>
      <w:r>
        <w:rPr>
          <w:sz w:val="22"/>
        </w:rPr>
        <w:t>A. $a_{\text{max}} = \omega A$</w:t>
      </w:r>
    </w:p>
    <w:p>
      <w:pPr>
        <w:pStyle w:val="ListParagraph"/>
      </w:pPr>
      <w:r>
        <w:rPr>
          <w:sz w:val="22"/>
        </w:rPr>
        <w:t>B. $a_{\text{max}} = \omega^2 A$</w:t>
      </w:r>
    </w:p>
    <w:p>
      <w:pPr>
        <w:pStyle w:val="ListParagraph"/>
      </w:pPr>
      <w:r>
        <w:rPr>
          <w:sz w:val="22"/>
        </w:rPr>
        <w:t>C. $a_{\text{max}} = \frac{A}{\omega}$</w:t>
      </w:r>
    </w:p>
    <w:p>
      <w:pPr>
        <w:pStyle w:val="ListParagraph"/>
      </w:pPr>
      <w:r>
        <w:rPr>
          <w:sz w:val="22"/>
        </w:rPr>
        <w:t>D. $a_{\text{max}} = \omega A^2$</w:t>
      </w:r>
    </w:p>
    <w:p/>
    <w:p>
      <w:r>
        <w:rPr>
          <w:b/>
          <w:sz w:val="24"/>
        </w:rPr>
        <w:t>Câu 6: Một vật dao động điều hòa theo phương trình $x = 4\cos(2\pi t - \frac{\pi}{2})$ (cm). Pha dao động tại thời điểm $t$ là:</w:t>
      </w:r>
    </w:p>
    <w:p>
      <w:pPr>
        <w:pStyle w:val="ListParagraph"/>
      </w:pPr>
      <w:r>
        <w:rPr>
          <w:sz w:val="22"/>
        </w:rPr>
        <w:t>A. $2\pi t - \frac{\pi}{2}$</w:t>
      </w:r>
    </w:p>
    <w:p>
      <w:pPr>
        <w:pStyle w:val="ListParagraph"/>
      </w:pPr>
      <w:r>
        <w:rPr>
          <w:sz w:val="22"/>
        </w:rPr>
        <w:t>B. $2\pi t + \frac{\pi}{2}$</w:t>
      </w:r>
    </w:p>
    <w:p>
      <w:pPr>
        <w:pStyle w:val="ListParagraph"/>
      </w:pPr>
      <w:r>
        <w:rPr>
          <w:sz w:val="22"/>
        </w:rPr>
        <w:t>C. $-\frac{\pi}{2}$</w:t>
      </w:r>
    </w:p>
    <w:p>
      <w:pPr>
        <w:pStyle w:val="ListParagraph"/>
      </w:pPr>
      <w:r>
        <w:rPr>
          <w:sz w:val="22"/>
        </w:rPr>
        <w:t>D. $2\pi t$</w:t>
      </w:r>
    </w:p>
    <w:p/>
    <w:p>
      <w:r>
        <w:rPr>
          <w:b/>
          <w:sz w:val="24"/>
        </w:rPr>
        <w:t>Câu 7: Một con lắc lò xo có độ cứng $k = 100$ N/m, vật nhỏ khối lượng $m = 100$ g. Lấy $\pi^2 = 10$. Chu kì dao động của con lắc là:</w:t>
      </w:r>
    </w:p>
    <w:p>
      <w:pPr>
        <w:pStyle w:val="ListParagraph"/>
      </w:pPr>
      <w:r>
        <w:rPr>
          <w:sz w:val="22"/>
        </w:rPr>
        <w:t>A. $0,2$ s</w:t>
      </w:r>
    </w:p>
    <w:p>
      <w:pPr>
        <w:pStyle w:val="ListParagraph"/>
      </w:pPr>
      <w:r>
        <w:rPr>
          <w:sz w:val="22"/>
        </w:rPr>
        <w:t>B. $0,4$ s</w:t>
      </w:r>
    </w:p>
    <w:p>
      <w:pPr>
        <w:pStyle w:val="ListParagraph"/>
      </w:pPr>
      <w:r>
        <w:rPr>
          <w:sz w:val="22"/>
        </w:rPr>
        <w:t>C. $0,1$ s</w:t>
      </w:r>
    </w:p>
    <w:p>
      <w:pPr>
        <w:pStyle w:val="ListParagraph"/>
      </w:pPr>
      <w:r>
        <w:rPr>
          <w:sz w:val="22"/>
        </w:rPr>
        <w:t>D. $0,3$ s</w:t>
      </w:r>
    </w:p>
    <w:p/>
    <w:p>
      <w:r>
        <w:rPr>
          <w:b/>
          <w:sz w:val="24"/>
        </w:rPr>
        <w:t>Câu 8: Một con lắc đơn có chiều dài $l = 1$ m, dao động điều hòa tại nơi có $g = 10$ m/s$^2$. Lấy $\pi^2 = 10$. Chu kì dao động của con lắc là:</w:t>
      </w:r>
    </w:p>
    <w:p>
      <w:pPr>
        <w:pStyle w:val="ListParagraph"/>
      </w:pPr>
      <w:r>
        <w:rPr>
          <w:sz w:val="22"/>
        </w:rPr>
        <w:t>A. $1$ s</w:t>
      </w:r>
    </w:p>
    <w:p>
      <w:pPr>
        <w:pStyle w:val="ListParagraph"/>
      </w:pPr>
      <w:r>
        <w:rPr>
          <w:sz w:val="22"/>
        </w:rPr>
        <w:t>B. $2$ s</w:t>
      </w:r>
    </w:p>
    <w:p>
      <w:pPr>
        <w:pStyle w:val="ListParagraph"/>
      </w:pPr>
      <w:r>
        <w:rPr>
          <w:sz w:val="22"/>
        </w:rPr>
        <w:t>C. $0,5$ s</w:t>
      </w:r>
    </w:p>
    <w:p>
      <w:pPr>
        <w:pStyle w:val="ListParagraph"/>
      </w:pPr>
      <w:r>
        <w:rPr>
          <w:sz w:val="22"/>
        </w:rPr>
        <w:t>D. $1,5$ s</w:t>
      </w:r>
    </w:p>
    <w:p/>
    <w:p>
      <w:r>
        <w:rPr>
          <w:b/>
          <w:sz w:val="24"/>
        </w:rPr>
        <w:t>Câu 9: Một vật dao động điều hòa với phương trình $x = 6\cos(4\pi t)$ (cm). Tần số dao động của vật là:</w:t>
      </w:r>
    </w:p>
    <w:p>
      <w:pPr>
        <w:pStyle w:val="ListParagraph"/>
      </w:pPr>
      <w:r>
        <w:rPr>
          <w:sz w:val="22"/>
        </w:rPr>
        <w:t>A. $4$ Hz</w:t>
      </w:r>
    </w:p>
    <w:p>
      <w:pPr>
        <w:pStyle w:val="ListParagraph"/>
      </w:pPr>
      <w:r>
        <w:rPr>
          <w:sz w:val="22"/>
        </w:rPr>
        <w:t>B. $2$ Hz</w:t>
      </w:r>
    </w:p>
    <w:p>
      <w:pPr>
        <w:pStyle w:val="ListParagraph"/>
      </w:pPr>
      <w:r>
        <w:rPr>
          <w:sz w:val="22"/>
        </w:rPr>
        <w:t>C. $0,5$ Hz</w:t>
      </w:r>
    </w:p>
    <w:p>
      <w:pPr>
        <w:pStyle w:val="ListParagraph"/>
      </w:pPr>
      <w:r>
        <w:rPr>
          <w:sz w:val="22"/>
        </w:rPr>
        <w:t>D. $4\pi$ Hz</w:t>
      </w:r>
    </w:p>
    <w:p/>
    <w:p>
      <w:r>
        <w:rPr>
          <w:b/>
          <w:sz w:val="24"/>
        </w:rPr>
        <w:t>Câu 10: Một vật dao động điều hòa với phương trình $x = 5\cos(2\pi t + \frac{\pi}{6})$ (cm). Li độ của vật tại thời điểm $t = 0$ là:</w:t>
      </w:r>
    </w:p>
    <w:p>
      <w:pPr>
        <w:pStyle w:val="ListParagraph"/>
      </w:pPr>
      <w:r>
        <w:rPr>
          <w:sz w:val="22"/>
        </w:rPr>
        <w:t>A. $2,5$ cm</w:t>
      </w:r>
    </w:p>
    <w:p>
      <w:pPr>
        <w:pStyle w:val="ListParagraph"/>
      </w:pPr>
      <w:r>
        <w:rPr>
          <w:sz w:val="22"/>
        </w:rPr>
        <w:t>B. $2,5\sqrt{3}$ cm</w:t>
      </w:r>
    </w:p>
    <w:p>
      <w:pPr>
        <w:pStyle w:val="ListParagraph"/>
      </w:pPr>
      <w:r>
        <w:rPr>
          <w:sz w:val="22"/>
        </w:rPr>
        <w:t>C. $-2,5$ cm</w:t>
      </w:r>
    </w:p>
    <w:p>
      <w:pPr>
        <w:pStyle w:val="ListParagraph"/>
      </w:pPr>
      <w:r>
        <w:rPr>
          <w:sz w:val="22"/>
        </w:rPr>
        <w:t>D. $-2,5\sqrt{3}$ cm</w:t>
      </w:r>
    </w:p>
    <w:p/>
    <w:p>
      <w:r>
        <w:rPr>
          <w:b/>
          <w:sz w:val="24"/>
        </w:rPr>
        <w:t>Câu 11: Một vật dao động điều hòa với phương trình $x = 4\cos(4\pi t - \frac{\pi}{3})$ (cm). Vận tốc của vật tại thời điểm $t = 0$ là:</w:t>
      </w:r>
    </w:p>
    <w:p>
      <w:pPr>
        <w:pStyle w:val="ListParagraph"/>
      </w:pPr>
      <w:r>
        <w:rPr>
          <w:sz w:val="22"/>
        </w:rPr>
        <w:t>A. $-8\pi\sqrt{3}$ cm/s</w:t>
      </w:r>
    </w:p>
    <w:p>
      <w:pPr>
        <w:pStyle w:val="ListParagraph"/>
      </w:pPr>
      <w:r>
        <w:rPr>
          <w:sz w:val="22"/>
        </w:rPr>
        <w:t>B. $8\pi\sqrt{3}$ cm/s</w:t>
      </w:r>
    </w:p>
    <w:p>
      <w:pPr>
        <w:pStyle w:val="ListParagraph"/>
      </w:pPr>
      <w:r>
        <w:rPr>
          <w:sz w:val="22"/>
        </w:rPr>
        <w:t>C. $-8\pi$ cm/s</w:t>
      </w:r>
    </w:p>
    <w:p>
      <w:pPr>
        <w:pStyle w:val="ListParagraph"/>
      </w:pPr>
      <w:r>
        <w:rPr>
          <w:sz w:val="22"/>
        </w:rPr>
        <w:t>D. $8\pi$ cm/s</w:t>
      </w:r>
    </w:p>
    <w:p/>
    <w:p>
      <w:r>
        <w:rPr>
          <w:b/>
          <w:sz w:val="24"/>
        </w:rPr>
        <w:t>Câu 12: Một vật dao động điều hòa với phương trình $x = 10\cos(2\pi t + \frac{\pi}{2})$ (cm). Gia tốc của vật tại thời điểm $t = 0$ là:</w:t>
      </w:r>
    </w:p>
    <w:p>
      <w:pPr>
        <w:pStyle w:val="ListParagraph"/>
      </w:pPr>
      <w:r>
        <w:rPr>
          <w:sz w:val="22"/>
        </w:rPr>
        <w:t>A. $0$ cm/s$^2$</w:t>
      </w:r>
    </w:p>
    <w:p>
      <w:pPr>
        <w:pStyle w:val="ListParagraph"/>
      </w:pPr>
      <w:r>
        <w:rPr>
          <w:sz w:val="22"/>
        </w:rPr>
        <w:t>B. $-40\pi^2$ cm/s$^2$</w:t>
      </w:r>
    </w:p>
    <w:p>
      <w:pPr>
        <w:pStyle w:val="ListParagraph"/>
      </w:pPr>
      <w:r>
        <w:rPr>
          <w:sz w:val="22"/>
        </w:rPr>
        <w:t>C. $40\pi^2$ cm/s$^2$</w:t>
      </w:r>
    </w:p>
    <w:p>
      <w:pPr>
        <w:pStyle w:val="ListParagraph"/>
      </w:pPr>
      <w:r>
        <w:rPr>
          <w:sz w:val="22"/>
        </w:rPr>
        <w:t>D. $-10\pi^2$ cm/s$^2$</w:t>
      </w:r>
    </w:p>
    <w:p/>
    <w:p>
      <w:r>
        <w:rPr>
          <w:b/>
          <w:sz w:val="24"/>
        </w:rPr>
        <w:t>Câu 13: Một con lắc lò xo dao động điều hòa với biên độ $A = 5$ cm, tần số góc $\omega = 10$ rad/s. Tốc độ cực đại của vật là:</w:t>
      </w:r>
    </w:p>
    <w:p>
      <w:pPr>
        <w:pStyle w:val="ListParagraph"/>
      </w:pPr>
      <w:r>
        <w:rPr>
          <w:sz w:val="22"/>
        </w:rPr>
        <w:t>A. $50$ cm/s</w:t>
      </w:r>
    </w:p>
    <w:p>
      <w:pPr>
        <w:pStyle w:val="ListParagraph"/>
      </w:pPr>
      <w:r>
        <w:rPr>
          <w:sz w:val="22"/>
        </w:rPr>
        <w:t>B. $5$ cm/s</w:t>
      </w:r>
    </w:p>
    <w:p>
      <w:pPr>
        <w:pStyle w:val="ListParagraph"/>
      </w:pPr>
      <w:r>
        <w:rPr>
          <w:sz w:val="22"/>
        </w:rPr>
        <w:t>C. $500$ cm/s</w:t>
      </w:r>
    </w:p>
    <w:p>
      <w:pPr>
        <w:pStyle w:val="ListParagraph"/>
      </w:pPr>
      <w:r>
        <w:rPr>
          <w:sz w:val="22"/>
        </w:rPr>
        <w:t>D. $0,5$ cm/s</w:t>
      </w:r>
    </w:p>
    <w:p/>
    <w:p>
      <w:r>
        <w:rPr>
          <w:b/>
          <w:sz w:val="24"/>
        </w:rPr>
        <w:t>Câu 14: Một con lắc đơn dao động điều hòa với biên độ góc $\alpha_0 = 0,1$ rad, chiều dài dây treo $l = 1$ m, gia tốc trọng trường $g = 10$ m/s$^2$. Tốc độ cực đại của vật nặng là:</w:t>
      </w:r>
    </w:p>
    <w:p>
      <w:pPr>
        <w:pStyle w:val="ListParagraph"/>
      </w:pPr>
      <w:r>
        <w:rPr>
          <w:sz w:val="22"/>
        </w:rPr>
        <w:t>A. $0,1$ m/s</w:t>
      </w:r>
    </w:p>
    <w:p>
      <w:pPr>
        <w:pStyle w:val="ListParagraph"/>
      </w:pPr>
      <w:r>
        <w:rPr>
          <w:sz w:val="22"/>
        </w:rPr>
        <w:t>B. $1$ m/s</w:t>
      </w:r>
    </w:p>
    <w:p>
      <w:pPr>
        <w:pStyle w:val="ListParagraph"/>
      </w:pPr>
      <w:r>
        <w:rPr>
          <w:sz w:val="22"/>
        </w:rPr>
        <w:t>C. $0,01$ m/s</w:t>
      </w:r>
    </w:p>
    <w:p>
      <w:pPr>
        <w:pStyle w:val="ListParagraph"/>
      </w:pPr>
      <w:r>
        <w:rPr>
          <w:sz w:val="22"/>
        </w:rPr>
        <w:t>D. $10$ m/s</w:t>
      </w:r>
    </w:p>
    <w:p/>
    <w:p>
      <w:r>
        <w:rPr>
          <w:b/>
          <w:sz w:val="24"/>
        </w:rPr>
        <w:t>Câu 15: Một vật dao động điều hòa với phương trình $x = 8\cos(4\pi t + \frac{\pi}{4})$ (cm). Tại thời điểm $t = 0,25$ s, li độ của vật là:</w:t>
      </w:r>
    </w:p>
    <w:p>
      <w:pPr>
        <w:pStyle w:val="ListParagraph"/>
      </w:pPr>
      <w:r>
        <w:rPr>
          <w:sz w:val="22"/>
        </w:rPr>
        <w:t>A. $-4\sqrt{2}$ cm</w:t>
      </w:r>
    </w:p>
    <w:p>
      <w:pPr>
        <w:pStyle w:val="ListParagraph"/>
      </w:pPr>
      <w:r>
        <w:rPr>
          <w:sz w:val="22"/>
        </w:rPr>
        <w:t>B. $4\sqrt{2}$ cm</w:t>
      </w:r>
    </w:p>
    <w:p>
      <w:pPr>
        <w:pStyle w:val="ListParagraph"/>
      </w:pPr>
      <w:r>
        <w:rPr>
          <w:sz w:val="22"/>
        </w:rPr>
        <w:t>C. $-8$ cm</w:t>
      </w:r>
    </w:p>
    <w:p>
      <w:pPr>
        <w:pStyle w:val="ListParagraph"/>
      </w:pPr>
      <w:r>
        <w:rPr>
          <w:sz w:val="22"/>
        </w:rPr>
        <w:t>D. $8$ cm</w:t>
      </w:r>
    </w:p>
    <w:p/>
    <w:p>
      <w:r>
        <w:rPr>
          <w:b/>
          <w:sz w:val="24"/>
        </w:rPr>
        <w:t>Câu 16: Một vật dao động điều hòa với phương trình $x = 6\cos(2\pi t - \frac{\pi}{6})$ (cm). Tại thời điểm $t = \frac{1}{3}$ s, vận tốc của vật là:</w:t>
      </w:r>
    </w:p>
    <w:p>
      <w:pPr>
        <w:pStyle w:val="ListParagraph"/>
      </w:pPr>
      <w:r>
        <w:rPr>
          <w:sz w:val="22"/>
        </w:rPr>
        <w:t>A. $-6\pi$ cm/s</w:t>
      </w:r>
    </w:p>
    <w:p>
      <w:pPr>
        <w:pStyle w:val="ListParagraph"/>
      </w:pPr>
      <w:r>
        <w:rPr>
          <w:sz w:val="22"/>
        </w:rPr>
        <w:t>B. $6\pi$ cm/s</w:t>
      </w:r>
    </w:p>
    <w:p>
      <w:pPr>
        <w:pStyle w:val="ListParagraph"/>
      </w:pPr>
      <w:r>
        <w:rPr>
          <w:sz w:val="22"/>
        </w:rPr>
        <w:t>C. $-6\pi\sqrt{3}$ cm/s</w:t>
      </w:r>
    </w:p>
    <w:p>
      <w:pPr>
        <w:pStyle w:val="ListParagraph"/>
      </w:pPr>
      <w:r>
        <w:rPr>
          <w:sz w:val="22"/>
        </w:rPr>
        <w:t>D. $6\pi\sqrt{3}$ cm/s</w:t>
      </w:r>
    </w:p>
    <w:p/>
    <w:p>
      <w:r>
        <w:rPr>
          <w:b/>
          <w:sz w:val="24"/>
        </w:rPr>
        <w:t>Câu 17: Một con lắc lò xo gồm lò xo có độ cứng $k = 40$ N/m và vật nhỏ khối lượng $m = 100$ g. Tần số góc dao động của con lắc là:</w:t>
      </w:r>
    </w:p>
    <w:p>
      <w:pPr>
        <w:pStyle w:val="ListParagraph"/>
      </w:pPr>
      <w:r>
        <w:rPr>
          <w:sz w:val="22"/>
        </w:rPr>
        <w:t>A. $20$ rad/s</w:t>
      </w:r>
    </w:p>
    <w:p>
      <w:pPr>
        <w:pStyle w:val="ListParagraph"/>
      </w:pPr>
      <w:r>
        <w:rPr>
          <w:sz w:val="22"/>
        </w:rPr>
        <w:t>B. $10$ rad/s</w:t>
      </w:r>
    </w:p>
    <w:p>
      <w:pPr>
        <w:pStyle w:val="ListParagraph"/>
      </w:pPr>
      <w:r>
        <w:rPr>
          <w:sz w:val="22"/>
        </w:rPr>
        <w:t>C. $40$ rad/s</w:t>
      </w:r>
    </w:p>
    <w:p>
      <w:pPr>
        <w:pStyle w:val="ListParagraph"/>
      </w:pPr>
      <w:r>
        <w:rPr>
          <w:sz w:val="22"/>
        </w:rPr>
        <w:t>D. $5$ rad/s</w:t>
      </w:r>
    </w:p>
    <w:p/>
    <w:p>
      <w:r>
        <w:rPr>
          <w:b/>
          <w:sz w:val="24"/>
        </w:rPr>
        <w:t>Câu 18: Một con lắc đơn có chiều dài $l = 0,5$ m, dao động điều hòa tại nơi có $g = 9,8$ m/s$^2$. Tần số dao động của con lắc là:</w:t>
      </w:r>
    </w:p>
    <w:p>
      <w:pPr>
        <w:pStyle w:val="ListParagraph"/>
      </w:pPr>
      <w:r>
        <w:rPr>
          <w:sz w:val="22"/>
        </w:rPr>
        <w:t>A. $\approx 0,7$ Hz</w:t>
      </w:r>
    </w:p>
    <w:p>
      <w:pPr>
        <w:pStyle w:val="ListParagraph"/>
      </w:pPr>
      <w:r>
        <w:rPr>
          <w:sz w:val="22"/>
        </w:rPr>
        <w:t>B. $\approx 1,4$ Hz</w:t>
      </w:r>
    </w:p>
    <w:p>
      <w:pPr>
        <w:pStyle w:val="ListParagraph"/>
      </w:pPr>
      <w:r>
        <w:rPr>
          <w:sz w:val="22"/>
        </w:rPr>
        <w:t>C. $\approx 0,5$ Hz</w:t>
      </w:r>
    </w:p>
    <w:p>
      <w:pPr>
        <w:pStyle w:val="ListParagraph"/>
      </w:pPr>
      <w:r>
        <w:rPr>
          <w:sz w:val="22"/>
        </w:rPr>
        <w:t>D. $\approx 2,0$ Hz</w:t>
      </w:r>
    </w:p>
    <w:p/>
    <w:p>
      <w:r>
        <w:rPr>
          <w:b/>
          <w:sz w:val="24"/>
        </w:rPr>
        <w:t>Câu 19: Một vật dao động điều hòa với biên độ $A = 4$ cm và chu kì $T = 2$ s. Tần số góc của dao động là:</w:t>
      </w:r>
    </w:p>
    <w:p>
      <w:pPr>
        <w:pStyle w:val="ListParagraph"/>
      </w:pPr>
      <w:r>
        <w:rPr>
          <w:sz w:val="22"/>
        </w:rPr>
        <w:t>A. $\pi$ rad/s</w:t>
      </w:r>
    </w:p>
    <w:p>
      <w:pPr>
        <w:pStyle w:val="ListParagraph"/>
      </w:pPr>
      <w:r>
        <w:rPr>
          <w:sz w:val="22"/>
        </w:rPr>
        <w:t>B. $2\pi$ rad/s</w:t>
      </w:r>
    </w:p>
    <w:p>
      <w:pPr>
        <w:pStyle w:val="ListParagraph"/>
      </w:pPr>
      <w:r>
        <w:rPr>
          <w:sz w:val="22"/>
        </w:rPr>
        <w:t>C. $\frac{\pi}{2}$ rad/s</w:t>
      </w:r>
    </w:p>
    <w:p>
      <w:pPr>
        <w:pStyle w:val="ListParagraph"/>
      </w:pPr>
      <w:r>
        <w:rPr>
          <w:sz w:val="22"/>
        </w:rPr>
        <w:t>D. $4\pi$ rad/s</w:t>
      </w:r>
    </w:p>
    <w:p/>
    <w:p>
      <w:r>
        <w:rPr>
          <w:b/>
          <w:sz w:val="24"/>
        </w:rPr>
        <w:t>Câu 20: Một vật dao động điều hòa với phương trình $x = 5\cos(10t + \frac{\pi}{3})$ (cm). Tại thời điểm $t = 0,1$ s, gia tốc của vật là:</w:t>
      </w:r>
    </w:p>
    <w:p>
      <w:pPr>
        <w:pStyle w:val="ListParagraph"/>
      </w:pPr>
      <w:r>
        <w:rPr>
          <w:sz w:val="22"/>
        </w:rPr>
        <w:t>A. $-250$ cm/s$^2$</w:t>
      </w:r>
    </w:p>
    <w:p>
      <w:pPr>
        <w:pStyle w:val="ListParagraph"/>
      </w:pPr>
      <w:r>
        <w:rPr>
          <w:sz w:val="22"/>
        </w:rPr>
        <w:t>B. $250$ cm/s$^2$</w:t>
      </w:r>
    </w:p>
    <w:p>
      <w:pPr>
        <w:pStyle w:val="ListParagraph"/>
      </w:pPr>
      <w:r>
        <w:rPr>
          <w:sz w:val="22"/>
        </w:rPr>
        <w:t>C. $-500$ cm/s$^2$</w:t>
      </w:r>
    </w:p>
    <w:p>
      <w:pPr>
        <w:pStyle w:val="ListParagraph"/>
      </w:pPr>
      <w:r>
        <w:rPr>
          <w:sz w:val="22"/>
        </w:rPr>
        <w:t>D. $500$ cm/s$^2$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