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tin học 8: 1. Câu hỏi trắc nghiệm nhiều lựa chọn Câu 1. Em muốn tổ chức một buổi họp nhóm học tập trực tuyến. Để bảo đảm an toàn và tôn trọng quyền ri</w:t>
      </w:r>
    </w:p>
    <w:p>
      <w:pPr>
        <w:jc w:val="center"/>
      </w:pPr>
      <w:r>
        <w:rPr>
          <w:sz w:val="22"/>
        </w:rPr>
        <w:t>Số câu: 10    Thời gian: _____ phút    Họ và tên: _________________________</w:t>
      </w:r>
    </w:p>
    <w:p/>
    <w:p>
      <w:r>
        <w:rPr>
          <w:b/>
          <w:sz w:val="24"/>
        </w:rPr>
        <w:t>Câu 1: Em muốn tổ chức một buổi họp nhóm học tập trực tuyến. Để bảo đảm an toàn và tôn trọng quyền riêng tư, em nên làm gì?</w:t>
      </w:r>
    </w:p>
    <w:p>
      <w:pPr>
        <w:pStyle w:val="ListParagraph"/>
      </w:pPr>
      <w:r>
        <w:rPr>
          <w:sz w:val="22"/>
        </w:rPr>
        <w:t>A. Gửi link riêng cho các bạn trong nhóm và đặt mật khẩu bảo vệ</w:t>
      </w:r>
    </w:p>
    <w:p>
      <w:pPr>
        <w:pStyle w:val="ListParagraph"/>
      </w:pPr>
      <w:r>
        <w:rPr>
          <w:sz w:val="22"/>
        </w:rPr>
        <w:t>B. Công khai link lên mạng xã hội cho nhiều người biết</w:t>
      </w:r>
    </w:p>
    <w:p>
      <w:pPr>
        <w:pStyle w:val="ListParagraph"/>
      </w:pPr>
      <w:r>
        <w:rPr>
          <w:sz w:val="22"/>
        </w:rPr>
        <w:t>C. Để mọi người tự ý chia sẻ link cho người ngoài</w:t>
      </w:r>
    </w:p>
    <w:p>
      <w:pPr>
        <w:pStyle w:val="ListParagraph"/>
      </w:pPr>
      <w:r>
        <w:rPr>
          <w:sz w:val="22"/>
        </w:rPr>
        <w:t>D. Không cần mật khẩu để tiện mọi người tự do vào ra</w:t>
      </w:r>
    </w:p>
    <w:p/>
    <w:p>
      <w:r>
        <w:rPr>
          <w:b/>
          <w:sz w:val="24"/>
        </w:rPr>
        <w:t>Câu 2: Khi nhận được một tin nhắn từ người lạ yêu cầu cung cấp mật khẩu tài khoản học trực tuyến, em nên xử lý thế nào?</w:t>
      </w:r>
    </w:p>
    <w:p>
      <w:pPr>
        <w:pStyle w:val="ListParagraph"/>
      </w:pPr>
      <w:r>
        <w:rPr>
          <w:sz w:val="22"/>
        </w:rPr>
        <w:t>A. Nhắn lại hỏi họ là ai rồi gửi mật khẩu</w:t>
      </w:r>
    </w:p>
    <w:p>
      <w:pPr>
        <w:pStyle w:val="ListParagraph"/>
      </w:pPr>
      <w:r>
        <w:rPr>
          <w:sz w:val="22"/>
        </w:rPr>
        <w:t>B. Chia sẻ mật khẩu cho bạn cùng lớp dùng chung</w:t>
      </w:r>
    </w:p>
    <w:p>
      <w:pPr>
        <w:pStyle w:val="ListParagraph"/>
      </w:pPr>
      <w:r>
        <w:rPr>
          <w:sz w:val="22"/>
        </w:rPr>
        <w:t>C. Không trả lời và báo cho thầy cô hoặc cha mẹ biết</w:t>
      </w:r>
    </w:p>
    <w:p>
      <w:pPr>
        <w:pStyle w:val="ListParagraph"/>
      </w:pPr>
      <w:r>
        <w:rPr>
          <w:sz w:val="22"/>
        </w:rPr>
        <w:t>D. Cung cấp mật khẩu để được hỗ trợ nhanh</w:t>
      </w:r>
    </w:p>
    <w:p/>
    <w:p>
      <w:r>
        <w:rPr>
          <w:b/>
          <w:sz w:val="24"/>
        </w:rPr>
        <w:t>Câu 3: Để bảo vệ tài khoản cá nhân trên mạng, cách đặt mật khẩu nào sau đây là phù hợp nhất?</w:t>
      </w:r>
    </w:p>
    <w:p>
      <w:pPr>
        <w:pStyle w:val="ListParagraph"/>
      </w:pPr>
      <w:r>
        <w:rPr>
          <w:sz w:val="22"/>
        </w:rPr>
        <w:t>A. Dùng từ '123456' vì ngắn gọn</w:t>
      </w:r>
    </w:p>
    <w:p>
      <w:pPr>
        <w:pStyle w:val="ListParagraph"/>
      </w:pPr>
      <w:r>
        <w:rPr>
          <w:sz w:val="22"/>
        </w:rPr>
        <w:t>B. Dùng ngày sinh của mình cho dễ nhớ</w:t>
      </w:r>
    </w:p>
    <w:p>
      <w:pPr>
        <w:pStyle w:val="ListParagraph"/>
      </w:pPr>
      <w:r>
        <w:rPr>
          <w:sz w:val="22"/>
        </w:rPr>
        <w:t>C. Dùng tên mình viết liền không dấu</w:t>
      </w:r>
    </w:p>
    <w:p>
      <w:pPr>
        <w:pStyle w:val="ListParagraph"/>
      </w:pPr>
      <w:r>
        <w:rPr>
          <w:sz w:val="22"/>
        </w:rPr>
        <w:t>D. Dùng tổ hợp chữ hoa, chữ thường, số và ký tự đặc biệt</w:t>
      </w:r>
    </w:p>
    <w:p/>
    <w:p>
      <w:r>
        <w:rPr>
          <w:b/>
          <w:sz w:val="24"/>
        </w:rPr>
        <w:t>Câu 4: Hành vi nào sau đây là thiếu văn hóa khi tham gia giao tiếp trên mạng?</w:t>
      </w:r>
    </w:p>
    <w:p>
      <w:pPr>
        <w:pStyle w:val="ListParagraph"/>
      </w:pPr>
      <w:r>
        <w:rPr>
          <w:sz w:val="22"/>
        </w:rPr>
        <w:t>A. Tôn trọng ý kiến khác biệt của bạn bè</w:t>
      </w:r>
    </w:p>
    <w:p>
      <w:pPr>
        <w:pStyle w:val="ListParagraph"/>
      </w:pPr>
      <w:r>
        <w:rPr>
          <w:sz w:val="22"/>
        </w:rPr>
        <w:t>B. Dùng lời lẽ xúc phạm, chê bai người khác</w:t>
      </w:r>
    </w:p>
    <w:p>
      <w:pPr>
        <w:pStyle w:val="ListParagraph"/>
      </w:pPr>
      <w:r>
        <w:rPr>
          <w:sz w:val="22"/>
        </w:rPr>
        <w:t>C. Kiểm chứng thông tin trước khi chia sẻ</w:t>
      </w:r>
    </w:p>
    <w:p>
      <w:pPr>
        <w:pStyle w:val="ListParagraph"/>
      </w:pPr>
      <w:r>
        <w:rPr>
          <w:sz w:val="22"/>
        </w:rPr>
        <w:t>D. Hỏi lại khi chưa hiểu rõ nội dung</w:t>
      </w:r>
    </w:p>
    <w:p/>
    <w:p>
      <w:r>
        <w:rPr>
          <w:b/>
          <w:sz w:val="24"/>
        </w:rPr>
        <w:t>Câu 5: Khi phát hiện một bài đăng có thông tin sai lệch về dịch bệnh, em nên làm gì?</w:t>
      </w:r>
    </w:p>
    <w:p>
      <w:pPr>
        <w:pStyle w:val="ListParagraph"/>
      </w:pPr>
      <w:r>
        <w:rPr>
          <w:sz w:val="22"/>
        </w:rPr>
        <w:t>A. Không chia sẻ và báo cáo bài đăng với nền tảng</w:t>
      </w:r>
    </w:p>
    <w:p>
      <w:pPr>
        <w:pStyle w:val="ListParagraph"/>
      </w:pPr>
      <w:r>
        <w:rPr>
          <w:sz w:val="22"/>
        </w:rPr>
        <w:t>B. Bình luận chửi bới người đăng bài</w:t>
      </w:r>
    </w:p>
    <w:p>
      <w:pPr>
        <w:pStyle w:val="ListParagraph"/>
      </w:pPr>
      <w:r>
        <w:rPr>
          <w:sz w:val="22"/>
        </w:rPr>
        <w:t>C. Chia sẻ ngay cho nhiều người cùng biết</w:t>
      </w:r>
    </w:p>
    <w:p>
      <w:pPr>
        <w:pStyle w:val="ListParagraph"/>
      </w:pPr>
      <w:r>
        <w:rPr>
          <w:sz w:val="22"/>
        </w:rPr>
        <w:t>D. Sao chép rồi đăng lại ở trang cá nhân</w:t>
      </w:r>
    </w:p>
    <w:p/>
    <w:p>
      <w:r>
        <w:rPr>
          <w:b/>
          <w:sz w:val="24"/>
        </w:rPr>
        <w:t>Câu 6: Thông tin cá nhân nào sau đây em nên hạn chế công khai trên mạng xã hội?</w:t>
      </w:r>
    </w:p>
    <w:p>
      <w:pPr>
        <w:pStyle w:val="ListParagraph"/>
      </w:pPr>
      <w:r>
        <w:rPr>
          <w:sz w:val="22"/>
        </w:rPr>
        <w:t>A. Sở thích đọc sách</w:t>
      </w:r>
    </w:p>
    <w:p>
      <w:pPr>
        <w:pStyle w:val="ListParagraph"/>
      </w:pPr>
      <w:r>
        <w:rPr>
          <w:sz w:val="22"/>
        </w:rPr>
        <w:t>B. Màu sắc yêu thích</w:t>
      </w:r>
    </w:p>
    <w:p>
      <w:pPr>
        <w:pStyle w:val="ListParagraph"/>
      </w:pPr>
      <w:r>
        <w:rPr>
          <w:sz w:val="22"/>
        </w:rPr>
        <w:t>C. Số điện thoại và địa chỉ nhà</w:t>
      </w:r>
    </w:p>
    <w:p>
      <w:pPr>
        <w:pStyle w:val="ListParagraph"/>
      </w:pPr>
      <w:r>
        <w:rPr>
          <w:sz w:val="22"/>
        </w:rPr>
        <w:t>D. Môn học em thấy thú vị</w:t>
      </w:r>
    </w:p>
    <w:p/>
    <w:p>
      <w:r>
        <w:rPr>
          <w:b/>
          <w:sz w:val="24"/>
        </w:rPr>
        <w:t>Câu 7: Khi tham gia một lớp học trực tuyến, em nên bật camera và micro trong trường hợp nào?</w:t>
      </w:r>
    </w:p>
    <w:p>
      <w:pPr>
        <w:pStyle w:val="ListParagraph"/>
      </w:pPr>
      <w:r>
        <w:rPr>
          <w:sz w:val="22"/>
        </w:rPr>
        <w:t>A. Bật camera khi đang ở nơi đông người lạ</w:t>
      </w:r>
    </w:p>
    <w:p>
      <w:pPr>
        <w:pStyle w:val="ListParagraph"/>
      </w:pPr>
      <w:r>
        <w:rPr>
          <w:sz w:val="22"/>
        </w:rPr>
        <w:t>B. Bật micro liên tục để nói chuyện riêng</w:t>
      </w:r>
    </w:p>
    <w:p>
      <w:pPr>
        <w:pStyle w:val="ListParagraph"/>
      </w:pPr>
      <w:r>
        <w:rPr>
          <w:sz w:val="22"/>
        </w:rPr>
        <w:t>C. Bật khi được thầy cô yêu cầu phát biểu</w:t>
      </w:r>
    </w:p>
    <w:p>
      <w:pPr>
        <w:pStyle w:val="ListParagraph"/>
      </w:pPr>
      <w:r>
        <w:rPr>
          <w:sz w:val="22"/>
        </w:rPr>
        <w:t>D. Tắt hết để không ai thấy mình học</w:t>
      </w:r>
    </w:p>
    <w:p/>
    <w:p>
      <w:r>
        <w:rPr>
          <w:b/>
          <w:sz w:val="24"/>
        </w:rPr>
        <w:t>Câu 8: Việc làm nào sau đây giúp em sử dụng mạng xã hội có trách nhiệm?</w:t>
      </w:r>
    </w:p>
    <w:p>
      <w:pPr>
        <w:pStyle w:val="ListParagraph"/>
      </w:pPr>
      <w:r>
        <w:rPr>
          <w:sz w:val="22"/>
        </w:rPr>
        <w:t>A. Bình luận khiêu khích để gây tranh cãi</w:t>
      </w:r>
    </w:p>
    <w:p>
      <w:pPr>
        <w:pStyle w:val="ListParagraph"/>
      </w:pPr>
      <w:r>
        <w:rPr>
          <w:sz w:val="22"/>
        </w:rPr>
        <w:t>B. Đăng thông tin sai sự thật về bạn khác</w:t>
      </w:r>
    </w:p>
    <w:p>
      <w:pPr>
        <w:pStyle w:val="ListParagraph"/>
      </w:pPr>
      <w:r>
        <w:rPr>
          <w:sz w:val="22"/>
        </w:rPr>
        <w:t>C. Suy nghĩ kỹ trước khi đăng bài và bình luận</w:t>
      </w:r>
    </w:p>
    <w:p>
      <w:pPr>
        <w:pStyle w:val="ListParagraph"/>
      </w:pPr>
      <w:r>
        <w:rPr>
          <w:sz w:val="22"/>
        </w:rPr>
        <w:t>D. Dùng tài khoản giả để trêu chọc người khác</w:t>
      </w:r>
    </w:p>
    <w:p/>
    <w:p>
      <w:r>
        <w:rPr>
          <w:b/>
          <w:sz w:val="24"/>
        </w:rPr>
        <w:t>Câu 9: Khi nhận được đường link lạ yêu cầu đăng nhập tài khoản, em nên làm gì?</w:t>
      </w:r>
    </w:p>
    <w:p>
      <w:pPr>
        <w:pStyle w:val="ListParagraph"/>
      </w:pPr>
      <w:r>
        <w:rPr>
          <w:sz w:val="22"/>
        </w:rPr>
        <w:t>A. Nhấp vào và đăng nhập ngay để kiểm tra</w:t>
      </w:r>
    </w:p>
    <w:p>
      <w:pPr>
        <w:pStyle w:val="ListParagraph"/>
      </w:pPr>
      <w:r>
        <w:rPr>
          <w:sz w:val="22"/>
        </w:rPr>
        <w:t>B. Gửi link cho bạn bè cùng nhấp thử</w:t>
      </w:r>
    </w:p>
    <w:p>
      <w:pPr>
        <w:pStyle w:val="ListParagraph"/>
      </w:pPr>
      <w:r>
        <w:rPr>
          <w:sz w:val="22"/>
        </w:rPr>
        <w:t>C. Điền thông tin cá nhân theo yêu cầu</w:t>
      </w:r>
    </w:p>
    <w:p>
      <w:pPr>
        <w:pStyle w:val="ListParagraph"/>
      </w:pPr>
      <w:r>
        <w:rPr>
          <w:sz w:val="22"/>
        </w:rPr>
        <w:t>D. Không nhấp vào và xóa tin nhắn đó</w:t>
      </w:r>
    </w:p>
    <w:p/>
    <w:p>
      <w:r>
        <w:rPr>
          <w:b/>
          <w:sz w:val="24"/>
        </w:rPr>
        <w:t>Câu 10: Để tôn trọng quyền riêng tư của bạn khi học nhóm trực tuyến, em nên làm gì?</w:t>
      </w:r>
    </w:p>
    <w:p>
      <w:pPr>
        <w:pStyle w:val="ListParagraph"/>
      </w:pPr>
      <w:r>
        <w:rPr>
          <w:sz w:val="22"/>
        </w:rPr>
        <w:t>A. Ghi âm, chụp màn hình rồi chia sẻ tùy ý</w:t>
      </w:r>
    </w:p>
    <w:p>
      <w:pPr>
        <w:pStyle w:val="ListParagraph"/>
      </w:pPr>
      <w:r>
        <w:rPr>
          <w:sz w:val="22"/>
        </w:rPr>
        <w:t>B. Kể chuyện riêng của bạn cho người ngoài nhóm</w:t>
      </w:r>
    </w:p>
    <w:p>
      <w:pPr>
        <w:pStyle w:val="ListParagraph"/>
      </w:pPr>
      <w:r>
        <w:rPr>
          <w:sz w:val="22"/>
        </w:rPr>
        <w:t>C. Tự ý đăng ảnh của bạn lên mạng xã hội</w:t>
      </w:r>
    </w:p>
    <w:p>
      <w:pPr>
        <w:pStyle w:val="ListParagraph"/>
      </w:pPr>
      <w:r>
        <w:rPr>
          <w:sz w:val="22"/>
        </w:rPr>
        <w:t>D. Hỏi ý kiến bạn trước khi ghi âm hoặc chụp màn hình</w:t>
      </w:r>
    </w:p>
    <w:p/>
    <w:p>
      <w:r>
        <w:t>──────────────────────────────────────────────────</w:t>
      </w:r>
    </w:p>
    <w:p>
      <w:r>
        <w:rPr>
          <w:b/>
        </w:rPr>
        <w:t>BẢNG ĐÁP ÁN &amp; LỜI GIẢI CHI TIẾT</w:t>
      </w:r>
    </w:p>
    <w:p>
      <w:r>
        <w:rPr>
          <w:b/>
        </w:rPr>
        <w:t>Câu 1: Đáp án đúng: A</w:t>
      </w:r>
    </w:p>
    <w:p>
      <w:r>
        <w:rPr>
          <w:i/>
        </w:rPr>
        <w:t>Giải thích: Gửi link riêng cho các bạn trong nhóm và đặt mật khẩu bảo vệ giúp buổi họp an toàn, hạn chế người lạ xâm nhập và tôn trọng quyền riêng tư.</w:t>
      </w:r>
    </w:p>
    <w:p>
      <w:r>
        <w:rPr>
          <w:b/>
        </w:rPr>
        <w:t>Câu 2: Đáp án đúng: C</w:t>
      </w:r>
    </w:p>
    <w:p>
      <w:r>
        <w:rPr>
          <w:i/>
        </w:rPr>
        <w:t>Giải thích: Không trả lời và báo cho thầy cô hoặc cha mẹ biết là cách xử lý an toàn, vì không ai có quyền yêu cầu em cung cấp mật khẩu.</w:t>
      </w:r>
    </w:p>
    <w:p>
      <w:r>
        <w:rPr>
          <w:b/>
        </w:rPr>
        <w:t>Câu 3: Đáp án đúng: D</w:t>
      </w:r>
    </w:p>
    <w:p>
      <w:r>
        <w:rPr>
          <w:i/>
        </w:rPr>
        <w:t>Giải thích: Mật khẩu mạnh nên gồm tổ hợp chữ hoa, chữ thường, số và ký tự đặc biệt để khó bị đoán hoặc dò ra.</w:t>
      </w:r>
    </w:p>
    <w:p>
      <w:r>
        <w:rPr>
          <w:b/>
        </w:rPr>
        <w:t>Câu 4: Đáp án đúng: B</w:t>
      </w:r>
    </w:p>
    <w:p>
      <w:r>
        <w:rPr>
          <w:i/>
        </w:rPr>
        <w:t>Giải thích: Dùng lời lẽ xúc phạm, chê bai người khác là hành vi thiếu văn hóa và có thể gây tổn thương cho người khác.</w:t>
      </w:r>
    </w:p>
    <w:p>
      <w:r>
        <w:rPr>
          <w:b/>
        </w:rPr>
        <w:t>Câu 5: Đáp án đúng: A</w:t>
      </w:r>
    </w:p>
    <w:p>
      <w:r>
        <w:rPr>
          <w:i/>
        </w:rPr>
        <w:t>Giải thích: Không chia sẻ và báo cáo bài đăng với nền tảng giúp ngăn thông tin sai lệch lan rộng, thể hiện trách nhiệm khi dùng mạng.</w:t>
      </w:r>
    </w:p>
    <w:p>
      <w:r>
        <w:rPr>
          <w:b/>
        </w:rPr>
        <w:t>Câu 6: Đáp án đúng: C</w:t>
      </w:r>
    </w:p>
    <w:p>
      <w:r>
        <w:rPr>
          <w:i/>
        </w:rPr>
        <w:t>Giải thích: Số điện thoại và địa chỉ nhà là thông tin cá nhân nhạy cảm, cần hạn chế công khai để tránh bị lợi dụng.</w:t>
      </w:r>
    </w:p>
    <w:p>
      <w:r>
        <w:rPr>
          <w:b/>
        </w:rPr>
        <w:t>Câu 7: Đáp án đúng: C</w:t>
      </w:r>
    </w:p>
    <w:p>
      <w:r>
        <w:rPr>
          <w:i/>
        </w:rPr>
        <w:t>Giải thích: Bật micro khi được thầy cô yêu cầu phát biểu giúp lớp học trật tự và thể hiện sự tôn trọng người dạy.</w:t>
      </w:r>
    </w:p>
    <w:p>
      <w:r>
        <w:rPr>
          <w:b/>
        </w:rPr>
        <w:t>Câu 8: Đáp án đúng: C</w:t>
      </w:r>
    </w:p>
    <w:p>
      <w:r>
        <w:rPr>
          <w:i/>
        </w:rPr>
        <w:t>Giải thích: Suy nghĩ kỹ trước khi đăng bài và bình luận giúp tránh gây hiểu lầm, tổn thương người khác và thể hiện trách nhiệm.</w:t>
      </w:r>
    </w:p>
    <w:p>
      <w:r>
        <w:rPr>
          <w:b/>
        </w:rPr>
        <w:t>Câu 9: Đáp án đúng: D</w:t>
      </w:r>
    </w:p>
    <w:p>
      <w:r>
        <w:rPr>
          <w:i/>
        </w:rPr>
        <w:t>Giải thích: Không nhấp vào và xóa tin nhắn đó giúp tránh nguy cơ bị lừa đảo hoặc đánh cắp thông tin tài khoản.</w:t>
      </w:r>
    </w:p>
    <w:p>
      <w:r>
        <w:rPr>
          <w:b/>
        </w:rPr>
        <w:t>Câu 10: Đáp án đúng: D</w:t>
      </w:r>
    </w:p>
    <w:p>
      <w:r>
        <w:rPr>
          <w:i/>
        </w:rPr>
        <w:t>Giải thích: Hỏi ý kiến bạn trước khi ghi âm hoặc chụp màn hình thể hiện sự tôn trọng quyền riêng tư của người khác.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