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LỚP 2 TUẦN 4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Từ nào là từ chỉ sự vật?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con mèo</w:t>
      </w:r>
    </w:p>
    <w:p>
      <w:pPr>
        <w:pStyle w:val="ListParagraph"/>
      </w:pPr>
      <w:r>
        <w:rPr>
          <w:sz w:val="22"/>
        </w:rPr>
        <w:t>C. xinh đẹp</w:t>
      </w:r>
    </w:p>
    <w:p/>
    <w:p>
      <w:r>
        <w:rPr>
          <w:b/>
          <w:sz w:val="24"/>
        </w:rPr>
        <w:t>Câu 2: Từ nào là từ chỉ hoạt động?</w:t>
      </w:r>
    </w:p>
    <w:p>
      <w:pPr>
        <w:pStyle w:val="ListParagraph"/>
      </w:pPr>
      <w:r>
        <w:rPr>
          <w:sz w:val="22"/>
        </w:rPr>
        <w:t>A. học bài</w:t>
      </w:r>
    </w:p>
    <w:p>
      <w:pPr>
        <w:pStyle w:val="ListParagraph"/>
      </w:pPr>
      <w:r>
        <w:rPr>
          <w:sz w:val="22"/>
        </w:rPr>
        <w:t>B. cái bàn</w:t>
      </w:r>
    </w:p>
    <w:p>
      <w:pPr>
        <w:pStyle w:val="ListParagraph"/>
      </w:pPr>
      <w:r>
        <w:rPr>
          <w:sz w:val="22"/>
        </w:rPr>
        <w:t>C. màu xanh</w:t>
      </w:r>
    </w:p>
    <w:p/>
    <w:p>
      <w:r>
        <w:rPr>
          <w:b/>
          <w:sz w:val="24"/>
        </w:rPr>
        <w:t>Câu 3: Từ nào là từ chỉ đặc điểm?</w:t>
      </w:r>
    </w:p>
    <w:p>
      <w:pPr>
        <w:pStyle w:val="ListParagraph"/>
      </w:pPr>
      <w:r>
        <w:rPr>
          <w:sz w:val="22"/>
        </w:rPr>
        <w:t>A. đọc sách</w:t>
      </w:r>
    </w:p>
    <w:p>
      <w:pPr>
        <w:pStyle w:val="ListParagraph"/>
      </w:pPr>
      <w:r>
        <w:rPr>
          <w:sz w:val="22"/>
        </w:rPr>
        <w:t>B. cao lớn</w:t>
      </w:r>
    </w:p>
    <w:p>
      <w:pPr>
        <w:pStyle w:val="ListParagraph"/>
      </w:pPr>
      <w:r>
        <w:rPr>
          <w:sz w:val="22"/>
        </w:rPr>
        <w:t>C. con voi</w:t>
      </w:r>
    </w:p>
    <w:p/>
    <w:p>
      <w:r>
        <w:rPr>
          <w:b/>
          <w:sz w:val="24"/>
        </w:rPr>
        <w:t>Câu 4: Câu nào thuộc kiểu câu "Ai là gì?"</w:t>
      </w:r>
    </w:p>
    <w:p>
      <w:pPr>
        <w:pStyle w:val="ListParagraph"/>
      </w:pPr>
      <w:r>
        <w:rPr>
          <w:sz w:val="22"/>
        </w:rPr>
        <w:t>A. Bạn Lan là học sinh giỏi.</w:t>
      </w:r>
    </w:p>
    <w:p>
      <w:pPr>
        <w:pStyle w:val="ListParagraph"/>
      </w:pPr>
      <w:r>
        <w:rPr>
          <w:sz w:val="22"/>
        </w:rPr>
        <w:t>B. Bạn Lan quét nhà.</w:t>
      </w:r>
    </w:p>
    <w:p>
      <w:pPr>
        <w:pStyle w:val="ListParagraph"/>
      </w:pPr>
      <w:r>
        <w:rPr>
          <w:sz w:val="22"/>
        </w:rPr>
        <w:t>C. Bạn Lan rất chăm chỉ.</w:t>
      </w:r>
    </w:p>
    <w:p/>
    <w:p>
      <w:r>
        <w:rPr>
          <w:b/>
          <w:sz w:val="24"/>
        </w:rPr>
        <w:t>Câu 5: Câu nào thuộc kiểu câu "Ai làm gì?"</w:t>
      </w:r>
    </w:p>
    <w:p>
      <w:pPr>
        <w:pStyle w:val="ListParagraph"/>
      </w:pPr>
      <w:r>
        <w:rPr>
          <w:sz w:val="22"/>
        </w:rPr>
        <w:t>A. Cây bàng rất cao.</w:t>
      </w:r>
    </w:p>
    <w:p>
      <w:pPr>
        <w:pStyle w:val="ListParagraph"/>
      </w:pPr>
      <w:r>
        <w:rPr>
          <w:sz w:val="22"/>
        </w:rPr>
        <w:t>B. Bố em trồng cây.</w:t>
      </w:r>
    </w:p>
    <w:p>
      <w:pPr>
        <w:pStyle w:val="ListParagraph"/>
      </w:pPr>
      <w:r>
        <w:rPr>
          <w:sz w:val="22"/>
        </w:rPr>
        <w:t>C. Bố em là bác sĩ.</w:t>
      </w:r>
    </w:p>
    <w:p/>
    <w:p>
      <w:r>
        <w:rPr>
          <w:b/>
          <w:sz w:val="24"/>
        </w:rPr>
        <w:t>Câu 6: Câu nào thuộc kiểu câu "Ai thế nào?"</w:t>
      </w:r>
    </w:p>
    <w:p>
      <w:pPr>
        <w:pStyle w:val="ListParagraph"/>
      </w:pPr>
      <w:r>
        <w:rPr>
          <w:sz w:val="22"/>
        </w:rPr>
        <w:t>A. Mẹ em nấu cơm.</w:t>
      </w:r>
    </w:p>
    <w:p>
      <w:pPr>
        <w:pStyle w:val="ListParagraph"/>
      </w:pPr>
      <w:r>
        <w:rPr>
          <w:sz w:val="22"/>
        </w:rPr>
        <w:t>B. Mẹ em là giáo viên.</w:t>
      </w:r>
    </w:p>
    <w:p>
      <w:pPr>
        <w:pStyle w:val="ListParagraph"/>
      </w:pPr>
      <w:r>
        <w:rPr>
          <w:sz w:val="22"/>
        </w:rPr>
        <w:t>C. Mẹ em rất dịu dàng.</w:t>
      </w:r>
    </w:p>
    <w:p/>
    <w:p>
      <w:r>
        <w:rPr>
          <w:b/>
          <w:sz w:val="24"/>
        </w:rPr>
        <w:t>Câu 7: Chọn dấu câu thích hợp điền vào chỗ trống: "Bạn tên là gì ..."</w:t>
      </w:r>
    </w:p>
    <w:p>
      <w:pPr>
        <w:pStyle w:val="ListParagraph"/>
      </w:pPr>
      <w:r>
        <w:rPr>
          <w:sz w:val="22"/>
        </w:rPr>
        <w:t>A. ?</w:t>
      </w:r>
    </w:p>
    <w:p>
      <w:pPr>
        <w:pStyle w:val="ListParagraph"/>
      </w:pPr>
      <w:r>
        <w:rPr>
          <w:sz w:val="22"/>
        </w:rPr>
        <w:t>B. .</w:t>
      </w:r>
    </w:p>
    <w:p>
      <w:pPr>
        <w:pStyle w:val="ListParagraph"/>
      </w:pPr>
      <w:r>
        <w:rPr>
          <w:sz w:val="22"/>
        </w:rPr>
        <w:t>C. ,</w:t>
      </w:r>
    </w:p>
    <w:p/>
    <w:p>
      <w:r>
        <w:rPr>
          <w:b/>
          <w:sz w:val="24"/>
        </w:rPr>
        <w:t>Câu 8: Điền từ thích hợp vào chỗ trống: "Con chim ... trên cành."</w:t>
      </w:r>
    </w:p>
    <w:p>
      <w:pPr>
        <w:pStyle w:val="ListParagraph"/>
      </w:pPr>
      <w:r>
        <w:rPr>
          <w:sz w:val="22"/>
        </w:rPr>
        <w:t>A. hót</w:t>
      </w:r>
    </w:p>
    <w:p>
      <w:pPr>
        <w:pStyle w:val="ListParagraph"/>
      </w:pPr>
      <w:r>
        <w:rPr>
          <w:sz w:val="22"/>
        </w:rPr>
        <w:t>B. là</w:t>
      </w:r>
    </w:p>
    <w:p>
      <w:pPr>
        <w:pStyle w:val="ListParagraph"/>
      </w:pPr>
      <w:r>
        <w:rPr>
          <w:sz w:val="22"/>
        </w:rPr>
        <w:t>C. rất</w:t>
      </w:r>
    </w:p>
    <w:p/>
    <w:p>
      <w:r>
        <w:rPr>
          <w:b/>
          <w:sz w:val="24"/>
        </w:rPr>
        <w:t>Câu 9: Từ nào cùng nhóm với "bút chì, thước kẻ, quyển sách"?</w:t>
      </w:r>
    </w:p>
    <w:p>
      <w:pPr>
        <w:pStyle w:val="ListParagraph"/>
      </w:pPr>
      <w:r>
        <w:rPr>
          <w:sz w:val="22"/>
        </w:rPr>
        <w:t>A. cái bàn</w:t>
      </w:r>
    </w:p>
    <w:p>
      <w:pPr>
        <w:pStyle w:val="ListParagraph"/>
      </w:pPr>
      <w:r>
        <w:rPr>
          <w:sz w:val="22"/>
        </w:rPr>
        <w:t>B. cục tẩy</w:t>
      </w:r>
    </w:p>
    <w:p>
      <w:pPr>
        <w:pStyle w:val="ListParagraph"/>
      </w:pPr>
      <w:r>
        <w:rPr>
          <w:sz w:val="22"/>
        </w:rPr>
        <w:t>C. con gà</w:t>
      </w:r>
    </w:p>
    <w:p/>
    <w:p>
      <w:r>
        <w:rPr>
          <w:b/>
          <w:sz w:val="24"/>
        </w:rPr>
        <w:t>Câu 10: Trong câu "Lan và Hoa là học sinh lớp 2.", bộ phận trả lời cho câu hỏi "Ai?" là gì?</w:t>
      </w:r>
    </w:p>
    <w:p>
      <w:pPr>
        <w:pStyle w:val="ListParagraph"/>
      </w:pPr>
      <w:r>
        <w:rPr>
          <w:sz w:val="22"/>
        </w:rPr>
        <w:t>A. Lan và Hoa</w:t>
      </w:r>
    </w:p>
    <w:p>
      <w:pPr>
        <w:pStyle w:val="ListParagraph"/>
      </w:pPr>
      <w:r>
        <w:rPr>
          <w:sz w:val="22"/>
        </w:rPr>
        <w:t>B. là học sinh lớp 2</w:t>
      </w:r>
    </w:p>
    <w:p>
      <w:pPr>
        <w:pStyle w:val="ListParagraph"/>
      </w:pPr>
      <w:r>
        <w:rPr>
          <w:sz w:val="22"/>
        </w:rPr>
        <w:t>C. học sinh lớp 2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