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Bài trắc nghiệm GDCD / KTPL - BỘ 20 CÂU HỎI TRẮC NGHIỆM GIÁO DỤC QUỐC PHÒNG VÀ A</w:t>
      </w:r>
    </w:p>
    <w:p>
      <w:pPr>
        <w:jc w:val="center"/>
      </w:pPr>
      <w:r>
        <w:rPr>
          <w:sz w:val="22"/>
        </w:rPr>
        <w:t>Số câu: 80    Thời gian: _____ phút    Họ và tên: _________________________</w:t>
      </w:r>
    </w:p>
    <w:p/>
    <w:p>
      <w:r>
        <w:rPr>
          <w:b/>
          <w:sz w:val="24"/>
        </w:rPr>
        <w:t>Câu 1: Theo quy định của Luật Biên giới quốc gia Việt Nam, biên giới quốc gia trên đất liền được hoạch định và đánh dấu bằng hệ thống gì?</w:t>
      </w:r>
    </w:p>
    <w:p>
      <w:pPr>
        <w:pStyle w:val="ListParagraph"/>
      </w:pPr>
      <w:r>
        <w:rPr>
          <w:sz w:val="22"/>
        </w:rPr>
        <w:t>A. Hệ thống hàng rào điện tử và kênh mương.</w:t>
      </w:r>
    </w:p>
    <w:p>
      <w:pPr>
        <w:pStyle w:val="ListParagraph"/>
      </w:pPr>
      <w:r>
        <w:rPr>
          <w:sz w:val="22"/>
        </w:rPr>
        <w:t>B. Hệ thống mốc quốc giới và đường biên giới trên thực địa.</w:t>
      </w:r>
    </w:p>
    <w:p>
      <w:pPr>
        <w:pStyle w:val="ListParagraph"/>
      </w:pPr>
      <w:r>
        <w:rPr>
          <w:sz w:val="22"/>
        </w:rPr>
        <w:t>C. Hệ thống phao tiêu và biển báo trên biển.</w:t>
      </w:r>
    </w:p>
    <w:p>
      <w:pPr>
        <w:pStyle w:val="ListParagraph"/>
      </w:pPr>
      <w:r>
        <w:rPr>
          <w:sz w:val="22"/>
        </w:rPr>
        <w:t>D. Hệ thống kiểm soát quân sự lưu động.</w:t>
      </w:r>
    </w:p>
    <w:p/>
    <w:p>
      <w:r>
        <w:rPr>
          <w:b/>
          <w:sz w:val="24"/>
        </w:rPr>
        <w:t>Câu 2: Lãnh thổ quốc gia của nước Cộng hòa xã hội chủ nghĩa Việt Nam bao gồm những bộ phận nào?</w:t>
      </w:r>
    </w:p>
    <w:p>
      <w:pPr>
        <w:pStyle w:val="ListParagraph"/>
      </w:pPr>
      <w:r>
        <w:rPr>
          <w:sz w:val="22"/>
        </w:rPr>
        <w:t>A. Vùng đất, vùng nước, vùng trời và vùng lòng đất.</w:t>
      </w:r>
    </w:p>
    <w:p>
      <w:pPr>
        <w:pStyle w:val="ListParagraph"/>
      </w:pPr>
      <w:r>
        <w:rPr>
          <w:sz w:val="22"/>
        </w:rPr>
        <w:t>B. Vùng đất liền, vùng nội thủy và vùng đặc quyền kinh tế.</w:t>
      </w:r>
    </w:p>
    <w:p>
      <w:pPr>
        <w:pStyle w:val="ListParagraph"/>
      </w:pPr>
      <w:r>
        <w:rPr>
          <w:sz w:val="22"/>
        </w:rPr>
        <w:t>C. Vùng đất, vùng biển, lãnh hải và thềm lục địa.</w:t>
      </w:r>
    </w:p>
    <w:p>
      <w:pPr>
        <w:pStyle w:val="ListParagraph"/>
      </w:pPr>
      <w:r>
        <w:rPr>
          <w:sz w:val="22"/>
        </w:rPr>
        <w:t>D. Vùng đất liền, vùng hải đảo và vùng trời bao quanh.</w:t>
      </w:r>
    </w:p>
    <w:p/>
    <w:p>
      <w:r>
        <w:rPr>
          <w:b/>
          <w:sz w:val="24"/>
        </w:rPr>
        <w:t>Câu 3: Đường ranh giới phía ngoài của bộ phận nào thuộc vùng biển được coi là biên giới quốc gia trên biển của Việt Nam?</w:t>
      </w:r>
    </w:p>
    <w:p>
      <w:pPr>
        <w:pStyle w:val="ListParagraph"/>
      </w:pPr>
      <w:r>
        <w:rPr>
          <w:sz w:val="22"/>
        </w:rPr>
        <w:t>A. Vùng nội thủy.</w:t>
      </w:r>
    </w:p>
    <w:p>
      <w:pPr>
        <w:pStyle w:val="ListParagraph"/>
      </w:pPr>
      <w:r>
        <w:rPr>
          <w:sz w:val="22"/>
        </w:rPr>
        <w:t>B. Vành đai lãnh hải (12 hải lý).</w:t>
      </w:r>
    </w:p>
    <w:p>
      <w:pPr>
        <w:pStyle w:val="ListParagraph"/>
      </w:pPr>
      <w:r>
        <w:rPr>
          <w:sz w:val="22"/>
        </w:rPr>
        <w:t>C. Vùng tiếp giáp lãnh hải.</w:t>
      </w:r>
    </w:p>
    <w:p>
      <w:pPr>
        <w:pStyle w:val="ListParagraph"/>
      </w:pPr>
      <w:r>
        <w:rPr>
          <w:sz w:val="22"/>
        </w:rPr>
        <w:t>D. Vùng đặc quyền kinh tế.</w:t>
      </w:r>
    </w:p>
    <w:p/>
    <w:p>
      <w:r>
        <w:rPr>
          <w:b/>
          <w:sz w:val="24"/>
        </w:rPr>
        <w:t>Câu 4: Biên giới quốc gia trên không của nước Cộng hòa xã hội chủ nghĩa Việt Nam được xác định là mặt phẳng thẳng đứng từ biên giới quốc gia trên đất liền và biên giới quốc gia trên biển lên bộ phận nào?</w:t>
      </w:r>
    </w:p>
    <w:p>
      <w:pPr>
        <w:pStyle w:val="ListParagraph"/>
      </w:pPr>
      <w:r>
        <w:rPr>
          <w:sz w:val="22"/>
        </w:rPr>
        <w:t>A. Vùng trời.</w:t>
      </w:r>
    </w:p>
    <w:p>
      <w:pPr>
        <w:pStyle w:val="ListParagraph"/>
      </w:pPr>
      <w:r>
        <w:rPr>
          <w:sz w:val="22"/>
        </w:rPr>
        <w:t>B. Vùng vũ trụ.</w:t>
      </w:r>
    </w:p>
    <w:p>
      <w:pPr>
        <w:pStyle w:val="ListParagraph"/>
      </w:pPr>
      <w:r>
        <w:rPr>
          <w:sz w:val="22"/>
        </w:rPr>
        <w:t>C. Vùng khí quyển thấp.</w:t>
      </w:r>
    </w:p>
    <w:p>
      <w:pPr>
        <w:pStyle w:val="ListParagraph"/>
      </w:pPr>
      <w:r>
        <w:rPr>
          <w:sz w:val="22"/>
        </w:rPr>
        <w:t>D. Tầng đối lưu.</w:t>
      </w:r>
    </w:p>
    <w:p/>
    <w:p>
      <w:r>
        <w:rPr>
          <w:b/>
          <w:sz w:val="24"/>
        </w:rPr>
        <w:t>Câu 5: Lực lượng nào làm nòng cốt, chuyên trách quản lý, bảo vệ biên giới quốc gia, giữ gìn an ninh, trật tự, an toàn xã hội ở khu vực biên giới?</w:t>
      </w:r>
    </w:p>
    <w:p>
      <w:pPr>
        <w:pStyle w:val="ListParagraph"/>
      </w:pPr>
      <w:r>
        <w:rPr>
          <w:sz w:val="22"/>
        </w:rPr>
        <w:t>A. Lực lượng Hải quân nhân dân.</w:t>
      </w:r>
    </w:p>
    <w:p>
      <w:pPr>
        <w:pStyle w:val="ListParagraph"/>
      </w:pPr>
      <w:r>
        <w:rPr>
          <w:sz w:val="22"/>
        </w:rPr>
        <w:t>B. Lực lượng Cảnh sát biển Việt Nam.</w:t>
      </w:r>
    </w:p>
    <w:p>
      <w:pPr>
        <w:pStyle w:val="ListParagraph"/>
      </w:pPr>
      <w:r>
        <w:rPr>
          <w:sz w:val="22"/>
        </w:rPr>
        <w:t>C. Bộ đội Biên phòng.</w:t>
      </w:r>
    </w:p>
    <w:p>
      <w:pPr>
        <w:pStyle w:val="ListParagraph"/>
      </w:pPr>
      <w:r>
        <w:rPr>
          <w:sz w:val="22"/>
        </w:rPr>
        <w:t>D. Lực lượng Dân quân tự vệ biển.</w:t>
      </w:r>
    </w:p>
    <w:p/>
    <w:p>
      <w:r>
        <w:rPr>
          <w:b/>
          <w:sz w:val="24"/>
        </w:rPr>
        <w:t>Câu 6: Khái niệm "Chủ quyền lãnh thổ quốc gia" khẳng định quyền lực tối cao, tuyệt đối, độc lập và toàn vẹn của quốc gia đối với bộ phận nào?</w:t>
      </w:r>
    </w:p>
    <w:p>
      <w:pPr>
        <w:pStyle w:val="ListParagraph"/>
      </w:pPr>
      <w:r>
        <w:rPr>
          <w:sz w:val="22"/>
        </w:rPr>
        <w:t>A. Riêng khu vực các tỉnh biên giới.</w:t>
      </w:r>
    </w:p>
    <w:p>
      <w:pPr>
        <w:pStyle w:val="ListParagraph"/>
      </w:pPr>
      <w:r>
        <w:rPr>
          <w:sz w:val="22"/>
        </w:rPr>
        <w:t>B. Hệ thống quần đảo Hoàng Sa và Trường Sa.</w:t>
      </w:r>
    </w:p>
    <w:p>
      <w:pPr>
        <w:pStyle w:val="ListParagraph"/>
      </w:pPr>
      <w:r>
        <w:rPr>
          <w:sz w:val="22"/>
        </w:rPr>
        <w:t>C. Toàn bộ phạm vi lãnh thổ của quốc gia đó.</w:t>
      </w:r>
    </w:p>
    <w:p>
      <w:pPr>
        <w:pStyle w:val="ListParagraph"/>
      </w:pPr>
      <w:r>
        <w:rPr>
          <w:sz w:val="22"/>
        </w:rPr>
        <w:t>D. Chỉ bao gồm vùng đất liền và vùng trời.</w:t>
      </w:r>
    </w:p>
    <w:p/>
    <w:p>
      <w:r>
        <w:rPr>
          <w:b/>
          <w:sz w:val="24"/>
        </w:rPr>
        <w:t>Câu 7: Ngày truyền thống của Bộ đội Biên phòng đồng thời là Ngày biên phòng toàn dân được quy định là ngày nào hàng năm?</w:t>
      </w:r>
    </w:p>
    <w:p>
      <w:pPr>
        <w:pStyle w:val="ListParagraph"/>
      </w:pPr>
      <w:r>
        <w:rPr>
          <w:sz w:val="22"/>
        </w:rPr>
        <w:t>A. Ngày 22 tháng 12.</w:t>
      </w:r>
    </w:p>
    <w:p>
      <w:pPr>
        <w:pStyle w:val="ListParagraph"/>
      </w:pPr>
      <w:r>
        <w:rPr>
          <w:sz w:val="22"/>
        </w:rPr>
        <w:t>B. Ngày 03 tháng 3.</w:t>
      </w:r>
    </w:p>
    <w:p>
      <w:pPr>
        <w:pStyle w:val="ListParagraph"/>
      </w:pPr>
      <w:r>
        <w:rPr>
          <w:sz w:val="22"/>
        </w:rPr>
        <w:t>C. Ngày 19 tháng 8.</w:t>
      </w:r>
    </w:p>
    <w:p>
      <w:pPr>
        <w:pStyle w:val="ListParagraph"/>
      </w:pPr>
      <w:r>
        <w:rPr>
          <w:sz w:val="22"/>
        </w:rPr>
        <w:t>D. Ngày 02 tháng 9.</w:t>
      </w:r>
    </w:p>
    <w:p/>
    <w:p>
      <w:r>
        <w:rPr>
          <w:b/>
          <w:sz w:val="24"/>
        </w:rPr>
        <w:t>Câu 8: Định nghĩa nào sau đây đúng nhất về biên giới quốc gia?</w:t>
      </w:r>
    </w:p>
    <w:p>
      <w:pPr>
        <w:pStyle w:val="ListParagraph"/>
      </w:pPr>
      <w:r>
        <w:rPr>
          <w:sz w:val="22"/>
        </w:rPr>
        <w:t>A. Là đường ranh giới tự nhiên ngăn cách giữa các bộ tộc.</w:t>
      </w:r>
    </w:p>
    <w:p>
      <w:pPr>
        <w:pStyle w:val="ListParagraph"/>
      </w:pPr>
      <w:r>
        <w:rPr>
          <w:sz w:val="22"/>
        </w:rPr>
        <w:t>B. Là ranh giới phân chia quyền kiểm soát kinh tế của quốc gia.</w:t>
      </w:r>
    </w:p>
    <w:p>
      <w:pPr>
        <w:pStyle w:val="ListParagraph"/>
      </w:pPr>
      <w:r>
        <w:rPr>
          <w:sz w:val="22"/>
        </w:rPr>
        <w:t>C. Là ranh giới phân định lãnh thổ của quốc gia này với quốc gia khác hoặc với các vùng biển quốc tế.</w:t>
      </w:r>
    </w:p>
    <w:p>
      <w:pPr>
        <w:pStyle w:val="ListParagraph"/>
      </w:pPr>
      <w:r>
        <w:rPr>
          <w:sz w:val="22"/>
        </w:rPr>
        <w:t>D. Là đường phân chia tạm thời giữa các khu vực quân sự.</w:t>
      </w:r>
    </w:p>
    <w:p/>
    <w:p>
      <w:r>
        <w:rPr>
          <w:b/>
          <w:sz w:val="24"/>
        </w:rPr>
        <w:t>Câu 9: Hiện nay, trên đất liền Việt Nam có đường biên giới quốc gia tiếp giáp với những quốc gia nào?</w:t>
      </w:r>
    </w:p>
    <w:p>
      <w:pPr>
        <w:pStyle w:val="ListParagraph"/>
      </w:pPr>
      <w:r>
        <w:rPr>
          <w:sz w:val="22"/>
        </w:rPr>
        <w:t>A. Trung Quốc, Lào, Thái Lan.</w:t>
      </w:r>
    </w:p>
    <w:p>
      <w:pPr>
        <w:pStyle w:val="ListParagraph"/>
      </w:pPr>
      <w:r>
        <w:rPr>
          <w:sz w:val="22"/>
        </w:rPr>
        <w:t>B. Lào, Campuchia, Malaysia.</w:t>
      </w:r>
    </w:p>
    <w:p>
      <w:pPr>
        <w:pStyle w:val="ListParagraph"/>
      </w:pPr>
      <w:r>
        <w:rPr>
          <w:sz w:val="22"/>
        </w:rPr>
        <w:t>C. Trung Quốc, Lào, Campuchia.</w:t>
      </w:r>
    </w:p>
    <w:p>
      <w:pPr>
        <w:pStyle w:val="ListParagraph"/>
      </w:pPr>
      <w:r>
        <w:rPr>
          <w:sz w:val="22"/>
        </w:rPr>
        <w:t>D. Trung Quốc, Campuchia, Philippines.</w:t>
      </w:r>
    </w:p>
    <w:p/>
    <w:p>
      <w:r>
        <w:rPr>
          <w:b/>
          <w:sz w:val="24"/>
        </w:rPr>
        <w:t>Câu 10: Hiến pháp nước Cộng hòa xã hội chủ nghĩa Việt Nam khẳng định bảo vệ Tổ quốc Việt Nam xã hội chủ nghĩa là sự nghiệp của ai?</w:t>
      </w:r>
    </w:p>
    <w:p>
      <w:pPr>
        <w:pStyle w:val="ListParagraph"/>
      </w:pPr>
      <w:r>
        <w:rPr>
          <w:sz w:val="22"/>
        </w:rPr>
        <w:t>A. Chỉ của Quân đội nhân dân và Công an nhân dân.</w:t>
      </w:r>
    </w:p>
    <w:p>
      <w:pPr>
        <w:pStyle w:val="ListParagraph"/>
      </w:pPr>
      <w:r>
        <w:rPr>
          <w:sz w:val="22"/>
        </w:rPr>
        <w:t>B. Chỉ của các lực lượng vũ trang đóng quân ở biên giới.</w:t>
      </w:r>
    </w:p>
    <w:p>
      <w:pPr>
        <w:pStyle w:val="ListParagraph"/>
      </w:pPr>
      <w:r>
        <w:rPr>
          <w:sz w:val="22"/>
        </w:rPr>
        <w:t>C. Của toàn dân.</w:t>
      </w:r>
    </w:p>
    <w:p>
      <w:pPr>
        <w:pStyle w:val="ListParagraph"/>
      </w:pPr>
      <w:r>
        <w:rPr>
          <w:sz w:val="22"/>
        </w:rPr>
        <w:t>D. Của lực lượng Bộ đội Biên phòng và Cảnh sát biển.</w:t>
      </w:r>
    </w:p>
    <w:p/>
    <w:p>
      <w:r>
        <w:rPr>
          <w:b/>
          <w:sz w:val="24"/>
        </w:rPr>
        <w:t>Câu 11: Tại sao nói vùng nước nội thủy được coi là bộ phận lãnh thổ trên biển thuộc chủ quyền hoàn toàn, tuyệt đối và đầy đủ của quốc gia ven biển?</w:t>
      </w:r>
    </w:p>
    <w:p>
      <w:pPr>
        <w:pStyle w:val="ListParagraph"/>
      </w:pPr>
      <w:r>
        <w:rPr>
          <w:sz w:val="22"/>
        </w:rPr>
        <w:t>A. Vì đây là vùng nước nằm bên ngoài đường cơ sở, tàu thuyền nước ngoài được tự do đi lại không cần xin phép.</w:t>
      </w:r>
    </w:p>
    <w:p>
      <w:pPr>
        <w:pStyle w:val="ListParagraph"/>
      </w:pPr>
      <w:r>
        <w:rPr>
          <w:sz w:val="22"/>
        </w:rPr>
        <w:t>B. Vì vùng nước này nằm ở phía bên trong đường cơ sở, có quy chế pháp lý giống như lãnh thổ trên đất liền.</w:t>
      </w:r>
    </w:p>
    <w:p>
      <w:pPr>
        <w:pStyle w:val="ListParagraph"/>
      </w:pPr>
      <w:r>
        <w:rPr>
          <w:sz w:val="22"/>
        </w:rPr>
        <w:t>C. Vì vùng nước này có chiều rộng cố định 200 hải lý tính từ bờ biển quốc gia.</w:t>
      </w:r>
    </w:p>
    <w:p>
      <w:pPr>
        <w:pStyle w:val="ListParagraph"/>
      </w:pPr>
      <w:r>
        <w:rPr>
          <w:sz w:val="22"/>
        </w:rPr>
        <w:t>D. Vì đây là vùng biển chồng lấn đang được quản lý chung bởi các quốc gia láng giềng.</w:t>
      </w:r>
    </w:p>
    <w:p/>
    <w:p>
      <w:r>
        <w:rPr>
          <w:b/>
          <w:sz w:val="24"/>
        </w:rPr>
        <w:t>Câu 12: Nội dung nào sau đây thể hiện đúng quan điểm của Đảng và Nhà nước Việt Nam về giải quyết các tranh chấp liên quan đến chủ quyền lãnh thổ và biên giới?</w:t>
      </w:r>
    </w:p>
    <w:p>
      <w:pPr>
        <w:pStyle w:val="ListParagraph"/>
      </w:pPr>
      <w:r>
        <w:rPr>
          <w:sz w:val="22"/>
        </w:rPr>
        <w:t>A. Sẵn sàng sử dụng sức mạnh quân sự ngay khi có mâu thuẫn xảy ra.</w:t>
      </w:r>
    </w:p>
    <w:p>
      <w:pPr>
        <w:pStyle w:val="ListParagraph"/>
      </w:pPr>
      <w:r>
        <w:rPr>
          <w:sz w:val="22"/>
        </w:rPr>
        <w:t>B. Chỉ đàm phán khi có sự can thiệp và dàn xếp của các nước lớn.</w:t>
      </w:r>
    </w:p>
    <w:p>
      <w:pPr>
        <w:pStyle w:val="ListParagraph"/>
      </w:pPr>
      <w:r>
        <w:rPr>
          <w:sz w:val="22"/>
        </w:rPr>
        <w:t>C. Kiên quyết, kiên trì đấu tranh bằng các biện pháp hòa bình trên cơ sở luật pháp quốc tế.</w:t>
      </w:r>
    </w:p>
    <w:p>
      <w:pPr>
        <w:pStyle w:val="ListParagraph"/>
      </w:pPr>
      <w:r>
        <w:rPr>
          <w:sz w:val="22"/>
        </w:rPr>
        <w:t>D. Nhượng bộ một phần lãnh thổ để giữ vững môi trường hòa bình, ổn định kinh tế.</w:t>
      </w:r>
    </w:p>
    <w:p/>
    <w:p>
      <w:r>
        <w:rPr>
          <w:b/>
          <w:sz w:val="24"/>
        </w:rPr>
        <w:t>Câu 13: Việc xác định biên giới quốc gia trong lòng đất có ý nghĩa thực tiễn như thế nào đối với chủ quyền quốc gia?</w:t>
      </w:r>
    </w:p>
    <w:p>
      <w:pPr>
        <w:pStyle w:val="ListParagraph"/>
      </w:pPr>
      <w:r>
        <w:rPr>
          <w:sz w:val="22"/>
        </w:rPr>
        <w:t>A. Chỉ nhằm mục đích ngăn chặn hành vi đào hầm vượt biên trái phép của tội phạm.</w:t>
      </w:r>
    </w:p>
    <w:p>
      <w:pPr>
        <w:pStyle w:val="ListParagraph"/>
      </w:pPr>
      <w:r>
        <w:rPr>
          <w:sz w:val="22"/>
        </w:rPr>
        <w:t>B. Khẳng định quyền sở hữu và quản lý tuyệt đối của quốc gia đối với mọi tài nguyên, khoáng sản nằm dưới mặt đất.</w:t>
      </w:r>
    </w:p>
    <w:p>
      <w:pPr>
        <w:pStyle w:val="ListParagraph"/>
      </w:pPr>
      <w:r>
        <w:rPr>
          <w:sz w:val="22"/>
        </w:rPr>
        <w:t>C. Để phân chia ranh giới độ sâu đánh bắt thủy hải sản của ngư dân.</w:t>
      </w:r>
    </w:p>
    <w:p>
      <w:pPr>
        <w:pStyle w:val="ListParagraph"/>
      </w:pPr>
      <w:r>
        <w:rPr>
          <w:sz w:val="22"/>
        </w:rPr>
        <w:t>D. Phục vụ riêng cho công tác nghiên cứu khoa học địa chất của các viện ngành.</w:t>
      </w:r>
    </w:p>
    <w:p/>
    <w:p>
      <w:r>
        <w:rPr>
          <w:b/>
          <w:sz w:val="24"/>
        </w:rPr>
        <w:t>Câu 14: Biện pháp "Xây dựng nền biên phòng toàn dân" được hiểu là gì?</w:t>
      </w:r>
    </w:p>
    <w:p>
      <w:pPr>
        <w:pStyle w:val="ListParagraph"/>
      </w:pPr>
      <w:r>
        <w:rPr>
          <w:sz w:val="22"/>
        </w:rPr>
        <w:t>A. Huy động toàn bộ người dân cả nước di chuyển lên sinh sống bền vững tại khu vực biên giới.</w:t>
      </w:r>
    </w:p>
    <w:p>
      <w:pPr>
        <w:pStyle w:val="ListParagraph"/>
      </w:pPr>
      <w:r>
        <w:rPr>
          <w:sz w:val="22"/>
        </w:rPr>
        <w:t>B. Thay thế hoàn toàn lực lượng quân đội chính quy bằng lực lượng tự vệ của nhân dân địa phương.</w:t>
      </w:r>
    </w:p>
    <w:p>
      <w:pPr>
        <w:pStyle w:val="ListParagraph"/>
      </w:pPr>
      <w:r>
        <w:rPr>
          <w:sz w:val="22"/>
        </w:rPr>
        <w:t>C. Xây dựng sức mạnh tổng hợp của toàn dân, lấy lực lượng vũ trang làm nòng cốt nhằm quản lý, bảo vệ biên giới.</w:t>
      </w:r>
    </w:p>
    <w:p>
      <w:pPr>
        <w:pStyle w:val="ListParagraph"/>
      </w:pPr>
      <w:r>
        <w:rPr>
          <w:sz w:val="22"/>
        </w:rPr>
        <w:t>D. Giao khoán toàn bộ nhiệm vụ tuần tra đường biên mốc giới cho các hộ gia đình cư trú ở biên giới.</w:t>
      </w:r>
    </w:p>
    <w:p/>
    <w:p>
      <w:r>
        <w:rPr>
          <w:b/>
          <w:sz w:val="24"/>
        </w:rPr>
        <w:t>Câu 15: Nhận định nào sau đây phản ánh đúng tính chất của đường biên giới quốc gia?</w:t>
      </w:r>
    </w:p>
    <w:p>
      <w:pPr>
        <w:pStyle w:val="ListParagraph"/>
      </w:pPr>
      <w:r>
        <w:rPr>
          <w:sz w:val="22"/>
        </w:rPr>
        <w:t>A. Biên giới quốc gia là cố định tuyệt đối qua mọi thời kỳ lịch sử và không bao giờ thay đổi.</w:t>
      </w:r>
    </w:p>
    <w:p>
      <w:pPr>
        <w:pStyle w:val="ListParagraph"/>
      </w:pPr>
      <w:r>
        <w:rPr>
          <w:sz w:val="22"/>
        </w:rPr>
        <w:t>B. Biên giới quốc gia chỉ có giá trị khi có sự công nhận của các tổ chức phi chính phủ.</w:t>
      </w:r>
    </w:p>
    <w:p>
      <w:pPr>
        <w:pStyle w:val="ListParagraph"/>
      </w:pPr>
      <w:r>
        <w:rPr>
          <w:sz w:val="22"/>
        </w:rPr>
        <w:t>C. Biên giới quốc gia mang tính thiêng liêng, bất khả xâm phạm, được xác lập dựa trên thỏa thuận quốc tế hoặc pháp luật.</w:t>
      </w:r>
    </w:p>
    <w:p>
      <w:pPr>
        <w:pStyle w:val="ListParagraph"/>
      </w:pPr>
      <w:r>
        <w:rPr>
          <w:sz w:val="22"/>
        </w:rPr>
        <w:t>D. Biên giới quốc gia chỉ tồn tại trên đất liền, không thể xác định trên biển hay trên không.</w:t>
      </w:r>
    </w:p>
    <w:p/>
    <w:p>
      <w:r>
        <w:rPr>
          <w:b/>
          <w:sz w:val="24"/>
        </w:rPr>
        <w:t>Câu 16: Khi phát hiện một nhóm người lạ mặt có hành vi dịch chuyển vị trí mốc quốc giới tại địa phương mình, học sinh cần có cách xử lý nào sau đây là phù hợp và đúng pháp luật nhất?</w:t>
      </w:r>
    </w:p>
    <w:p>
      <w:pPr>
        <w:pStyle w:val="ListParagraph"/>
      </w:pPr>
      <w:r>
        <w:rPr>
          <w:sz w:val="22"/>
        </w:rPr>
        <w:t>A. Tập hợp bạn bè lại để trực tiếp ngăn cản và tranh chấp tay đôi với nhóm người đó.</w:t>
      </w:r>
    </w:p>
    <w:p>
      <w:pPr>
        <w:pStyle w:val="ListParagraph"/>
      </w:pPr>
      <w:r>
        <w:rPr>
          <w:sz w:val="22"/>
        </w:rPr>
        <w:t>B. Bỏ qua vì cho rằng đây là nhiệm vụ riêng của lực lượng Biên phòng, không liên quan đến học sinh.</w:t>
      </w:r>
    </w:p>
    <w:p>
      <w:pPr>
        <w:pStyle w:val="ListParagraph"/>
      </w:pPr>
      <w:r>
        <w:rPr>
          <w:sz w:val="22"/>
        </w:rPr>
        <w:t>C. Báo cáo ngay thông tin kịp thời cho chính quyền địa phương, cơ quan công an hoặc đồn biên phòng gần nhất.</w:t>
      </w:r>
    </w:p>
    <w:p>
      <w:pPr>
        <w:pStyle w:val="ListParagraph"/>
      </w:pPr>
      <w:r>
        <w:rPr>
          <w:sz w:val="22"/>
        </w:rPr>
        <w:t>D. Chụp ảnh đăng lên các trang mạng xã hội cá nhân để kêu gọi cộng đồng mạng đến giải quyết.</w:t>
      </w:r>
    </w:p>
    <w:p/>
    <w:p>
      <w:r>
        <w:rPr>
          <w:b/>
          <w:sz w:val="24"/>
        </w:rPr>
        <w:t>Câu 17: Để góp phần bảo vệ chủ quyền biển đảo của Tổ quốc ngay khi còn ngồi trên ghế nhà trường, học sinh lớp 11 có thể thực hiện hành động thiết thực nào sau đây?</w:t>
      </w:r>
    </w:p>
    <w:p>
      <w:pPr>
        <w:pStyle w:val="ListParagraph"/>
      </w:pPr>
      <w:r>
        <w:rPr>
          <w:sz w:val="22"/>
        </w:rPr>
        <w:t>A. Tự ý đăng ký tham gia các đội tàu cá ra khơi xa đánh bắt hải sản để khẳng định chủ quyền.</w:t>
      </w:r>
    </w:p>
    <w:p>
      <w:pPr>
        <w:pStyle w:val="ListParagraph"/>
      </w:pPr>
      <w:r>
        <w:rPr>
          <w:sz w:val="22"/>
        </w:rPr>
        <w:t>B. Tích cực học tập, tìm hiểu kiến thức pháp lý về biển đảo và tuyên truyền thông tin chính thống đến mọi người xung quanh.</w:t>
      </w:r>
    </w:p>
    <w:p>
      <w:pPr>
        <w:pStyle w:val="ListParagraph"/>
      </w:pPr>
      <w:r>
        <w:rPr>
          <w:sz w:val="22"/>
        </w:rPr>
        <w:t>C. Viết đơn xin nghỉ học để chuyển lên sinh sống trực tiếp tại các vùng hải đảo xa xôi.</w:t>
      </w:r>
    </w:p>
    <w:p>
      <w:pPr>
        <w:pStyle w:val="ListParagraph"/>
      </w:pPr>
      <w:r>
        <w:rPr>
          <w:sz w:val="22"/>
        </w:rPr>
        <w:t>D. Tổ chức quyên góp tiền tự phát để mua sắm vũ khí gửi cho các chiến sĩ ngoài đảo xa.</w:t>
      </w:r>
    </w:p>
    <w:p/>
    <w:p>
      <w:r>
        <w:rPr>
          <w:b/>
          <w:sz w:val="24"/>
        </w:rPr>
        <w:t>Câu 18: Trong đợt tập huấn dân quân tự vệ tại xã biên giới, anh X được giao nhiệm vụ tuần tra cùng tổ công tác. Khi phát hiện đối tượng có hành vi xâm nhập biên giới trái phép, việc tuân thủ nguyên tắc bảo vệ biên giới quốc gia đòi hỏi tổ công tác của anh X phải làm gì?</w:t>
      </w:r>
    </w:p>
    <w:p>
      <w:pPr>
        <w:pStyle w:val="ListParagraph"/>
      </w:pPr>
      <w:r>
        <w:rPr>
          <w:sz w:val="22"/>
        </w:rPr>
        <w:t>A. Trực tiếp xử lý đối tượng theo luật lệ riêng của thôn bản mà không cần báo cáo lên cấp trên.</w:t>
      </w:r>
    </w:p>
    <w:p>
      <w:pPr>
        <w:pStyle w:val="ListParagraph"/>
      </w:pPr>
      <w:r>
        <w:rPr>
          <w:sz w:val="22"/>
        </w:rPr>
        <w:t>B. Thả cho đối tượng đi nếu họ đồng ý bồi thường một khoản lợi ích kinh tế cho tổ tuần tra.</w:t>
      </w:r>
    </w:p>
    <w:p>
      <w:pPr>
        <w:pStyle w:val="ListParagraph"/>
      </w:pPr>
      <w:r>
        <w:rPr>
          <w:sz w:val="22"/>
        </w:rPr>
        <w:t>C. Bắt giữ, lập biên bản và bàn giao ngay đối tượng cho đồn biên phòng hoặc cơ quan chức năng có thẩm quyền.</w:t>
      </w:r>
    </w:p>
    <w:p>
      <w:pPr>
        <w:pStyle w:val="ListParagraph"/>
      </w:pPr>
      <w:r>
        <w:rPr>
          <w:sz w:val="22"/>
        </w:rPr>
        <w:t>D. Đuổi đối tượng quay trở lại bên kia biên giới mà không cần xác minh thông tin hay ghi nhận sự việc.</w:t>
      </w:r>
    </w:p>
    <w:p/>
    <w:p>
      <w:r>
        <w:rPr>
          <w:b/>
          <w:sz w:val="24"/>
        </w:rPr>
        <w:t>Câu 19: Hiện nay, các thế lực thù địch thường xuyên lợi dụng vấn đề dân tộc, tôn giáo và chủ quyền biên giới để kích động, chia rẽ khối đại đoàn kết toàn dân tộc ở vùng sâu, vùng xa. Trước tình hình đó, một công dân trẻ cần vận dụng kiến thức môn Giáo dục quốc phòng và an ninh như thế nào để nâng cao tinh thần cảnh giác cách mạng?</w:t>
      </w:r>
    </w:p>
    <w:p>
      <w:pPr>
        <w:pStyle w:val="ListParagraph"/>
      </w:pPr>
      <w:r>
        <w:rPr>
          <w:sz w:val="22"/>
        </w:rPr>
        <w:t>A. Tuyệt đối không giao tiếp, không giúp đỡ đồng bào các dân tộc thiểu số ở vùng biên giới để tránh bị liên lụy.</w:t>
      </w:r>
    </w:p>
    <w:p>
      <w:pPr>
        <w:pStyle w:val="ListParagraph"/>
      </w:pPr>
      <w:r>
        <w:rPr>
          <w:sz w:val="22"/>
        </w:rPr>
        <w:t>B. Chủ động nhận diện các chiêu điệu xuyên tạc, không tin và không tán phát thông tin xấu độc, đồng thời tích cực tham gia các phong trào tự quản an ninh trật tự tại địa phương.</w:t>
      </w:r>
    </w:p>
    <w:p>
      <w:pPr>
        <w:pStyle w:val="ListParagraph"/>
      </w:pPr>
      <w:r>
        <w:rPr>
          <w:sz w:val="22"/>
        </w:rPr>
        <w:t>C. Chỉ tập trung vào việc học văn hóa, phó mặc hoàn toàn việc đấu tranh chống luận điệu xuyên tạc cho các cơ quan an ninh.</w:t>
      </w:r>
    </w:p>
    <w:p>
      <w:pPr>
        <w:pStyle w:val="ListParagraph"/>
      </w:pPr>
      <w:r>
        <w:rPr>
          <w:sz w:val="22"/>
        </w:rPr>
        <w:t>D. Thành lập các hội nhóm tự phát trên mạng xã hội để tranh luận gay gắt, dùng lời lẽ công kích lại các tài khoản chống phá.</w:t>
      </w:r>
    </w:p>
    <w:p/>
    <w:p>
      <w:r>
        <w:rPr>
          <w:b/>
          <w:sz w:val="24"/>
        </w:rPr>
        <w:t>Câu 20: Trách nhiệm của thế hệ trẻ trong việc tham gia thực hiện chiến lược bảo vệ chủ quyền lãnh thổ, biên giới quốc gia trong tình hình mới đòi hỏi sự kết hợp nhuần nhuyễn giữa những yếu tố nào sau đây?</w:t>
      </w:r>
    </w:p>
    <w:p>
      <w:pPr>
        <w:pStyle w:val="ListParagraph"/>
      </w:pPr>
      <w:r>
        <w:rPr>
          <w:sz w:val="22"/>
        </w:rPr>
        <w:t>A. Giữa việc phát triển kinh tế làm giàu cho bản thân và việc tìm kiếm cơ hội định cư ở nước ngoài.</w:t>
      </w:r>
    </w:p>
    <w:p>
      <w:pPr>
        <w:pStyle w:val="ListParagraph"/>
      </w:pPr>
      <w:r>
        <w:rPr>
          <w:sz w:val="22"/>
        </w:rPr>
        <w:t>B. Giữa tinh thần yêu nước nồng nàn thuần túy về mặt cảm xúc với hành động chuẩn bị tích trữ lương thực cá nhân.</w:t>
      </w:r>
    </w:p>
    <w:p>
      <w:pPr>
        <w:pStyle w:val="ListParagraph"/>
      </w:pPr>
      <w:r>
        <w:rPr>
          <w:sz w:val="22"/>
        </w:rPr>
        <w:t>C. Giữa lòng yêu nước, ý thức trách nhiệm công dân với việc trang bị tri thức khoa học, kỹ năng quân sự và tuân thủ nghiêm pháp luật.</w:t>
      </w:r>
    </w:p>
    <w:p>
      <w:pPr>
        <w:pStyle w:val="ListParagraph"/>
      </w:pPr>
      <w:r>
        <w:rPr>
          <w:sz w:val="22"/>
        </w:rPr>
        <w:t>D. Giữa việc cổ vũ tinh thần dân tộc cực đoan trên không gian mạng và việc từ chối tham gia các hoạt động thiện nguyện xã hội.</w:t>
      </w:r>
    </w:p>
    <w:p/>
    <w:p>
      <w:r>
        <w:rPr>
          <w:b/>
          <w:sz w:val="24"/>
        </w:rPr>
        <w:t>Câu 21: Theo Luật Nghĩa vụ quân sự hiện hành, nghĩa vụ quân sự là nghĩa vụ vẻ vang của ai đối với Tổ quốc?</w:t>
      </w:r>
    </w:p>
    <w:p>
      <w:pPr>
        <w:pStyle w:val="ListParagraph"/>
      </w:pPr>
      <w:r>
        <w:rPr>
          <w:sz w:val="22"/>
        </w:rPr>
        <w:t>A. Chỉ của công dân nam giới.</w:t>
      </w:r>
    </w:p>
    <w:p>
      <w:pPr>
        <w:pStyle w:val="ListParagraph"/>
      </w:pPr>
      <w:r>
        <w:rPr>
          <w:sz w:val="22"/>
        </w:rPr>
        <w:t>B. Của công dân phục vụ trong lực lượng vũ trang nhân dân.</w:t>
      </w:r>
    </w:p>
    <w:p>
      <w:pPr>
        <w:pStyle w:val="ListParagraph"/>
      </w:pPr>
      <w:r>
        <w:rPr>
          <w:sz w:val="22"/>
        </w:rPr>
        <w:t>C. Của mọi tổ chức xã hội và cá nhân.</w:t>
      </w:r>
    </w:p>
    <w:p>
      <w:pPr>
        <w:pStyle w:val="ListParagraph"/>
      </w:pPr>
      <w:r>
        <w:rPr>
          <w:sz w:val="22"/>
        </w:rPr>
        <w:t>D. Của công dân phục vụ trong Quân đội nhân dân.</w:t>
      </w:r>
    </w:p>
    <w:p/>
    <w:p>
      <w:r>
        <w:rPr>
          <w:b/>
          <w:sz w:val="24"/>
        </w:rPr>
        <w:t>Câu 22: Độ tuổi gọi nhập ngũ trong thời bình của công dân theo quy định của Luật Nghĩa vụ quân sự (trừ trường hợp đào tạo cao đẳng, đại học) là từ đủ bao nhiêu tuổi đến hết bao nhiêu tuổi?</w:t>
      </w:r>
    </w:p>
    <w:p>
      <w:pPr>
        <w:pStyle w:val="ListParagraph"/>
      </w:pPr>
      <w:r>
        <w:rPr>
          <w:sz w:val="22"/>
        </w:rPr>
        <w:t>A. Từ đủ 18 tuổi đến hết 25 tuổi.</w:t>
      </w:r>
    </w:p>
    <w:p>
      <w:pPr>
        <w:pStyle w:val="ListParagraph"/>
      </w:pPr>
      <w:r>
        <w:rPr>
          <w:sz w:val="22"/>
        </w:rPr>
        <w:t>B. Từ đủ 18 tuổi đến hết 27 tuổi.</w:t>
      </w:r>
    </w:p>
    <w:p>
      <w:pPr>
        <w:pStyle w:val="ListParagraph"/>
      </w:pPr>
      <w:r>
        <w:rPr>
          <w:sz w:val="22"/>
        </w:rPr>
        <w:t>C. Từ đủ 17 tuổi đến hết 25 tuổi.</w:t>
      </w:r>
    </w:p>
    <w:p>
      <w:pPr>
        <w:pStyle w:val="ListParagraph"/>
      </w:pPr>
      <w:r>
        <w:rPr>
          <w:sz w:val="22"/>
        </w:rPr>
        <w:t>D. Từ đủ 17 tuổi đến hết 27 tuổi.</w:t>
      </w:r>
    </w:p>
    <w:p/>
    <w:p>
      <w:r>
        <w:rPr>
          <w:b/>
          <w:sz w:val="24"/>
        </w:rPr>
        <w:t>Câu 23: Công dân nam giới học đại học, cao đẳng hệ chính quy đã được tạm hoãn gọi nhập ngũ thì độ tuổi gọi nhập ngũ kéo dài đến hết bao nhiêu tuổi?</w:t>
      </w:r>
    </w:p>
    <w:p>
      <w:pPr>
        <w:pStyle w:val="ListParagraph"/>
      </w:pPr>
      <w:r>
        <w:rPr>
          <w:sz w:val="22"/>
        </w:rPr>
        <w:t>A. Hết 25 tuổi.</w:t>
      </w:r>
    </w:p>
    <w:p>
      <w:pPr>
        <w:pStyle w:val="ListParagraph"/>
      </w:pPr>
      <w:r>
        <w:rPr>
          <w:sz w:val="22"/>
        </w:rPr>
        <w:t>B. Hết 26 tuổi.</w:t>
      </w:r>
    </w:p>
    <w:p>
      <w:pPr>
        <w:pStyle w:val="ListParagraph"/>
      </w:pPr>
      <w:r>
        <w:rPr>
          <w:sz w:val="22"/>
        </w:rPr>
        <w:t>C. Hết 27 tuổi.</w:t>
      </w:r>
    </w:p>
    <w:p>
      <w:pPr>
        <w:pStyle w:val="ListParagraph"/>
      </w:pPr>
      <w:r>
        <w:rPr>
          <w:sz w:val="22"/>
        </w:rPr>
        <w:t>D. Hết 28 tuổi.</w:t>
      </w:r>
    </w:p>
    <w:p/>
    <w:p>
      <w:r>
        <w:rPr>
          <w:b/>
          <w:sz w:val="24"/>
        </w:rPr>
        <w:t>Câu 24: Thời hạn phục vụ tại ngũ trong thời bình của hạ sĩ quan, binh sĩ là bao nhiêu tháng?</w:t>
      </w:r>
    </w:p>
    <w:p>
      <w:pPr>
        <w:pStyle w:val="ListParagraph"/>
      </w:pPr>
      <w:r>
        <w:rPr>
          <w:sz w:val="22"/>
        </w:rPr>
        <w:t>A. 12 tháng.</w:t>
      </w:r>
    </w:p>
    <w:p>
      <w:pPr>
        <w:pStyle w:val="ListParagraph"/>
      </w:pPr>
      <w:r>
        <w:rPr>
          <w:sz w:val="22"/>
        </w:rPr>
        <w:t>B. 18 tháng.</w:t>
      </w:r>
    </w:p>
    <w:p>
      <w:pPr>
        <w:pStyle w:val="ListParagraph"/>
      </w:pPr>
      <w:r>
        <w:rPr>
          <w:sz w:val="22"/>
        </w:rPr>
        <w:t>C. 24 tháng.</w:t>
      </w:r>
    </w:p>
    <w:p>
      <w:pPr>
        <w:pStyle w:val="ListParagraph"/>
      </w:pPr>
      <w:r>
        <w:rPr>
          <w:sz w:val="22"/>
        </w:rPr>
        <w:t>D. 30 tháng.</w:t>
      </w:r>
    </w:p>
    <w:p/>
    <w:p>
      <w:r>
        <w:rPr>
          <w:b/>
          <w:sz w:val="24"/>
        </w:rPr>
        <w:t>Câu 25: Đối tượng nào sau đây thuộc diện được miễn đăng ký nghĩa vụ quân sự?</w:t>
      </w:r>
    </w:p>
    <w:p>
      <w:pPr>
        <w:pStyle w:val="ListParagraph"/>
      </w:pPr>
      <w:r>
        <w:rPr>
          <w:sz w:val="22"/>
        </w:rPr>
        <w:t>A. Công dân nam từ đủ 17 tuổi trở lên.</w:t>
      </w:r>
    </w:p>
    <w:p>
      <w:pPr>
        <w:pStyle w:val="ListParagraph"/>
      </w:pPr>
      <w:r>
        <w:rPr>
          <w:sz w:val="22"/>
        </w:rPr>
        <w:t>B. Người khuyết tật, người mắc bệnh tâm thần hoặc bệnh mãn tính theo quy định của pháp luật.</w:t>
      </w:r>
    </w:p>
    <w:p>
      <w:pPr>
        <w:pStyle w:val="ListParagraph"/>
      </w:pPr>
      <w:r>
        <w:rPr>
          <w:sz w:val="22"/>
        </w:rPr>
        <w:t>C. Người đang chấp hành hình phạt tù.</w:t>
      </w:r>
    </w:p>
    <w:p>
      <w:pPr>
        <w:pStyle w:val="ListParagraph"/>
      </w:pPr>
      <w:r>
        <w:rPr>
          <w:sz w:val="22"/>
        </w:rPr>
        <w:t>D. Công dân đang đi du học tự túc ở nước ngoài.</w:t>
      </w:r>
    </w:p>
    <w:p/>
    <w:p>
      <w:r>
        <w:rPr>
          <w:b/>
          <w:sz w:val="24"/>
        </w:rPr>
        <w:t>Câu 26: Trong tháng mấy hàng năm, công dân nam đủ 17 tuổi trong năm đó phải đăng ký nghĩa vụ quân sự lần đầu?</w:t>
      </w:r>
    </w:p>
    <w:p>
      <w:pPr>
        <w:pStyle w:val="ListParagraph"/>
      </w:pPr>
      <w:r>
        <w:rPr>
          <w:sz w:val="22"/>
        </w:rPr>
        <w:t>A. Tháng 1.</w:t>
      </w:r>
    </w:p>
    <w:p>
      <w:pPr>
        <w:pStyle w:val="ListParagraph"/>
      </w:pPr>
      <w:r>
        <w:rPr>
          <w:sz w:val="22"/>
        </w:rPr>
        <w:t>B. Tháng 3.</w:t>
      </w:r>
    </w:p>
    <w:p>
      <w:pPr>
        <w:pStyle w:val="ListParagraph"/>
      </w:pPr>
      <w:r>
        <w:rPr>
          <w:sz w:val="22"/>
        </w:rPr>
        <w:t>C. Tháng 4.</w:t>
      </w:r>
    </w:p>
    <w:p>
      <w:pPr>
        <w:pStyle w:val="ListParagraph"/>
      </w:pPr>
      <w:r>
        <w:rPr>
          <w:sz w:val="22"/>
        </w:rPr>
        <w:t>D. Tháng 12.</w:t>
      </w:r>
    </w:p>
    <w:p/>
    <w:p>
      <w:r>
        <w:rPr>
          <w:b/>
          <w:sz w:val="24"/>
        </w:rPr>
        <w:t>Câu 27: Cơ quan nào có thẩm quyền quyết định gọi công dân nhập ngũ tại địa phương?</w:t>
      </w:r>
    </w:p>
    <w:p>
      <w:pPr>
        <w:pStyle w:val="ListParagraph"/>
      </w:pPr>
      <w:r>
        <w:rPr>
          <w:sz w:val="22"/>
        </w:rPr>
        <w:t>A. Ủy ban nhân dân cấp tỉnh.</w:t>
      </w:r>
    </w:p>
    <w:p>
      <w:pPr>
        <w:pStyle w:val="ListParagraph"/>
      </w:pPr>
      <w:r>
        <w:rPr>
          <w:sz w:val="22"/>
        </w:rPr>
        <w:t>B. Chủ tịch Ủy ban nhân dân cấp xã.</w:t>
      </w:r>
    </w:p>
    <w:p>
      <w:pPr>
        <w:pStyle w:val="ListParagraph"/>
      </w:pPr>
      <w:r>
        <w:rPr>
          <w:sz w:val="22"/>
        </w:rPr>
        <w:t>C. Chỉ huy trưởng Ban Chỉ huy quân sự cấp xã.</w:t>
      </w:r>
    </w:p>
    <w:p>
      <w:pPr>
        <w:pStyle w:val="ListParagraph"/>
      </w:pPr>
      <w:r>
        <w:rPr>
          <w:sz w:val="22"/>
        </w:rPr>
        <w:t>D. Hội đồng nhân dân cấp xã.</w:t>
      </w:r>
    </w:p>
    <w:p/>
    <w:p>
      <w:r>
        <w:rPr>
          <w:b/>
          <w:sz w:val="24"/>
        </w:rPr>
        <w:t>Câu 28: Theo quy định, hạ sĩ quan, binh sĩ xuất ngũ được hưởng trợ cấp xuất ngũ một lần, mỗi năm phục vụ tại ngũ được trợ cấp bằng bao nhiêu tháng lương cơ sở?</w:t>
      </w:r>
    </w:p>
    <w:p>
      <w:pPr>
        <w:pStyle w:val="ListParagraph"/>
      </w:pPr>
      <w:r>
        <w:rPr>
          <w:sz w:val="22"/>
        </w:rPr>
        <w:t>A. 1 tháng lương cơ sở.</w:t>
      </w:r>
    </w:p>
    <w:p>
      <w:pPr>
        <w:pStyle w:val="ListParagraph"/>
      </w:pPr>
      <w:r>
        <w:rPr>
          <w:sz w:val="22"/>
        </w:rPr>
        <w:t>B. 2 tháng lương cơ sở.</w:t>
      </w:r>
    </w:p>
    <w:p>
      <w:pPr>
        <w:pStyle w:val="ListParagraph"/>
      </w:pPr>
      <w:r>
        <w:rPr>
          <w:sz w:val="22"/>
        </w:rPr>
        <w:t>C. 3 tháng lương cơ sở.</w:t>
      </w:r>
    </w:p>
    <w:p>
      <w:pPr>
        <w:pStyle w:val="ListParagraph"/>
      </w:pPr>
      <w:r>
        <w:rPr>
          <w:sz w:val="22"/>
        </w:rPr>
        <w:t>D. 4 tháng lương cơ sở.</w:t>
      </w:r>
    </w:p>
    <w:p/>
    <w:p>
      <w:r>
        <w:rPr>
          <w:b/>
          <w:sz w:val="24"/>
        </w:rPr>
        <w:t>Câu 29: Luật Nghĩa vụ quân sự quy định công dân nữ có ngành, nghề chuyên môn phù hợp yêu cầu của Quân đội nhân dân trong thời bình đăng ký nghĩa vụ quân sự từ đủ bao nhiêu tuổi?</w:t>
      </w:r>
    </w:p>
    <w:p>
      <w:pPr>
        <w:pStyle w:val="ListParagraph"/>
      </w:pPr>
      <w:r>
        <w:rPr>
          <w:sz w:val="22"/>
        </w:rPr>
        <w:t>A. Từ đủ 18 tuổi trở lên.</w:t>
      </w:r>
    </w:p>
    <w:p>
      <w:pPr>
        <w:pStyle w:val="ListParagraph"/>
      </w:pPr>
      <w:r>
        <w:rPr>
          <w:sz w:val="22"/>
        </w:rPr>
        <w:t>B. Từ đủ 20 tuổi trở lên.</w:t>
      </w:r>
    </w:p>
    <w:p>
      <w:pPr>
        <w:pStyle w:val="ListParagraph"/>
      </w:pPr>
      <w:r>
        <w:rPr>
          <w:sz w:val="22"/>
        </w:rPr>
        <w:t>C. Từ đủ 22 tuổi trở lên.</w:t>
      </w:r>
    </w:p>
    <w:p>
      <w:pPr>
        <w:pStyle w:val="ListParagraph"/>
      </w:pPr>
      <w:r>
        <w:rPr>
          <w:sz w:val="22"/>
        </w:rPr>
        <w:t>D. Từ đủ 25 tuổi trở lên.</w:t>
      </w:r>
    </w:p>
    <w:p/>
    <w:p>
      <w:r>
        <w:rPr>
          <w:b/>
          <w:sz w:val="24"/>
        </w:rPr>
        <w:t>Câu 30: Một trong các trách nhiệm cơ bản của học sinh đối với nghĩa vụ quân sự là gì?</w:t>
      </w:r>
    </w:p>
    <w:p>
      <w:pPr>
        <w:pStyle w:val="ListParagraph"/>
      </w:pPr>
      <w:r>
        <w:rPr>
          <w:sz w:val="22"/>
        </w:rPr>
        <w:t>A. Tự viết đơn xin miễn đăng ký nghĩa vụ quân sự.</w:t>
      </w:r>
    </w:p>
    <w:p>
      <w:pPr>
        <w:pStyle w:val="ListParagraph"/>
      </w:pPr>
      <w:r>
        <w:rPr>
          <w:sz w:val="22"/>
        </w:rPr>
        <w:t>B. Học tập, tìm hiểu nâng cao nhận thức về Luật Nghĩa vụ quân sự.</w:t>
      </w:r>
    </w:p>
    <w:p>
      <w:pPr>
        <w:pStyle w:val="ListParagraph"/>
      </w:pPr>
      <w:r>
        <w:rPr>
          <w:sz w:val="22"/>
        </w:rPr>
        <w:t>C. Tự ý tham gia quân đội không cần qua tuyển chọn.</w:t>
      </w:r>
    </w:p>
    <w:p>
      <w:pPr>
        <w:pStyle w:val="ListParagraph"/>
      </w:pPr>
      <w:r>
        <w:rPr>
          <w:sz w:val="22"/>
        </w:rPr>
        <w:t>D. Vận động người khác tìm cách hoãn gọi nhập ngũ.</w:t>
      </w:r>
    </w:p>
    <w:p/>
    <w:p>
      <w:r>
        <w:rPr>
          <w:b/>
          <w:sz w:val="24"/>
        </w:rPr>
        <w:t>Câu 31: Tại sao Luật Nghĩa vụ quân sự lại quy định việc đăng ký nghĩa vụ quân sự lần đầu cho công dân nam từ đủ 17 tuổi?</w:t>
      </w:r>
    </w:p>
    <w:p>
      <w:pPr>
        <w:pStyle w:val="ListParagraph"/>
      </w:pPr>
      <w:r>
        <w:rPr>
          <w:sz w:val="22"/>
        </w:rPr>
        <w:t>A. Để đưa ngay công dân vào huấn luyện quân sự chính quy.</w:t>
      </w:r>
    </w:p>
    <w:p>
      <w:pPr>
        <w:pStyle w:val="ListParagraph"/>
      </w:pPr>
      <w:r>
        <w:rPr>
          <w:sz w:val="22"/>
        </w:rPr>
        <w:t>B. Để quản lý, nắm chắc nguồn công dân sẵn sàng nhập ngũ khi đủ tuổi theo quy định.</w:t>
      </w:r>
    </w:p>
    <w:p>
      <w:pPr>
        <w:pStyle w:val="ListParagraph"/>
      </w:pPr>
      <w:r>
        <w:rPr>
          <w:sz w:val="22"/>
        </w:rPr>
        <w:t>C. Để bắt buộc công dân tham gia các hoạt động dân quân tự vệ tại địa phương.</w:t>
      </w:r>
    </w:p>
    <w:p>
      <w:pPr>
        <w:pStyle w:val="ListParagraph"/>
      </w:pPr>
      <w:r>
        <w:rPr>
          <w:sz w:val="22"/>
        </w:rPr>
        <w:t>D. Để cấp thẻ quân nhân dự bị cho công dân.</w:t>
      </w:r>
    </w:p>
    <w:p/>
    <w:p>
      <w:r>
        <w:rPr>
          <w:b/>
          <w:sz w:val="24"/>
        </w:rPr>
        <w:t>Câu 32: Trường hợp nào sau đây thuộc diện được tạm hoãn gọi nhập ngũ trong thời bình?</w:t>
      </w:r>
    </w:p>
    <w:p>
      <w:pPr>
        <w:pStyle w:val="ListParagraph"/>
      </w:pPr>
      <w:r>
        <w:rPr>
          <w:sz w:val="22"/>
        </w:rPr>
        <w:t>A. Công dân là lao động duy nhất trực tiếp nuôi dưỡng thân nhân không còn khả năng lao động hoặc chưa đến tuổi lao động.</w:t>
      </w:r>
    </w:p>
    <w:p>
      <w:pPr>
        <w:pStyle w:val="ListParagraph"/>
      </w:pPr>
      <w:r>
        <w:rPr>
          <w:sz w:val="22"/>
        </w:rPr>
        <w:t>B. Công dân đang là học sinh học lớp 12 tại các trường trung học phổ thông đã quá 20 tuổi.</w:t>
      </w:r>
    </w:p>
    <w:p>
      <w:pPr>
        <w:pStyle w:val="ListParagraph"/>
      </w:pPr>
      <w:r>
        <w:rPr>
          <w:sz w:val="22"/>
        </w:rPr>
        <w:t>C. Công dân là con của thương binh hạng 3.</w:t>
      </w:r>
    </w:p>
    <w:p>
      <w:pPr>
        <w:pStyle w:val="ListParagraph"/>
      </w:pPr>
      <w:r>
        <w:rPr>
          <w:sz w:val="22"/>
        </w:rPr>
        <w:t>D. Công dân có anh trai đang phục vụ trong lực lượng Công an nhân dân.</w:t>
      </w:r>
    </w:p>
    <w:p/>
    <w:p>
      <w:r>
        <w:rPr>
          <w:b/>
          <w:sz w:val="24"/>
        </w:rPr>
        <w:t>Câu 33: Sự khác nhau cơ bản giữa 'tạm hoãn gọi nhập ngũ' và 'miễn gọi nhập ngũ' trong thời bình là gì?</w:t>
      </w:r>
    </w:p>
    <w:p>
      <w:pPr>
        <w:pStyle w:val="ListParagraph"/>
      </w:pPr>
      <w:r>
        <w:rPr>
          <w:sz w:val="22"/>
        </w:rPr>
        <w:t>A. Tạm hoãn là không bao giờ phải đi, miễn là chỉ hoãn lại một thời gian ngắn.</w:t>
      </w:r>
    </w:p>
    <w:p>
      <w:pPr>
        <w:pStyle w:val="ListParagraph"/>
      </w:pPr>
      <w:r>
        <w:rPr>
          <w:sz w:val="22"/>
        </w:rPr>
        <w:t>B. Tạm hoãn là hoãn trong thời gian lý do tạm hoãn còn tồn tại, miễn là được giải phóng hoàn toàn khỏi nghĩa vụ phục vụ tại ngũ trong thời bình.</w:t>
      </w:r>
    </w:p>
    <w:p>
      <w:pPr>
        <w:pStyle w:val="ListParagraph"/>
      </w:pPr>
      <w:r>
        <w:rPr>
          <w:sz w:val="22"/>
        </w:rPr>
        <w:t>C. Tạm hoãn do Hội đồng nghĩa vụ quân sự xã quyết định, miễn do Bộ trưởng Bộ Quốc phòng quyết định.</w:t>
      </w:r>
    </w:p>
    <w:p>
      <w:pPr>
        <w:pStyle w:val="ListParagraph"/>
      </w:pPr>
      <w:r>
        <w:rPr>
          <w:sz w:val="22"/>
        </w:rPr>
        <w:t>D. Hai khái niệm này hoàn toàn giống nhau về mặt bản chất pháp lý.</w:t>
      </w:r>
    </w:p>
    <w:p/>
    <w:p>
      <w:r>
        <w:rPr>
          <w:b/>
          <w:sz w:val="24"/>
        </w:rPr>
        <w:t>Câu 34: Nội dung nào sau đây thể hiện quyền lợi chính trị của hạ sĩ quan, binh sĩ tại ngũ?</w:t>
      </w:r>
    </w:p>
    <w:p>
      <w:pPr>
        <w:pStyle w:val="ListParagraph"/>
      </w:pPr>
      <w:r>
        <w:rPr>
          <w:sz w:val="22"/>
        </w:rPr>
        <w:t>A. Được bảo lưu kết quả học tập ở các trường đại học, cao đẳng trước khi nhập ngũ.</w:t>
      </w:r>
    </w:p>
    <w:p>
      <w:pPr>
        <w:pStyle w:val="ListParagraph"/>
      </w:pPr>
      <w:r>
        <w:rPr>
          <w:sz w:val="22"/>
        </w:rPr>
        <w:t>B. Được ưu tiên cộng điểm khi thi tuyển công chức sau khi xuất ngũ.</w:t>
      </w:r>
    </w:p>
    <w:p>
      <w:pPr>
        <w:pStyle w:val="ListParagraph"/>
      </w:pPr>
      <w:r>
        <w:rPr>
          <w:sz w:val="22"/>
        </w:rPr>
        <w:t>C. Được tham gia bầu cử đại biểu Quốc hội, đại biểu Hội đồng nhân dân theo quy định của pháp luật.</w:t>
      </w:r>
    </w:p>
    <w:p>
      <w:pPr>
        <w:pStyle w:val="ListParagraph"/>
      </w:pPr>
      <w:r>
        <w:rPr>
          <w:sz w:val="22"/>
        </w:rPr>
        <w:t>D. Thân nhân ở quê nhà được cấp thẻ bảo hiểm y tế miễn phí.</w:t>
      </w:r>
    </w:p>
    <w:p/>
    <w:p>
      <w:r>
        <w:rPr>
          <w:b/>
          <w:sz w:val="24"/>
        </w:rPr>
        <w:t>Câu 35: Trách nhiệm xây dựng và bảo vệ Tổ quốc của học sinh được thể hiện như thế nào thông qua việc thực hiện Luật Nghĩa vụ quân sự?</w:t>
      </w:r>
    </w:p>
    <w:p>
      <w:pPr>
        <w:pStyle w:val="ListParagraph"/>
      </w:pPr>
      <w:r>
        <w:rPr>
          <w:sz w:val="22"/>
        </w:rPr>
        <w:t>A. Chỉ cần đóng góp về mặt tài chính cho quỹ quốc phòng địa phương.</w:t>
      </w:r>
    </w:p>
    <w:p>
      <w:pPr>
        <w:pStyle w:val="ListParagraph"/>
      </w:pPr>
      <w:r>
        <w:rPr>
          <w:sz w:val="22"/>
        </w:rPr>
        <w:t>B. Là việc tự giác chấp hành các quy định về đăng ký nghĩa vụ, kiểm tra sức khỏe và sẵn sàng nhập ngũ khi có lệnh.</w:t>
      </w:r>
    </w:p>
    <w:p>
      <w:pPr>
        <w:pStyle w:val="ListParagraph"/>
      </w:pPr>
      <w:r>
        <w:rPr>
          <w:sz w:val="22"/>
        </w:rPr>
        <w:t>C. Là việc tham gia các hội nhóm tự phát về quân sự trên mạng xã hội.</w:t>
      </w:r>
    </w:p>
    <w:p>
      <w:pPr>
        <w:pStyle w:val="ListParagraph"/>
      </w:pPr>
      <w:r>
        <w:rPr>
          <w:sz w:val="22"/>
        </w:rPr>
        <w:t>D. Là việc nỗ lực đi du học nước ngoài để né tránh nghĩa vụ quân sự.</w:t>
      </w:r>
    </w:p>
    <w:p/>
    <w:p>
      <w:r>
        <w:rPr>
          <w:b/>
          <w:sz w:val="24"/>
        </w:rPr>
        <w:t>Câu 36: Bạn Nam hiện là học sinh lớp 11 (17 tuổi), nhận được giấy thông báo đăng ký nghĩa vụ quân sự lần đầu của Ban Chỉ huy quân sự cấp huyện. Bạn Nam nên ứng xử như thế nào cho đúng quy định pháp luật?</w:t>
      </w:r>
    </w:p>
    <w:p>
      <w:pPr>
        <w:pStyle w:val="ListParagraph"/>
      </w:pPr>
      <w:r>
        <w:rPr>
          <w:sz w:val="22"/>
        </w:rPr>
        <w:t>A. Đến Ban Chỉ huy quân sự huyện để nộp đơn xin hoãn với lý do còn bận đi học cấp 3.</w:t>
      </w:r>
    </w:p>
    <w:p>
      <w:pPr>
        <w:pStyle w:val="ListParagraph"/>
      </w:pPr>
      <w:r>
        <w:rPr>
          <w:sz w:val="22"/>
        </w:rPr>
        <w:t>B. Bỏ qua thông báo vì nghĩ rằng mình chưa đủ 18 tuổi để đi bộ đội.</w:t>
      </w:r>
    </w:p>
    <w:p>
      <w:pPr>
        <w:pStyle w:val="ListParagraph"/>
      </w:pPr>
      <w:r>
        <w:rPr>
          <w:sz w:val="22"/>
        </w:rPr>
        <w:t>C. Đến đăng ký nghĩa vụ quân sự đúng thời gian, địa điểm ghi trong giấy thông báo.</w:t>
      </w:r>
    </w:p>
    <w:p>
      <w:pPr>
        <w:pStyle w:val="ListParagraph"/>
      </w:pPr>
      <w:r>
        <w:rPr>
          <w:sz w:val="22"/>
        </w:rPr>
        <w:t>D. Nhờ bố mẹ đi đăng ký thay vì mình bận lịch học thêm.</w:t>
      </w:r>
    </w:p>
    <w:p/>
    <w:p>
      <w:r>
        <w:rPr>
          <w:b/>
          <w:sz w:val="24"/>
        </w:rPr>
        <w:t>Câu 37: Anh Minh đang là sinh viên năm thứ hai của một trường Đại học chính quy. Anh Minh nhận được lệnh gọi khám sức khỏe nghĩa vụ quân sự lần đầu. Anh Minh cần thực hiện thủ tục gì để được tạm hoãn gọi nhập ngũ hợp pháp?</w:t>
      </w:r>
    </w:p>
    <w:p>
      <w:pPr>
        <w:pStyle w:val="ListParagraph"/>
      </w:pPr>
      <w:r>
        <w:rPr>
          <w:sz w:val="22"/>
        </w:rPr>
        <w:t>A. Tự viết đơn cam kết sẽ nhập ngũ sau khi ra trường rồi gửi cho Ban Chỉ huy quân sự cấp huyện.</w:t>
      </w:r>
    </w:p>
    <w:p>
      <w:pPr>
        <w:pStyle w:val="ListParagraph"/>
      </w:pPr>
      <w:r>
        <w:rPr>
          <w:sz w:val="22"/>
        </w:rPr>
        <w:t>B. Xin nhà trường cấp Giấy xác nhận đang là sinh viên và nộp cho Hội đồng nghĩa vụ quân sự cấp xã/phường.</w:t>
      </w:r>
    </w:p>
    <w:p>
      <w:pPr>
        <w:pStyle w:val="ListParagraph"/>
      </w:pPr>
      <w:r>
        <w:rPr>
          <w:sz w:val="22"/>
        </w:rPr>
        <w:t>C. Không cần làm gì cả vì hệ thống quản lý quốc gia tự động liên thông dữ liệu học tập.</w:t>
      </w:r>
    </w:p>
    <w:p>
      <w:pPr>
        <w:pStyle w:val="ListParagraph"/>
      </w:pPr>
      <w:r>
        <w:rPr>
          <w:sz w:val="22"/>
        </w:rPr>
        <w:t>D. Nhờ người thân đến đồn công an khai báo tạm vắng khỏi địa phương trong suốt thời gian tuyển quân.</w:t>
      </w:r>
    </w:p>
    <w:p/>
    <w:p>
      <w:r>
        <w:rPr>
          <w:b/>
          <w:sz w:val="24"/>
        </w:rPr>
        <w:t>Câu 38: Khi thấy một người bạn cùng lớp có biểu hiện lo lắng và tìm cách uống các loại thuốc làm tăng huyết áp tạm thời trước ngày khám sức khỏe nghĩa vụ quân sự, em nên làm gì?</w:t>
      </w:r>
    </w:p>
    <w:p>
      <w:pPr>
        <w:pStyle w:val="ListParagraph"/>
      </w:pPr>
      <w:r>
        <w:rPr>
          <w:sz w:val="22"/>
        </w:rPr>
        <w:t>A. Mách cho các bạn khác cùng lớp biết để cùng làm theo.</w:t>
      </w:r>
    </w:p>
    <w:p>
      <w:pPr>
        <w:pStyle w:val="ListParagraph"/>
      </w:pPr>
      <w:r>
        <w:rPr>
          <w:sz w:val="22"/>
        </w:rPr>
        <w:t>B. Ủng hộ bạn vì đó là quyền cá nhân nhằm bảo vệ lợi ích học tập của bạn.</w:t>
      </w:r>
    </w:p>
    <w:p>
      <w:pPr>
        <w:pStyle w:val="ListParagraph"/>
      </w:pPr>
      <w:r>
        <w:rPr>
          <w:sz w:val="22"/>
        </w:rPr>
        <w:t>C. Khuyên ngăn bạn, phân tích tác hại đối với sức khỏe và tính bất hợp pháp của hành vi trốn tránh nghĩa vụ quân sự.</w:t>
      </w:r>
    </w:p>
    <w:p>
      <w:pPr>
        <w:pStyle w:val="ListParagraph"/>
      </w:pPr>
      <w:r>
        <w:rPr>
          <w:sz w:val="22"/>
        </w:rPr>
        <w:t>D. Lờ đi coi như không biết để giữ tình bạn.</w:t>
      </w:r>
    </w:p>
    <w:p/>
    <w:p>
      <w:r>
        <w:rPr>
          <w:b/>
          <w:sz w:val="24"/>
        </w:rPr>
        <w:t>Câu 39: Trường hợp công dân X có hành vi cố tình không chấp hành lệnh gọi kiểm tra, khám sức khỏe nghĩa vụ quân sự dù đã bị xử phạt vi phạm hành chính, sau đó tiếp tục trốn tránh lệnh gọi nhập ngũ. Hành vi của X sẽ bị xử lý như thế nào theo tính chất nghiêm trọng của pháp luật?</w:t>
      </w:r>
    </w:p>
    <w:p>
      <w:pPr>
        <w:pStyle w:val="ListParagraph"/>
      </w:pPr>
      <w:r>
        <w:rPr>
          <w:sz w:val="22"/>
        </w:rPr>
        <w:t>A. Chỉ bị nhắc nhở nghiêm khắc trước toàn thể nhân dân địa phương.</w:t>
      </w:r>
    </w:p>
    <w:p>
      <w:pPr>
        <w:pStyle w:val="ListParagraph"/>
      </w:pPr>
      <w:r>
        <w:rPr>
          <w:sz w:val="22"/>
        </w:rPr>
        <w:t>B. Bị xử phạt hành chính với mức tiền gấp đôi lần phạt trước.</w:t>
      </w:r>
    </w:p>
    <w:p>
      <w:pPr>
        <w:pStyle w:val="ListParagraph"/>
      </w:pPr>
      <w:r>
        <w:rPr>
          <w:sz w:val="22"/>
        </w:rPr>
        <w:t>C. Có thể bị truy cứu trách nhiệm hình sự về tội trốn tránh nghĩa vụ quân sự theo Bộ luật Hình sự.</w:t>
      </w:r>
    </w:p>
    <w:p>
      <w:pPr>
        <w:pStyle w:val="ListParagraph"/>
      </w:pPr>
      <w:r>
        <w:rPr>
          <w:sz w:val="22"/>
        </w:rPr>
        <w:t>D. Bị buộc phải lao động công ích tại cơ quan quân sự cấp huyện trong 2 năm.</w:t>
      </w:r>
    </w:p>
    <w:p/>
    <w:p>
      <w:r>
        <w:rPr>
          <w:b/>
          <w:sz w:val="24"/>
        </w:rPr>
        <w:t>Câu 40: Trách nhiệm của học sinh lớp 11 trong việc phản bác các quan điểm sai trái, luận điệu xuyên tạc trên mạng xã hội cho rằng 'thực hiện nghĩa vụ quân sự là mất thời gian, uổng phí thanh xuân' cần được cụ thể hóa bằng hành động nào?</w:t>
      </w:r>
    </w:p>
    <w:p>
      <w:pPr>
        <w:pStyle w:val="ListParagraph"/>
      </w:pPr>
      <w:r>
        <w:rPr>
          <w:sz w:val="22"/>
        </w:rPr>
        <w:t>A. Tuyên truyền, lan tỏa các câu chuyện đẹp, hình ảnh ý nghĩa về cuộc sống quân ngũ và giá trị thiêng liêng của việc bảo vệ Tổ quốc trên các diễn đàn học sinh.</w:t>
      </w:r>
    </w:p>
    <w:p>
      <w:pPr>
        <w:pStyle w:val="ListParagraph"/>
      </w:pPr>
      <w:r>
        <w:rPr>
          <w:sz w:val="22"/>
        </w:rPr>
        <w:t>B. Tham gia vào các cuộc tranh luận, công kích gay gắt sử dụng ngôn từ bạo lực mạng để áp chế đối phương.</w:t>
      </w:r>
    </w:p>
    <w:p>
      <w:pPr>
        <w:pStyle w:val="ListParagraph"/>
      </w:pPr>
      <w:r>
        <w:rPr>
          <w:sz w:val="22"/>
        </w:rPr>
        <w:t>C. Khóa toàn bộ tài khoản mạng xã hội để tránh tiếp cận với các thông tin tiêu cực đó.</w:t>
      </w:r>
    </w:p>
    <w:p>
      <w:pPr>
        <w:pStyle w:val="ListParagraph"/>
      </w:pPr>
      <w:r>
        <w:rPr>
          <w:sz w:val="22"/>
        </w:rPr>
        <w:t>D. Yêu cầu nhà trường tổ chức một cuộc biểu tình quy mô lớn để phản đối các trang mạng xấu độc.</w:t>
      </w:r>
    </w:p>
    <w:p/>
    <w:p>
      <w:r>
        <w:rPr>
          <w:b/>
          <w:sz w:val="24"/>
        </w:rPr>
        <w:t>Câu 41: Theo pháp luật Việt Nam, hành vi nào sau đây được phân loại vào nhóm tệ nạn xã hội phổ biến nhất? [Nhận biết]</w:t>
      </w:r>
    </w:p>
    <w:p>
      <w:pPr>
        <w:pStyle w:val="ListParagraph"/>
      </w:pPr>
      <w:r>
        <w:rPr>
          <w:sz w:val="22"/>
        </w:rPr>
        <w:t>A. Tích cực tham gia các hoạt động thiện nguyện.</w:t>
      </w:r>
    </w:p>
    <w:p>
      <w:pPr>
        <w:pStyle w:val="ListParagraph"/>
      </w:pPr>
      <w:r>
        <w:rPr>
          <w:sz w:val="22"/>
        </w:rPr>
        <w:t>B. Mại dâm, cờ bạc, nghiện ma túy.</w:t>
      </w:r>
    </w:p>
    <w:p>
      <w:pPr>
        <w:pStyle w:val="ListParagraph"/>
      </w:pPr>
      <w:r>
        <w:rPr>
          <w:sz w:val="22"/>
        </w:rPr>
        <w:t>C. Kinh doanh hàng hóa có giấy phép.</w:t>
      </w:r>
    </w:p>
    <w:p>
      <w:pPr>
        <w:pStyle w:val="ListParagraph"/>
      </w:pPr>
      <w:r>
        <w:rPr>
          <w:sz w:val="22"/>
        </w:rPr>
        <w:t>D. Tham gia giao thông đúng luật.</w:t>
      </w:r>
    </w:p>
    <w:p/>
    <w:p>
      <w:r>
        <w:rPr>
          <w:b/>
          <w:sz w:val="24"/>
        </w:rPr>
        <w:t>Câu 42: Tội phạm về ma túy gây ra hệ lụy nghiêm trọng nhất nào sau đây trực tiếp đến sức khỏe con người? [Nhận biết]</w:t>
      </w:r>
    </w:p>
    <w:p>
      <w:pPr>
        <w:pStyle w:val="ListParagraph"/>
      </w:pPr>
      <w:r>
        <w:rPr>
          <w:sz w:val="22"/>
        </w:rPr>
        <w:t>A. Gây nghiện, hủy hoại hệ thần kinh và thể chất.</w:t>
      </w:r>
    </w:p>
    <w:p>
      <w:pPr>
        <w:pStyle w:val="ListParagraph"/>
      </w:pPr>
      <w:r>
        <w:rPr>
          <w:sz w:val="22"/>
        </w:rPr>
        <w:t>B. Làm tăng thu nhập bình quân của gia đình.</w:t>
      </w:r>
    </w:p>
    <w:p>
      <w:pPr>
        <w:pStyle w:val="ListParagraph"/>
      </w:pPr>
      <w:r>
        <w:rPr>
          <w:sz w:val="22"/>
        </w:rPr>
        <w:t>C. Kích thích tinh thần làm việc hăng say.</w:t>
      </w:r>
    </w:p>
    <w:p>
      <w:pPr>
        <w:pStyle w:val="ListParagraph"/>
      </w:pPr>
      <w:r>
        <w:rPr>
          <w:sz w:val="22"/>
        </w:rPr>
        <w:t>D. Tăng cường sức đề kháng của cơ thể.</w:t>
      </w:r>
    </w:p>
    <w:p/>
    <w:p>
      <w:r>
        <w:rPr>
          <w:b/>
          <w:sz w:val="24"/>
        </w:rPr>
        <w:t>Câu 43: Đâu là một hình thức biểu hiện của tệ nạn cờ bạc trái phép? [Nhận biết]</w:t>
      </w:r>
    </w:p>
    <w:p>
      <w:pPr>
        <w:pStyle w:val="ListParagraph"/>
      </w:pPr>
      <w:r>
        <w:rPr>
          <w:sz w:val="22"/>
        </w:rPr>
        <w:t>A. Mua xổ số kiến thiết do Nhà nước phát hành.</w:t>
      </w:r>
    </w:p>
    <w:p>
      <w:pPr>
        <w:pStyle w:val="ListParagraph"/>
      </w:pPr>
      <w:r>
        <w:rPr>
          <w:sz w:val="22"/>
        </w:rPr>
        <w:t>B. Tham gia các trò chơi dân gian ngày Tết không ăn tiền.</w:t>
      </w:r>
    </w:p>
    <w:p>
      <w:pPr>
        <w:pStyle w:val="ListParagraph"/>
      </w:pPr>
      <w:r>
        <w:rPr>
          <w:sz w:val="22"/>
        </w:rPr>
        <w:t>C. Chơi cá độ bóng đá, đánh bài ăn tiền qua mạng trái phép.</w:t>
      </w:r>
    </w:p>
    <w:p>
      <w:pPr>
        <w:pStyle w:val="ListParagraph"/>
      </w:pPr>
      <w:r>
        <w:rPr>
          <w:sz w:val="22"/>
        </w:rPr>
        <w:t>D. Mua bảo hiểm nhân thọ bảo vệ sức khỏe.</w:t>
      </w:r>
    </w:p>
    <w:p/>
    <w:p>
      <w:r>
        <w:rPr>
          <w:b/>
          <w:sz w:val="24"/>
        </w:rPr>
        <w:t>Câu 44: Tệ nạn mê tín dị đoan thường biểu hiện qua hành vi nào sau đây? [Nhận biết]</w:t>
      </w:r>
    </w:p>
    <w:p>
      <w:pPr>
        <w:pStyle w:val="ListParagraph"/>
      </w:pPr>
      <w:r>
        <w:rPr>
          <w:sz w:val="22"/>
        </w:rPr>
        <w:t>A. Nghiên cứu lịch sử văn hóa dân tộc.</w:t>
      </w:r>
    </w:p>
    <w:p>
      <w:pPr>
        <w:pStyle w:val="ListParagraph"/>
      </w:pPr>
      <w:r>
        <w:rPr>
          <w:sz w:val="22"/>
        </w:rPr>
        <w:t>B. Bói toán, lên đồng, chữa bệnh bằng bùa chú trái khoa học.</w:t>
      </w:r>
    </w:p>
    <w:p>
      <w:pPr>
        <w:pStyle w:val="ListParagraph"/>
      </w:pPr>
      <w:r>
        <w:rPr>
          <w:sz w:val="22"/>
        </w:rPr>
        <w:t>C. Đi lễ chùa cầu bình an theo truyền thống lành mạnh.</w:t>
      </w:r>
    </w:p>
    <w:p>
      <w:pPr>
        <w:pStyle w:val="ListParagraph"/>
      </w:pPr>
      <w:r>
        <w:rPr>
          <w:sz w:val="22"/>
        </w:rPr>
        <w:t>D. Thắp hương tưởng niệm các anh hùng liệt sĩ.</w:t>
      </w:r>
    </w:p>
    <w:p/>
    <w:p>
      <w:r>
        <w:rPr>
          <w:b/>
          <w:sz w:val="24"/>
        </w:rPr>
        <w:t>Câu 45: Trong công tác phòng chống tệ nạn xã hội, lực lượng nào giữ vai trò nòng cốt, chuyên trách bảo đảm an ninh trật tự? [Nhận biết]</w:t>
      </w:r>
    </w:p>
    <w:p>
      <w:pPr>
        <w:pStyle w:val="ListParagraph"/>
      </w:pPr>
      <w:r>
        <w:rPr>
          <w:sz w:val="22"/>
        </w:rPr>
        <w:t>A. Hội Khuyến học địa phương.</w:t>
      </w:r>
    </w:p>
    <w:p>
      <w:pPr>
        <w:pStyle w:val="ListParagraph"/>
      </w:pPr>
      <w:r>
        <w:rPr>
          <w:sz w:val="22"/>
        </w:rPr>
        <w:t>B. Lực lượng Công an nhân dân.</w:t>
      </w:r>
    </w:p>
    <w:p>
      <w:pPr>
        <w:pStyle w:val="ListParagraph"/>
      </w:pPr>
      <w:r>
        <w:rPr>
          <w:sz w:val="22"/>
        </w:rPr>
        <w:t>C. Đoàn Thanh niên Cộng sản Hồ Chí Minh.</w:t>
      </w:r>
    </w:p>
    <w:p>
      <w:pPr>
        <w:pStyle w:val="ListParagraph"/>
      </w:pPr>
      <w:r>
        <w:rPr>
          <w:sz w:val="22"/>
        </w:rPr>
        <w:t>D. Hội Cựu chiến binh.</w:t>
      </w:r>
    </w:p>
    <w:p/>
    <w:p>
      <w:r>
        <w:rPr>
          <w:b/>
          <w:sz w:val="24"/>
        </w:rPr>
        <w:t>Câu 46: Chất nào sau đây nằm trong danh mục các chất ma túy tuyệt đối cấm sử dụng trong đời sống xã hội (trừ trường hợp y tế đặc biệt)? [Nhận biết]</w:t>
      </w:r>
    </w:p>
    <w:p>
      <w:pPr>
        <w:pStyle w:val="ListParagraph"/>
      </w:pPr>
      <w:r>
        <w:rPr>
          <w:sz w:val="22"/>
        </w:rPr>
        <w:t>A. Nước khoáng thiên nhiên.</w:t>
      </w:r>
    </w:p>
    <w:p>
      <w:pPr>
        <w:pStyle w:val="ListParagraph"/>
      </w:pPr>
      <w:r>
        <w:rPr>
          <w:sz w:val="22"/>
        </w:rPr>
        <w:t>B. Heroin, ma túy tổng hợp (đá).</w:t>
      </w:r>
    </w:p>
    <w:p>
      <w:pPr>
        <w:pStyle w:val="ListParagraph"/>
      </w:pPr>
      <w:r>
        <w:rPr>
          <w:sz w:val="22"/>
        </w:rPr>
        <w:t>C. Nước ép trái cây.</w:t>
      </w:r>
    </w:p>
    <w:p>
      <w:pPr>
        <w:pStyle w:val="ListParagraph"/>
      </w:pPr>
      <w:r>
        <w:rPr>
          <w:sz w:val="22"/>
        </w:rPr>
        <w:t>D. Chất kích thích tăng trưởng thực vật.</w:t>
      </w:r>
    </w:p>
    <w:p/>
    <w:p>
      <w:r>
        <w:rPr>
          <w:b/>
          <w:sz w:val="24"/>
        </w:rPr>
        <w:t>Câu 47: Trách nhiệm đầu tiên và cốt lõi của học sinh trong phòng chống tệ nạn xã hội tại trường học là gì? [Nhận biết]</w:t>
      </w:r>
    </w:p>
    <w:p>
      <w:pPr>
        <w:pStyle w:val="ListParagraph"/>
      </w:pPr>
      <w:r>
        <w:rPr>
          <w:sz w:val="22"/>
        </w:rPr>
        <w:t>A. Không tham gia, không bao che và chủ động tránh xa tệ nạn xã hội.</w:t>
      </w:r>
    </w:p>
    <w:p>
      <w:pPr>
        <w:pStyle w:val="ListParagraph"/>
      </w:pPr>
      <w:r>
        <w:rPr>
          <w:sz w:val="22"/>
        </w:rPr>
        <w:t>B. Tự ý đi bắt các đối tượng buôn bán ma túy.</w:t>
      </w:r>
    </w:p>
    <w:p>
      <w:pPr>
        <w:pStyle w:val="ListParagraph"/>
      </w:pPr>
      <w:r>
        <w:rPr>
          <w:sz w:val="22"/>
        </w:rPr>
        <w:t>C. Bỏ học để đi tuần tra an ninh xóm thôn.</w:t>
      </w:r>
    </w:p>
    <w:p>
      <w:pPr>
        <w:pStyle w:val="ListParagraph"/>
      </w:pPr>
      <w:r>
        <w:rPr>
          <w:sz w:val="22"/>
        </w:rPr>
        <w:t>D. Thờ ơ, coi như không liên quan đến bản thân.</w:t>
      </w:r>
    </w:p>
    <w:p/>
    <w:p>
      <w:r>
        <w:rPr>
          <w:b/>
          <w:sz w:val="24"/>
        </w:rPr>
        <w:t>Câu 48: Một trong những tác hại trực tiếp của tệ nạn mại dâm đối với cá nhân người tham gia là gì? [Nhận biết]</w:t>
      </w:r>
    </w:p>
    <w:p>
      <w:pPr>
        <w:pStyle w:val="ListParagraph"/>
      </w:pPr>
      <w:r>
        <w:rPr>
          <w:sz w:val="22"/>
        </w:rPr>
        <w:t>A. Nâng cao uy tín cá nhân trong cộng đồng.</w:t>
      </w:r>
    </w:p>
    <w:p>
      <w:pPr>
        <w:pStyle w:val="ListParagraph"/>
      </w:pPr>
      <w:r>
        <w:rPr>
          <w:sz w:val="22"/>
        </w:rPr>
        <w:t>B. Nguy cơ cao lây nhiễm các bệnh qua đường tình dục và HIV/AIDS.</w:t>
      </w:r>
    </w:p>
    <w:p>
      <w:pPr>
        <w:pStyle w:val="ListParagraph"/>
      </w:pPr>
      <w:r>
        <w:rPr>
          <w:sz w:val="22"/>
        </w:rPr>
        <w:t>C. Phát triển tư duy kinh tế thị trường.</w:t>
      </w:r>
    </w:p>
    <w:p>
      <w:pPr>
        <w:pStyle w:val="ListParagraph"/>
      </w:pPr>
      <w:r>
        <w:rPr>
          <w:sz w:val="22"/>
        </w:rPr>
        <w:t>D. Cải thiện sức khỏe tinh thần bền vững.</w:t>
      </w:r>
    </w:p>
    <w:p/>
    <w:p>
      <w:r>
        <w:rPr>
          <w:b/>
          <w:sz w:val="24"/>
        </w:rPr>
        <w:t>Câu 49: Cơ quan nào có thẩm quyền ra quyết định đưa người nghiện ma túy từ đủ 18 tuổi trở lên vào cơ sở cai nghiện bắt buộc? [Nhận biết]</w:t>
      </w:r>
    </w:p>
    <w:p>
      <w:pPr>
        <w:pStyle w:val="ListParagraph"/>
      </w:pPr>
      <w:r>
        <w:rPr>
          <w:sz w:val="22"/>
        </w:rPr>
        <w:t>A. Trường THPT nơi người đó từng học.</w:t>
      </w:r>
    </w:p>
    <w:p>
      <w:pPr>
        <w:pStyle w:val="ListParagraph"/>
      </w:pPr>
      <w:r>
        <w:rPr>
          <w:sz w:val="22"/>
        </w:rPr>
        <w:t>B. Tòa án nhân dân cấp xã.</w:t>
      </w:r>
    </w:p>
    <w:p>
      <w:pPr>
        <w:pStyle w:val="ListParagraph"/>
      </w:pPr>
      <w:r>
        <w:rPr>
          <w:sz w:val="22"/>
        </w:rPr>
        <w:t>C. Ủy ban Mặt trận Tổ quốc xã.</w:t>
      </w:r>
    </w:p>
    <w:p>
      <w:pPr>
        <w:pStyle w:val="ListParagraph"/>
      </w:pPr>
      <w:r>
        <w:rPr>
          <w:sz w:val="22"/>
        </w:rPr>
        <w:t>D. Trạm y tế xã, phường.</w:t>
      </w:r>
    </w:p>
    <w:p/>
    <w:p>
      <w:r>
        <w:rPr>
          <w:b/>
          <w:sz w:val="24"/>
        </w:rPr>
        <w:t>Câu 50: Theo Luật Phòng, chống ma túy, hành vi nào sau đây bị nghiêm cấm? [Nhận biết]</w:t>
      </w:r>
    </w:p>
    <w:p>
      <w:pPr>
        <w:pStyle w:val="ListParagraph"/>
      </w:pPr>
      <w:r>
        <w:rPr>
          <w:sz w:val="22"/>
        </w:rPr>
        <w:t>A. Tuyên truyền về tác hại của chất ma túy.</w:t>
      </w:r>
    </w:p>
    <w:p>
      <w:pPr>
        <w:pStyle w:val="ListParagraph"/>
      </w:pPr>
      <w:r>
        <w:rPr>
          <w:sz w:val="22"/>
        </w:rPr>
        <w:t>B. Sử dụng, sản xuất, tàng trữ, mua bán trái phép chất ma túy.</w:t>
      </w:r>
    </w:p>
    <w:p>
      <w:pPr>
        <w:pStyle w:val="ListParagraph"/>
      </w:pPr>
      <w:r>
        <w:rPr>
          <w:sz w:val="22"/>
        </w:rPr>
        <w:t>C. Khuyên nhủ người nghiện đi cai nghiện tự nguyện.</w:t>
      </w:r>
    </w:p>
    <w:p>
      <w:pPr>
        <w:pStyle w:val="ListParagraph"/>
      </w:pPr>
      <w:r>
        <w:rPr>
          <w:sz w:val="22"/>
        </w:rPr>
        <w:t>D. Giúp đỡ người sau cai nghiện tái hòa nhập cộng đồng.</w:t>
      </w:r>
    </w:p>
    <w:p/>
    <w:p>
      <w:r>
        <w:rPr>
          <w:b/>
          <w:sz w:val="24"/>
        </w:rPr>
        <w:t>Câu 51: Tại sao trong thời kỳ hội nhập quốc tế, các tệ nạn xã hội tại Việt Nam lại có xu hướng diễn biến phức tạp và tinh vi hơn? [Thông hiểu]</w:t>
      </w:r>
    </w:p>
    <w:p>
      <w:pPr>
        <w:pStyle w:val="ListParagraph"/>
      </w:pPr>
      <w:r>
        <w:rPr>
          <w:sz w:val="22"/>
        </w:rPr>
        <w:t>A. Do các cơ quan chức năng nới lỏng toàn bộ việc kiểm soát biên giới.</w:t>
      </w:r>
    </w:p>
    <w:p>
      <w:pPr>
        <w:pStyle w:val="ListParagraph"/>
      </w:pPr>
      <w:r>
        <w:rPr>
          <w:sz w:val="22"/>
        </w:rPr>
        <w:t>B. Do sự xâm nhập của các luồng văn hóa độc hại và tội phạm xuyên quốc gia công nghệ cao.</w:t>
      </w:r>
    </w:p>
    <w:p>
      <w:pPr>
        <w:pStyle w:val="ListParagraph"/>
      </w:pPr>
      <w:r>
        <w:rPr>
          <w:sz w:val="22"/>
        </w:rPr>
        <w:t>C. Do người dân không còn quan tâm đến các giá trị truyền thống.</w:t>
      </w:r>
    </w:p>
    <w:p>
      <w:pPr>
        <w:pStyle w:val="ListParagraph"/>
      </w:pPr>
      <w:r>
        <w:rPr>
          <w:sz w:val="22"/>
        </w:rPr>
        <w:t>D. Do kinh tế Việt Nam không phát triển trong thời kỳ hội nhập.</w:t>
      </w:r>
    </w:p>
    <w:p/>
    <w:p>
      <w:r>
        <w:rPr>
          <w:b/>
          <w:sz w:val="24"/>
        </w:rPr>
        <w:t>Câu 52: Mối quan hệ giữa tệ nạn ma túy và việc lây nhiễm HIV/AIDS được thể hiện như thế nào? [Thông hiểu]</w:t>
      </w:r>
    </w:p>
    <w:p>
      <w:pPr>
        <w:pStyle w:val="ListParagraph"/>
      </w:pPr>
      <w:r>
        <w:rPr>
          <w:sz w:val="22"/>
        </w:rPr>
        <w:t>A. Ma túy và HIV/AIDS không có mối quan hệ hay tác động gì qua lại.</w:t>
      </w:r>
    </w:p>
    <w:p>
      <w:pPr>
        <w:pStyle w:val="ListParagraph"/>
      </w:pPr>
      <w:r>
        <w:rPr>
          <w:sz w:val="22"/>
        </w:rPr>
        <w:t>B. Việc sử dụng chung bơm kim tiêm khi tiêm chích ma túy là con đường lây nhiễm HIV rất cao.</w:t>
      </w:r>
    </w:p>
    <w:p>
      <w:pPr>
        <w:pStyle w:val="ListParagraph"/>
      </w:pPr>
      <w:r>
        <w:rPr>
          <w:sz w:val="22"/>
        </w:rPr>
        <w:t>C. Chỉ người hít ma túy mới có nguy cơ lây nhiễm HIV/AIDS.</w:t>
      </w:r>
    </w:p>
    <w:p>
      <w:pPr>
        <w:pStyle w:val="ListParagraph"/>
      </w:pPr>
      <w:r>
        <w:rPr>
          <w:sz w:val="22"/>
        </w:rPr>
        <w:t>D. Sử dụng ma túy giúp người nhiễm HIV kéo dài thời gian sống.</w:t>
      </w:r>
    </w:p>
    <w:p/>
    <w:p>
      <w:r>
        <w:rPr>
          <w:b/>
          <w:sz w:val="24"/>
        </w:rPr>
        <w:t>Câu 53: Việc học sinh tham gia các trò chơi ăn tiền trên mạng internet (như game bài đổi thưởng) thực chất là hành vi gì? [Thông hiểu]</w:t>
      </w:r>
    </w:p>
    <w:p>
      <w:pPr>
        <w:pStyle w:val="ListParagraph"/>
      </w:pPr>
      <w:r>
        <w:rPr>
          <w:sz w:val="22"/>
        </w:rPr>
        <w:t>A. Hình thức giải trí thông minh thời công nghệ số được khuyến khích.</w:t>
      </w:r>
    </w:p>
    <w:p>
      <w:pPr>
        <w:pStyle w:val="ListParagraph"/>
      </w:pPr>
      <w:r>
        <w:rPr>
          <w:sz w:val="22"/>
        </w:rPr>
        <w:t>B. Hành vi biến tướng của tệ nạn cờ bạc, vi phạm pháp luật.</w:t>
      </w:r>
    </w:p>
    <w:p>
      <w:pPr>
        <w:pStyle w:val="ListParagraph"/>
      </w:pPr>
      <w:r>
        <w:rPr>
          <w:sz w:val="22"/>
        </w:rPr>
        <w:t>C. Phương pháp rèn luyện tư duy tài chính hiệu quả.</w:t>
      </w:r>
    </w:p>
    <w:p>
      <w:pPr>
        <w:pStyle w:val="ListParagraph"/>
      </w:pPr>
      <w:r>
        <w:rPr>
          <w:sz w:val="22"/>
        </w:rPr>
        <w:t>D. Hoạt động học tập tương tác sáng tạo.</w:t>
      </w:r>
    </w:p>
    <w:p/>
    <w:p>
      <w:r>
        <w:rPr>
          <w:b/>
          <w:sz w:val="24"/>
        </w:rPr>
        <w:t>Câu 54: Tệ nạn xã hội gây ra hậu quả nào sau đây đối với nền kinh tế và sự ổn định của quốc gia? [Thông hiểu]</w:t>
      </w:r>
    </w:p>
    <w:p>
      <w:pPr>
        <w:pStyle w:val="ListParagraph"/>
      </w:pPr>
      <w:r>
        <w:rPr>
          <w:sz w:val="22"/>
        </w:rPr>
        <w:t>A. Làm giảm gánh nặng ngân sách cho việc bảo đảm an sinh.</w:t>
      </w:r>
    </w:p>
    <w:p>
      <w:pPr>
        <w:pStyle w:val="ListParagraph"/>
      </w:pPr>
      <w:r>
        <w:rPr>
          <w:sz w:val="22"/>
        </w:rPr>
        <w:t>B. Làm suy giảm lực lượng lao động, tiêu tốn ngân sách cho công tác cứu chữa, cai nghiện và phá án.</w:t>
      </w:r>
    </w:p>
    <w:p>
      <w:pPr>
        <w:pStyle w:val="ListParagraph"/>
      </w:pPr>
      <w:r>
        <w:rPr>
          <w:sz w:val="22"/>
        </w:rPr>
        <w:t>C. Thu hút thêm nhiều nguồn vốn đầu tư hợp pháp từ nước ngoài.</w:t>
      </w:r>
    </w:p>
    <w:p>
      <w:pPr>
        <w:pStyle w:val="ListParagraph"/>
      </w:pPr>
      <w:r>
        <w:rPr>
          <w:sz w:val="22"/>
        </w:rPr>
        <w:t>D. Thúc đẩy các ngành dịch vụ giải trí không lành mạnh phát triển ổn định.</w:t>
      </w:r>
    </w:p>
    <w:p/>
    <w:p>
      <w:r>
        <w:rPr>
          <w:b/>
          <w:sz w:val="24"/>
        </w:rPr>
        <w:t>Câu 55: Tại sao việc phòng chống tệ nạn xã hội đòi hỏi phải kết hợp chặt chẽ giữa 'xây' và 'chống'? [Thông hiểu]</w:t>
      </w:r>
    </w:p>
    <w:p>
      <w:pPr>
        <w:pStyle w:val="ListParagraph"/>
      </w:pPr>
      <w:r>
        <w:rPr>
          <w:sz w:val="22"/>
        </w:rPr>
        <w:t>A. Vì chỉ cần 'chống' bằng pháp luật nghiêm trị là đủ xóa bỏ tệ nạn.</w:t>
      </w:r>
    </w:p>
    <w:p>
      <w:pPr>
        <w:pStyle w:val="ListParagraph"/>
      </w:pPr>
      <w:r>
        <w:rPr>
          <w:sz w:val="22"/>
        </w:rPr>
        <w:t>B. Vì song song với việc xử phạt (chống), cần xây dựng môi trường sống lành mạnh, giáo dục nhận thức (xây) để ngăn chặn từ gốc.</w:t>
      </w:r>
    </w:p>
    <w:p>
      <w:pPr>
        <w:pStyle w:val="ListParagraph"/>
      </w:pPr>
      <w:r>
        <w:rPr>
          <w:sz w:val="22"/>
        </w:rPr>
        <w:t>C. Vì việc 'xây' tốn ít chi phí hơn việc 'chống' tội phạm.</w:t>
      </w:r>
    </w:p>
    <w:p>
      <w:pPr>
        <w:pStyle w:val="ListParagraph"/>
      </w:pPr>
      <w:r>
        <w:rPr>
          <w:sz w:val="22"/>
        </w:rPr>
        <w:t>D. Vì hai khái niệm này hoàn toàn độc lập và không hỗ trợ cho nhau.</w:t>
      </w:r>
    </w:p>
    <w:p/>
    <w:p>
      <w:r>
        <w:rPr>
          <w:b/>
          <w:sz w:val="24"/>
        </w:rPr>
        <w:t>Câu 56: Khi vô tình phát hiện một nhóm bạn cùng trường đang tụ tập ở khu vực vắng vẻ để sử dụng thuốc lá điện tử có chứa chất kích thích, em nên chọn cách ứng xử nào? [Vận dụng thấp]</w:t>
      </w:r>
    </w:p>
    <w:p>
      <w:pPr>
        <w:pStyle w:val="ListParagraph"/>
      </w:pPr>
      <w:r>
        <w:rPr>
          <w:sz w:val="22"/>
        </w:rPr>
        <w:t>A. Tham gia thử cùng các bạn để không bị coi là lạc lõng.</w:t>
      </w:r>
    </w:p>
    <w:p>
      <w:pPr>
        <w:pStyle w:val="ListParagraph"/>
      </w:pPr>
      <w:r>
        <w:rPr>
          <w:sz w:val="22"/>
        </w:rPr>
        <w:t>B. Lờ đi coi như không thấy để giữ mối quan hệ bạn bè.</w:t>
      </w:r>
    </w:p>
    <w:p>
      <w:pPr>
        <w:pStyle w:val="ListParagraph"/>
      </w:pPr>
      <w:r>
        <w:rPr>
          <w:sz w:val="22"/>
        </w:rPr>
        <w:t>C. Báo cáo ngay với thầy cô giáo hoặc bảo vệ nhà trường để có biện pháp can thiệp, giúp đỡ kịp thời.</w:t>
      </w:r>
    </w:p>
    <w:p>
      <w:pPr>
        <w:pStyle w:val="ListParagraph"/>
      </w:pPr>
      <w:r>
        <w:rPr>
          <w:sz w:val="22"/>
        </w:rPr>
        <w:t>D. Rủ thêm các bạn lớp khác đến xem và quay video đăng mạng xã hội.</w:t>
      </w:r>
    </w:p>
    <w:p/>
    <w:p>
      <w:r>
        <w:rPr>
          <w:b/>
          <w:sz w:val="24"/>
        </w:rPr>
        <w:t>Câu 57: Một người lạ ở bến xe nhờ em cầm giúp một ba lô nhỏ ra xe khách và hứa cho tiền công cao. Trong tình huống này, em nên xử lý thế nào để đảm bảo an toàn pháp lý? [Vận dụng thấp]</w:t>
      </w:r>
    </w:p>
    <w:p>
      <w:pPr>
        <w:pStyle w:val="ListParagraph"/>
      </w:pPr>
      <w:r>
        <w:rPr>
          <w:sz w:val="22"/>
        </w:rPr>
        <w:t>A. Nhận lời ngay vì công việc đơn giản và có thu nhập cao.</w:t>
      </w:r>
    </w:p>
    <w:p>
      <w:pPr>
        <w:pStyle w:val="ListParagraph"/>
      </w:pPr>
      <w:r>
        <w:rPr>
          <w:sz w:val="22"/>
        </w:rPr>
        <w:t>B. Lịch sự từ chối và cảnh giác, vì ba lô đó có thể chứa chất cấm hoặc hàng lậu mà em không kiểm soát được.</w:t>
      </w:r>
    </w:p>
    <w:p>
      <w:pPr>
        <w:pStyle w:val="ListParagraph"/>
      </w:pPr>
      <w:r>
        <w:rPr>
          <w:sz w:val="22"/>
        </w:rPr>
        <w:t>C. Mở ba lô ra kiểm tra trước mặt người lạ rồi mới nhận cầm giúp.</w:t>
      </w:r>
    </w:p>
    <w:p>
      <w:pPr>
        <w:pStyle w:val="ListParagraph"/>
      </w:pPr>
      <w:r>
        <w:rPr>
          <w:sz w:val="22"/>
        </w:rPr>
        <w:t>D. Nhờ một bạn khác cầm hộ để chia đôi tiền công.</w:t>
      </w:r>
    </w:p>
    <w:p/>
    <w:p>
      <w:r>
        <w:rPr>
          <w:b/>
          <w:sz w:val="24"/>
        </w:rPr>
        <w:t>Câu 58: Bạn thân của em dạo gần đây thường xuyên trốn học, có biểu hiện uể oải và mượn tiền nhiều người để chơi game đổi thưởng online. Em sẽ làm gì để giúp đỡ bạn? [Vận dụng thấp]</w:t>
      </w:r>
    </w:p>
    <w:p>
      <w:pPr>
        <w:pStyle w:val="ListParagraph"/>
      </w:pPr>
      <w:r>
        <w:rPr>
          <w:sz w:val="22"/>
        </w:rPr>
        <w:t>A. Tiếp tục cho bạn mượn tiền để giữ bí mật cho bạn.</w:t>
      </w:r>
    </w:p>
    <w:p>
      <w:pPr>
        <w:pStyle w:val="ListParagraph"/>
      </w:pPr>
      <w:r>
        <w:rPr>
          <w:sz w:val="22"/>
        </w:rPr>
        <w:t>B. Gặp riêng khuyên nhủ bạn, phân tích tác hại của cờ bạc mạng và cùng gia đình, nhà trường tìm giải pháp hỗ trợ bạn.</w:t>
      </w:r>
    </w:p>
    <w:p>
      <w:pPr>
        <w:pStyle w:val="ListParagraph"/>
      </w:pPr>
      <w:r>
        <w:rPr>
          <w:sz w:val="22"/>
        </w:rPr>
        <w:t>C. Chia sẻ câu chuyện của bạn lên nhóm chat của lớp để mọi người cùng tẩy chay bạn.</w:t>
      </w:r>
    </w:p>
    <w:p>
      <w:pPr>
        <w:pStyle w:val="ListParagraph"/>
      </w:pPr>
      <w:r>
        <w:rPr>
          <w:sz w:val="22"/>
        </w:rPr>
        <w:t>D. Mặc kệ bạn vì đó là việc riêng của gia đình bạn.</w:t>
      </w:r>
    </w:p>
    <w:p/>
    <w:p>
      <w:r>
        <w:rPr>
          <w:b/>
          <w:sz w:val="24"/>
        </w:rPr>
        <w:t>Câu 59: Trên mạng xã hội xuất hiện nhiều hội nhóm kín lôi kéo thanh thiếu niên tham gia 'Đầu tư tài chính nhận hoa hồng cao' thực chất là hình thức lừa đảo, đánh bạc đa cấp. Là một học sinh lớp 11 am hiểu môn GDQP&amp;AN, em vận dụng kiến thức này như thế nào trong môi trường số? [Vận dụng cao]</w:t>
      </w:r>
    </w:p>
    <w:p>
      <w:pPr>
        <w:pStyle w:val="ListParagraph"/>
      </w:pPr>
      <w:r>
        <w:rPr>
          <w:sz w:val="22"/>
        </w:rPr>
        <w:t>A. Thử tham gia với số tiền nhỏ để trải nghiệm xem có lừa đảo thật không.</w:t>
      </w:r>
    </w:p>
    <w:p>
      <w:pPr>
        <w:pStyle w:val="ListParagraph"/>
      </w:pPr>
      <w:r>
        <w:rPr>
          <w:sz w:val="22"/>
        </w:rPr>
        <w:t>B. Chủ động bảo mật thông tin cá nhân, cảnh giác trước các lời mời gọi 'việc nhẹ lương cao', tích cực tuyên truyền tác hại của các bẫy lừa đảo mạng cho bạn bè và báo xấu (report) các trang độc hại.</w:t>
      </w:r>
    </w:p>
    <w:p>
      <w:pPr>
        <w:pStyle w:val="ListParagraph"/>
      </w:pPr>
      <w:r>
        <w:rPr>
          <w:sz w:val="22"/>
        </w:rPr>
        <w:t>C. Im lặng rút khỏi các nhóm đó và không chia sẻ cảnh báo vì sợ bị trả thù mạng.</w:t>
      </w:r>
    </w:p>
    <w:p>
      <w:pPr>
        <w:pStyle w:val="ListParagraph"/>
      </w:pPr>
      <w:r>
        <w:rPr>
          <w:sz w:val="22"/>
        </w:rPr>
        <w:t>D. Tạo một tài khoản giả mạo để đi lừa đảo lại các thành viên khác nhằm lấy lại cân bằng.</w:t>
      </w:r>
    </w:p>
    <w:p/>
    <w:p>
      <w:r>
        <w:rPr>
          <w:b/>
          <w:sz w:val="24"/>
        </w:rPr>
        <w:t>Câu 60: Trước xu thế hội nhập quốc tế toàn cầu, các thế lực thù địch thường xuyên lợi dụng lối sống thực dụng, suy thoái đạo đức và các tệ nạn xã hội để làm băng hoại thế hệ trẻ Việt Nam. Để đập tan âm mưu đó, học sinh lớp 11 cần xác định tầm nhìn chiến lược nào cho bản thân? [Vận dụng cao]</w:t>
      </w:r>
    </w:p>
    <w:p>
      <w:pPr>
        <w:pStyle w:val="ListParagraph"/>
      </w:pPr>
      <w:r>
        <w:rPr>
          <w:sz w:val="22"/>
        </w:rPr>
        <w:t>A. Chỉ cần tập trung học tốt các môn tự nhiên để tìm đường ra nước ngoài định cư.</w:t>
      </w:r>
    </w:p>
    <w:p>
      <w:pPr>
        <w:pStyle w:val="ListParagraph"/>
      </w:pPr>
      <w:r>
        <w:rPr>
          <w:sz w:val="22"/>
        </w:rPr>
        <w:t>B. Kiên định lập trường tư tưởng, tích cực trau dồi tri thức, rèn luyện kỹ năng sống, xây dựng màng lọc văn hóa lành mạnh để tự đề kháng trước các tệ nạn xã hội xuyên quốc gia.</w:t>
      </w:r>
    </w:p>
    <w:p>
      <w:pPr>
        <w:pStyle w:val="ListParagraph"/>
      </w:pPr>
      <w:r>
        <w:rPr>
          <w:sz w:val="22"/>
        </w:rPr>
        <w:t>C. Từ chối mọi sự giao lưu, tiếp xúc với văn hóa nước ngoài để bảo vệ bản sắc tuyệt đối.</w:t>
      </w:r>
    </w:p>
    <w:p>
      <w:pPr>
        <w:pStyle w:val="ListParagraph"/>
      </w:pPr>
      <w:r>
        <w:rPr>
          <w:sz w:val="22"/>
        </w:rPr>
        <w:t>D. Tham gia các hội nhóm biểu tình tự phát trên mạng để phản đối văn hóa phương Tây.</w:t>
      </w:r>
    </w:p>
    <w:p/>
    <w:p>
      <w:r>
        <w:rPr>
          <w:b/>
          <w:sz w:val="24"/>
        </w:rPr>
        <w:t>Câu 61: Theo quy định của pháp luật Việt Nam, môi trường bao gồm các yếu tố vật chất tự nhiên và nhân tạo quan hệ mật thiết với nhau, bao quanh con người và có ảnh hưởng trực tiếp đến điều gì?</w:t>
      </w:r>
    </w:p>
    <w:p>
      <w:pPr>
        <w:pStyle w:val="ListParagraph"/>
      </w:pPr>
      <w:r>
        <w:rPr>
          <w:sz w:val="22"/>
        </w:rPr>
        <w:t>A. Chỉ ảnh hưởng đến hoạt động du lịch và dịch vụ.</w:t>
      </w:r>
    </w:p>
    <w:p>
      <w:pPr>
        <w:pStyle w:val="ListParagraph"/>
      </w:pPr>
      <w:r>
        <w:rPr>
          <w:sz w:val="22"/>
        </w:rPr>
        <w:t>B. Đời sống, sự tồn tại, phát triển của con người và sinh vật.</w:t>
      </w:r>
    </w:p>
    <w:p>
      <w:pPr>
        <w:pStyle w:val="ListParagraph"/>
      </w:pPr>
      <w:r>
        <w:rPr>
          <w:sz w:val="22"/>
        </w:rPr>
        <w:t>C. Quá trình dịch chuyển và biến đổi của vỏ Trái Đất.</w:t>
      </w:r>
    </w:p>
    <w:p>
      <w:pPr>
        <w:pStyle w:val="ListParagraph"/>
      </w:pPr>
      <w:r>
        <w:rPr>
          <w:sz w:val="22"/>
        </w:rPr>
        <w:t>D. Chỉ ảnh hưởng đến nguồn thu ngân sách của quốc gia.</w:t>
      </w:r>
    </w:p>
    <w:p/>
    <w:p>
      <w:r>
        <w:rPr>
          <w:b/>
          <w:sz w:val="24"/>
        </w:rPr>
        <w:t>Câu 62: Hành vi nào sau đây được coi là vi phạm pháp luật về bảo vệ môi trường?</w:t>
      </w:r>
    </w:p>
    <w:p>
      <w:pPr>
        <w:pStyle w:val="ListParagraph"/>
      </w:pPr>
      <w:r>
        <w:rPr>
          <w:sz w:val="22"/>
        </w:rPr>
        <w:t>A. Phân loại rác thải sinh hoạt tại nguồn trước khi đổ.</w:t>
      </w:r>
    </w:p>
    <w:p>
      <w:pPr>
        <w:pStyle w:val="ListParagraph"/>
      </w:pPr>
      <w:r>
        <w:rPr>
          <w:sz w:val="22"/>
        </w:rPr>
        <w:t>B. Trồng cây xanh và thu gom rác thải bãi biển.</w:t>
      </w:r>
    </w:p>
    <w:p>
      <w:pPr>
        <w:pStyle w:val="ListParagraph"/>
      </w:pPr>
      <w:r>
        <w:rPr>
          <w:sz w:val="22"/>
        </w:rPr>
        <w:t>C. Xả chất thải chưa qua xử lý đạt quy chuẩn kỹ thuật ra môi trường.</w:t>
      </w:r>
    </w:p>
    <w:p>
      <w:pPr>
        <w:pStyle w:val="ListParagraph"/>
      </w:pPr>
      <w:r>
        <w:rPr>
          <w:sz w:val="22"/>
        </w:rPr>
        <w:t>D. Sử dụng túi thân thiện với môi trường thay túi nilon.</w:t>
      </w:r>
    </w:p>
    <w:p/>
    <w:p>
      <w:r>
        <w:rPr>
          <w:b/>
          <w:sz w:val="24"/>
        </w:rPr>
        <w:t>Câu 63: Đâu là một trong các nguyên tắc cốt lõi của hoạt động bảo vệ môi trường ở nước ta hiện nay?</w:t>
      </w:r>
    </w:p>
    <w:p>
      <w:pPr>
        <w:pStyle w:val="ListParagraph"/>
      </w:pPr>
      <w:r>
        <w:rPr>
          <w:sz w:val="22"/>
        </w:rPr>
        <w:t>A. Ưu tiên phát triển kinh tế bằng mọi giá, xử lý môi trường sau.</w:t>
      </w:r>
    </w:p>
    <w:p>
      <w:pPr>
        <w:pStyle w:val="ListParagraph"/>
      </w:pPr>
      <w:r>
        <w:rPr>
          <w:sz w:val="22"/>
        </w:rPr>
        <w:t>B. Bảo vệ môi trường là trách nhiệm riêng của cơ quan quản lý.</w:t>
      </w:r>
    </w:p>
    <w:p>
      <w:pPr>
        <w:pStyle w:val="ListParagraph"/>
      </w:pPr>
      <w:r>
        <w:rPr>
          <w:sz w:val="22"/>
        </w:rPr>
        <w:t>C. Bảo vệ môi trường hài hòa với phát triển kinh tế, an sinh xã hội.</w:t>
      </w:r>
    </w:p>
    <w:p>
      <w:pPr>
        <w:pStyle w:val="ListParagraph"/>
      </w:pPr>
      <w:r>
        <w:rPr>
          <w:sz w:val="22"/>
        </w:rPr>
        <w:t>D. Chỉ tập trung bảo vệ môi trường tại các khu đô thị lớn.</w:t>
      </w:r>
    </w:p>
    <w:p/>
    <w:p>
      <w:r>
        <w:rPr>
          <w:b/>
          <w:sz w:val="24"/>
        </w:rPr>
        <w:t>Câu 64: Theo quy định, hành vi chôn lấp, đổ, thải chất thải rắn trái pháp luật thuộc loại vi phạm nào sau đây?</w:t>
      </w:r>
    </w:p>
    <w:p>
      <w:pPr>
        <w:pStyle w:val="ListParagraph"/>
      </w:pPr>
      <w:r>
        <w:rPr>
          <w:sz w:val="22"/>
        </w:rPr>
        <w:t>A. Vi phạm pháp luật về bảo vệ môi trường.</w:t>
      </w:r>
    </w:p>
    <w:p>
      <w:pPr>
        <w:pStyle w:val="ListParagraph"/>
      </w:pPr>
      <w:r>
        <w:rPr>
          <w:sz w:val="22"/>
        </w:rPr>
        <w:t>B. Vi phạm quy chế quản lý trật tự đô thị đô thị.</w:t>
      </w:r>
    </w:p>
    <w:p>
      <w:pPr>
        <w:pStyle w:val="ListParagraph"/>
      </w:pPr>
      <w:r>
        <w:rPr>
          <w:sz w:val="22"/>
        </w:rPr>
        <w:t>C. Vi phạm quyền sở hữu tài sản công cộng.</w:t>
      </w:r>
    </w:p>
    <w:p>
      <w:pPr>
        <w:pStyle w:val="ListParagraph"/>
      </w:pPr>
      <w:r>
        <w:rPr>
          <w:sz w:val="22"/>
        </w:rPr>
        <w:t>D. Vi phạm hành chính về an toàn lao động.</w:t>
      </w:r>
    </w:p>
    <w:p/>
    <w:p>
      <w:r>
        <w:rPr>
          <w:b/>
          <w:sz w:val="24"/>
        </w:rPr>
        <w:t>Câu 65: Cơ quan nào có thẩm quyền chính trong việc xử phạt vi phạm hành chính đối với các hành vi gây ô nhiễm môi trường thông thường ở địa phương?</w:t>
      </w:r>
    </w:p>
    <w:p>
      <w:pPr>
        <w:pStyle w:val="ListParagraph"/>
      </w:pPr>
      <w:r>
        <w:rPr>
          <w:sz w:val="22"/>
        </w:rPr>
        <w:t>A. Phòng Giáo dục và Đào tạo quận, huyện.</w:t>
      </w:r>
    </w:p>
    <w:p>
      <w:pPr>
        <w:pStyle w:val="ListParagraph"/>
      </w:pPr>
      <w:r>
        <w:rPr>
          <w:sz w:val="22"/>
        </w:rPr>
        <w:t>B. Ủy ban nhân dân các cấp và Thanh tra chuyên ngành môi trường.</w:t>
      </w:r>
    </w:p>
    <w:p>
      <w:pPr>
        <w:pStyle w:val="ListParagraph"/>
      </w:pPr>
      <w:r>
        <w:rPr>
          <w:sz w:val="22"/>
        </w:rPr>
        <w:t>C. Các trung tâm y tế dự phòng quận, huyện.</w:t>
      </w:r>
    </w:p>
    <w:p>
      <w:pPr>
        <w:pStyle w:val="ListParagraph"/>
      </w:pPr>
      <w:r>
        <w:rPr>
          <w:sz w:val="22"/>
        </w:rPr>
        <w:t>D. Đoàn Thanh niên Cộng sản Hồ Chí Minh.</w:t>
      </w:r>
    </w:p>
    <w:p/>
    <w:p>
      <w:r>
        <w:rPr>
          <w:b/>
          <w:sz w:val="24"/>
        </w:rPr>
        <w:t>Câu 66: Chất thải nguy hại được định nghĩa là chất thải chứa yếu tố độc hại, phóng xạ, lây nhiễm, dễ cháy, dễ nổ hoặc có đặc tính nguy hại khác vượt ngưỡng quy định, có khả năng gây ảnh hưởng xấu đến điều gì?</w:t>
      </w:r>
    </w:p>
    <w:p>
      <w:pPr>
        <w:pStyle w:val="ListParagraph"/>
      </w:pPr>
      <w:r>
        <w:rPr>
          <w:sz w:val="22"/>
        </w:rPr>
        <w:t>A. Riêng giá trị xuất khẩu của hàng hóa nông nghiệp.</w:t>
      </w:r>
    </w:p>
    <w:p>
      <w:pPr>
        <w:pStyle w:val="ListParagraph"/>
      </w:pPr>
      <w:r>
        <w:rPr>
          <w:sz w:val="22"/>
        </w:rPr>
        <w:t>B. Sức khỏe con người, sinh vật và môi trường.</w:t>
      </w:r>
    </w:p>
    <w:p>
      <w:pPr>
        <w:pStyle w:val="ListParagraph"/>
      </w:pPr>
      <w:r>
        <w:rPr>
          <w:sz w:val="22"/>
        </w:rPr>
        <w:t>C. Cấu trúc địa tầng sâu trong lòng đất.</w:t>
      </w:r>
    </w:p>
    <w:p>
      <w:pPr>
        <w:pStyle w:val="ListParagraph"/>
      </w:pPr>
      <w:r>
        <w:rPr>
          <w:sz w:val="22"/>
        </w:rPr>
        <w:t>D. Tiến độ thi công của các công trình xây dựng.</w:t>
      </w:r>
    </w:p>
    <w:p/>
    <w:p>
      <w:r>
        <w:rPr>
          <w:b/>
          <w:sz w:val="24"/>
        </w:rPr>
        <w:t>Câu 67: Tội vi phạm quy định về quản lý chất thải nguy hại hoặc gây ô nhiễm môi trường ở mức độ đặc biệt nghiêm trọng có thể bị xử lý theo quy định của bộ luật nào?</w:t>
      </w:r>
    </w:p>
    <w:p>
      <w:pPr>
        <w:pStyle w:val="ListParagraph"/>
      </w:pPr>
      <w:r>
        <w:rPr>
          <w:sz w:val="22"/>
        </w:rPr>
        <w:t>A. Bộ luật Dân sự.</w:t>
      </w:r>
    </w:p>
    <w:p>
      <w:pPr>
        <w:pStyle w:val="ListParagraph"/>
      </w:pPr>
      <w:r>
        <w:rPr>
          <w:sz w:val="22"/>
        </w:rPr>
        <w:t>B. Bộ luật Hình sự.</w:t>
      </w:r>
    </w:p>
    <w:p>
      <w:pPr>
        <w:pStyle w:val="ListParagraph"/>
      </w:pPr>
      <w:r>
        <w:rPr>
          <w:sz w:val="22"/>
        </w:rPr>
        <w:t>C. Luật Thương mại.</w:t>
      </w:r>
    </w:p>
    <w:p>
      <w:pPr>
        <w:pStyle w:val="ListParagraph"/>
      </w:pPr>
      <w:r>
        <w:rPr>
          <w:sz w:val="22"/>
        </w:rPr>
        <w:t>D. Luật Lao động.</w:t>
      </w:r>
    </w:p>
    <w:p/>
    <w:p>
      <w:r>
        <w:rPr>
          <w:b/>
          <w:sz w:val="24"/>
        </w:rPr>
        <w:t>Câu 68: Khái niệm 'An ninh môi trường' được hiểu là việc bảo đảm không có biến động lớn về môi trường hoặc sự cố môi trường gây ảnh hưởng nghiêm trọng đến đời sống, sự phát triển và điều gì của quốc gia?</w:t>
      </w:r>
    </w:p>
    <w:p>
      <w:pPr>
        <w:pStyle w:val="ListParagraph"/>
      </w:pPr>
      <w:r>
        <w:rPr>
          <w:sz w:val="22"/>
        </w:rPr>
        <w:t>A. Sự ổn định và phát triển bền vững của quốc gia.</w:t>
      </w:r>
    </w:p>
    <w:p>
      <w:pPr>
        <w:pStyle w:val="ListParagraph"/>
      </w:pPr>
      <w:r>
        <w:rPr>
          <w:sz w:val="22"/>
        </w:rPr>
        <w:t>B. Quy mô dân số đô thị của quốc gia.</w:t>
      </w:r>
    </w:p>
    <w:p>
      <w:pPr>
        <w:pStyle w:val="ListParagraph"/>
      </w:pPr>
      <w:r>
        <w:rPr>
          <w:sz w:val="22"/>
        </w:rPr>
        <w:t>C. Việc quản lý xuất nhập khẩu hàng hóa.</w:t>
      </w:r>
    </w:p>
    <w:p>
      <w:pPr>
        <w:pStyle w:val="ListParagraph"/>
      </w:pPr>
      <w:r>
        <w:rPr>
          <w:sz w:val="22"/>
        </w:rPr>
        <w:t>D. Bản đồ địa giới hành chính các tỉnh.</w:t>
      </w:r>
    </w:p>
    <w:p/>
    <w:p>
      <w:r>
        <w:rPr>
          <w:b/>
          <w:sz w:val="24"/>
        </w:rPr>
        <w:t>Câu 69: Trách nhiệm đầu tiên và trực tiếp của học sinh trong việc bảo vệ môi trường tại trường học là gì?</w:t>
      </w:r>
    </w:p>
    <w:p>
      <w:pPr>
        <w:pStyle w:val="ListParagraph"/>
      </w:pPr>
      <w:r>
        <w:rPr>
          <w:sz w:val="22"/>
        </w:rPr>
        <w:t>A. Đóng góp kinh phí mua sắm xe ép rác chuyên dụng.</w:t>
      </w:r>
    </w:p>
    <w:p>
      <w:pPr>
        <w:pStyle w:val="ListParagraph"/>
      </w:pPr>
      <w:r>
        <w:rPr>
          <w:sz w:val="22"/>
        </w:rPr>
        <w:t>B. Giữ gìn vệ sinh chung, bỏ rác đúng nơi quy định.</w:t>
      </w:r>
    </w:p>
    <w:p>
      <w:pPr>
        <w:pStyle w:val="ListParagraph"/>
      </w:pPr>
      <w:r>
        <w:rPr>
          <w:sz w:val="22"/>
        </w:rPr>
        <w:t>C. Tự ý thay đổi hệ thống thoát nước của nhà trường.</w:t>
      </w:r>
    </w:p>
    <w:p>
      <w:pPr>
        <w:pStyle w:val="ListParagraph"/>
      </w:pPr>
      <w:r>
        <w:rPr>
          <w:sz w:val="22"/>
        </w:rPr>
        <w:t>D. Thành lập các công ty tái chế chất thải học đường.</w:t>
      </w:r>
    </w:p>
    <w:p/>
    <w:p>
      <w:r>
        <w:rPr>
          <w:b/>
          <w:sz w:val="24"/>
        </w:rPr>
        <w:t>Câu 70: Ngày Môi trường Thế giới được tổ chức định kỳ hàng năm vào ngày nào?</w:t>
      </w:r>
    </w:p>
    <w:p>
      <w:pPr>
        <w:pStyle w:val="ListParagraph"/>
      </w:pPr>
      <w:r>
        <w:rPr>
          <w:sz w:val="22"/>
        </w:rPr>
        <w:t>A. Ngày 26 tháng 3.</w:t>
      </w:r>
    </w:p>
    <w:p>
      <w:pPr>
        <w:pStyle w:val="ListParagraph"/>
      </w:pPr>
      <w:r>
        <w:rPr>
          <w:sz w:val="22"/>
        </w:rPr>
        <w:t>B. Ngày 01 tháng 5.</w:t>
      </w:r>
    </w:p>
    <w:p>
      <w:pPr>
        <w:pStyle w:val="ListParagraph"/>
      </w:pPr>
      <w:r>
        <w:rPr>
          <w:sz w:val="22"/>
        </w:rPr>
        <w:t>C. Ngày 05 tháng 6.</w:t>
      </w:r>
    </w:p>
    <w:p>
      <w:pPr>
        <w:pStyle w:val="ListParagraph"/>
      </w:pPr>
      <w:r>
        <w:rPr>
          <w:sz w:val="22"/>
        </w:rPr>
        <w:t>D. Ngày 22 tháng 12.</w:t>
      </w:r>
    </w:p>
    <w:p/>
    <w:p>
      <w:r>
        <w:rPr>
          <w:b/>
          <w:sz w:val="24"/>
        </w:rPr>
        <w:t>Câu 71: Vì sao việc xả nước thải công nghiệp trực tiếp chưa qua xử lý ra sông, ngòi lại bị pháp luật nghiêm cấm và xử lý nghiêm?</w:t>
      </w:r>
    </w:p>
    <w:p>
      <w:pPr>
        <w:pStyle w:val="ListParagraph"/>
      </w:pPr>
      <w:r>
        <w:rPr>
          <w:sz w:val="22"/>
        </w:rPr>
        <w:t>A. Vì hành vi này làm tăng lượng nước sông, gây lũ lụt cho vùng hạ lưu.</w:t>
      </w:r>
    </w:p>
    <w:p>
      <w:pPr>
        <w:pStyle w:val="ListParagraph"/>
      </w:pPr>
      <w:r>
        <w:rPr>
          <w:sz w:val="22"/>
        </w:rPr>
        <w:t>B. Vì nước thải chứa chất độc hại làm hủy hoại hệ sinh thái nước, ô nhiễm nguồn nước sinh hoạt và hủy hoại sức khỏe cộng đồng.</w:t>
      </w:r>
    </w:p>
    <w:p>
      <w:pPr>
        <w:pStyle w:val="ListParagraph"/>
      </w:pPr>
      <w:r>
        <w:rPr>
          <w:sz w:val="22"/>
        </w:rPr>
        <w:t>C. Vì nước thải công nghiệp làm giảm tốc độ lưu thông của các phương tiện đường thủy.</w:t>
      </w:r>
    </w:p>
    <w:p>
      <w:pPr>
        <w:pStyle w:val="ListParagraph"/>
      </w:pPr>
      <w:r>
        <w:rPr>
          <w:sz w:val="22"/>
        </w:rPr>
        <w:t>D. Vì việc xả nước thải sẽ làm thay đổi cảnh quan kiến trúc đô thị dọc hai bờ sông.</w:t>
      </w:r>
    </w:p>
    <w:p/>
    <w:p>
      <w:r>
        <w:rPr>
          <w:b/>
          <w:sz w:val="24"/>
        </w:rPr>
        <w:t>Câu 72: Đâu là điểm khác biệt cốt lõi giữa vi phạm hành chính về môi trường và tội phạm về môi trường?</w:t>
      </w:r>
    </w:p>
    <w:p>
      <w:pPr>
        <w:pStyle w:val="ListParagraph"/>
      </w:pPr>
      <w:r>
        <w:rPr>
          <w:sz w:val="22"/>
        </w:rPr>
        <w:t>A. Vi phạm hành chính chỉ do cá nhân thực hiện, còn tội phạm do tổ chức.</w:t>
      </w:r>
    </w:p>
    <w:p>
      <w:pPr>
        <w:pStyle w:val="ListParagraph"/>
      </w:pPr>
      <w:r>
        <w:rPr>
          <w:sz w:val="22"/>
        </w:rPr>
        <w:t>B. Vi phạm hành chính xảy ra ở thành thị, tội phạm xảy ra ở nông thôn.</w:t>
      </w:r>
    </w:p>
    <w:p>
      <w:pPr>
        <w:pStyle w:val="ListParagraph"/>
      </w:pPr>
      <w:r>
        <w:rPr>
          <w:sz w:val="22"/>
        </w:rPr>
        <w:t>C. Tội phạm về môi trường có tính chất, mức độ nguy hiểm cho xã hội cao hơn và bị xử lý theo Bộ luật Hình sự.</w:t>
      </w:r>
    </w:p>
    <w:p>
      <w:pPr>
        <w:pStyle w:val="ListParagraph"/>
      </w:pPr>
      <w:r>
        <w:rPr>
          <w:sz w:val="22"/>
        </w:rPr>
        <w:t>D. Vi phạm hành chính không gây thiệt hại, còn tội phạm luôn gây chết người.</w:t>
      </w:r>
    </w:p>
    <w:p/>
    <w:p>
      <w:r>
        <w:rPr>
          <w:b/>
          <w:sz w:val="24"/>
        </w:rPr>
        <w:t>Câu 73: Ô nhiễm môi trường do các hoạt động sản xuất làng nghề tự phát thường bắt nguồn chủ yếu từ nguyên nhân nào sau đây?</w:t>
      </w:r>
    </w:p>
    <w:p>
      <w:pPr>
        <w:pStyle w:val="ListParagraph"/>
      </w:pPr>
      <w:r>
        <w:rPr>
          <w:sz w:val="22"/>
        </w:rPr>
        <w:t>A. Do học sinh địa phương thiếu ý thức dọn dẹp vệ sinh đường làng.</w:t>
      </w:r>
    </w:p>
    <w:p>
      <w:pPr>
        <w:pStyle w:val="ListParagraph"/>
      </w:pPr>
      <w:r>
        <w:rPr>
          <w:sz w:val="22"/>
        </w:rPr>
        <w:t>B. Do quy trình sản xuất thủ công, công nghệ lạc hậu và thiếu hệ thống xử lý chất thải tập trung.</w:t>
      </w:r>
    </w:p>
    <w:p>
      <w:pPr>
        <w:pStyle w:val="ListParagraph"/>
      </w:pPr>
      <w:r>
        <w:rPr>
          <w:sz w:val="22"/>
        </w:rPr>
        <w:t>C. Do các làng nghề sử dụng quá nhiều năng lượng điện mặt trời.</w:t>
      </w:r>
    </w:p>
    <w:p>
      <w:pPr>
        <w:pStyle w:val="ListParagraph"/>
      </w:pPr>
      <w:r>
        <w:rPr>
          <w:sz w:val="22"/>
        </w:rPr>
        <w:t>D. Do mật độ giao thông tại các vùng nông thôn ngày càng giảm sút.</w:t>
      </w:r>
    </w:p>
    <w:p/>
    <w:p>
      <w:r>
        <w:rPr>
          <w:b/>
          <w:sz w:val="24"/>
        </w:rPr>
        <w:t>Câu 74: Việc pháp luật quy định các dự án kinh tế lớn phải thực hiện 'Đánh giá tác động môi trường' trước khi triển khai nhằm mục đích gì?</w:t>
      </w:r>
    </w:p>
    <w:p>
      <w:pPr>
        <w:pStyle w:val="ListParagraph"/>
      </w:pPr>
      <w:r>
        <w:rPr>
          <w:sz w:val="22"/>
        </w:rPr>
        <w:t>A. Nhằm kéo dài thời gian hoàn thành dự án để chờ đợi vốn đầu tư.</w:t>
      </w:r>
    </w:p>
    <w:p>
      <w:pPr>
        <w:pStyle w:val="ListParagraph"/>
      </w:pPr>
      <w:r>
        <w:rPr>
          <w:sz w:val="22"/>
        </w:rPr>
        <w:t>B. Nhằm tăng nguồn thu từ phí thủ tục hành chính cho cơ quan kiểm định.</w:t>
      </w:r>
    </w:p>
    <w:p>
      <w:pPr>
        <w:pStyle w:val="ListParagraph"/>
      </w:pPr>
      <w:r>
        <w:rPr>
          <w:sz w:val="22"/>
        </w:rPr>
        <w:t>C. Nhằm dự báo, ngăn ngừa và giảm thiểu tối đa các tác động tiêu cực đến môi trường khi dự án hoạt động.</w:t>
      </w:r>
    </w:p>
    <w:p>
      <w:pPr>
        <w:pStyle w:val="ListParagraph"/>
      </w:pPr>
      <w:r>
        <w:rPr>
          <w:sz w:val="22"/>
        </w:rPr>
        <w:t>D. Nhằm giới thiệu, quảng bá sản phẩm của doanh nghiệp ra thị trường.</w:t>
      </w:r>
    </w:p>
    <w:p/>
    <w:p>
      <w:r>
        <w:rPr>
          <w:b/>
          <w:sz w:val="24"/>
        </w:rPr>
        <w:t>Câu 75: Tại sao việc bảo vệ rừng đặc dụng và rừng phòng hộ lại có ý nghĩa đặc biệt quan trọng trong việc bảo vệ môi trường và an ninh quốc gia?</w:t>
      </w:r>
    </w:p>
    <w:p>
      <w:pPr>
        <w:pStyle w:val="ListParagraph"/>
      </w:pPr>
      <w:r>
        <w:rPr>
          <w:sz w:val="22"/>
        </w:rPr>
        <w:t>A. Vì đây là khu vực cung cấp khối lượng gỗ thương phẩm lớn nhất cho xuất khẩu.</w:t>
      </w:r>
    </w:p>
    <w:p>
      <w:pPr>
        <w:pStyle w:val="ListParagraph"/>
      </w:pPr>
      <w:r>
        <w:rPr>
          <w:sz w:val="22"/>
        </w:rPr>
        <w:t>B. Vì các loại rừng này giúp điều hòa nguồn nước, chống xói mòn, lũ quét và bảo tồn đa dạng sinh học.</w:t>
      </w:r>
    </w:p>
    <w:p>
      <w:pPr>
        <w:pStyle w:val="ListParagraph"/>
      </w:pPr>
      <w:r>
        <w:rPr>
          <w:sz w:val="22"/>
        </w:rPr>
        <w:t>C. Vì rừng phòng hộ ngăn chặn sự di cư tự do của các loài động vật hoang dã vào thành phố.</w:t>
      </w:r>
    </w:p>
    <w:p>
      <w:pPr>
        <w:pStyle w:val="ListParagraph"/>
      </w:pPr>
      <w:r>
        <w:rPr>
          <w:sz w:val="22"/>
        </w:rPr>
        <w:t>D. Vì rừng đặc dụng là địa điểm duy nhất thích hợp để xây dựng các nhà máy công nghiệp nặng.</w:t>
      </w:r>
    </w:p>
    <w:p/>
    <w:p>
      <w:r>
        <w:rPr>
          <w:b/>
          <w:sz w:val="24"/>
        </w:rPr>
        <w:t>Câu 76: Khi phát hiện một cơ sở sửa chữa xe máy gần nhà thường xuyên đổ dầu nhớt thải trực tiếp xuống cống thoát nước công cộng, bạn nên chọn cách ứng xử nào sau đây để thể hiện trách nhiệm bảo vệ môi trường?</w:t>
      </w:r>
    </w:p>
    <w:p>
      <w:pPr>
        <w:pStyle w:val="ListParagraph"/>
      </w:pPr>
      <w:r>
        <w:rPr>
          <w:sz w:val="22"/>
        </w:rPr>
        <w:t>A. Im lặng bỏ qua vì đây là công việc kinh doanh của người khác, không liên quan đến mình.</w:t>
      </w:r>
    </w:p>
    <w:p>
      <w:pPr>
        <w:pStyle w:val="ListParagraph"/>
      </w:pPr>
      <w:r>
        <w:rPr>
          <w:sz w:val="22"/>
        </w:rPr>
        <w:t>B. Rủ các bạn trong lớp đến đập phá cửa hàng để cảnh cáo chủ cơ sở.</w:t>
      </w:r>
    </w:p>
    <w:p>
      <w:pPr>
        <w:pStyle w:val="ListParagraph"/>
      </w:pPr>
      <w:r>
        <w:rPr>
          <w:sz w:val="22"/>
        </w:rPr>
        <w:t>C. Bí mật quay phim, chụp ảnh làm bằng chứng và phản ánh với chính quyền địa phương hoặc công an xã/phường để giải quyết.</w:t>
      </w:r>
    </w:p>
    <w:p>
      <w:pPr>
        <w:pStyle w:val="ListParagraph"/>
      </w:pPr>
      <w:r>
        <w:rPr>
          <w:sz w:val="22"/>
        </w:rPr>
        <w:t>D. Đổ rác thải của nhà mình sang cửa hàng đó để trả đũa hành vi ô nhiễm.</w:t>
      </w:r>
    </w:p>
    <w:p/>
    <w:p>
      <w:r>
        <w:rPr>
          <w:b/>
          <w:sz w:val="24"/>
        </w:rPr>
        <w:t>Câu 77: Nhà trường tổ chức phong trào 'Nói không với rác thải nhựa dùng một lần'. Là một học sinh lớp 11, hành động nào sau đây thể hiện sự vận dụng tích cực và thiết thực nhất của bạn?</w:t>
      </w:r>
    </w:p>
    <w:p>
      <w:pPr>
        <w:pStyle w:val="ListParagraph"/>
      </w:pPr>
      <w:r>
        <w:rPr>
          <w:sz w:val="22"/>
        </w:rPr>
        <w:t>A. Vẫn mua nước đóng chai nhựa bình thường nhưng giấu kín trong cặp sách.</w:t>
      </w:r>
    </w:p>
    <w:p>
      <w:pPr>
        <w:pStyle w:val="ListParagraph"/>
      </w:pPr>
      <w:r>
        <w:rPr>
          <w:sz w:val="22"/>
        </w:rPr>
        <w:t>B. Sử dụng bình nước cá nhân dùng nhiều lần và hạn chế tối đa việc mua đồ ăn có hộp xốp, túi nilon.</w:t>
      </w:r>
    </w:p>
    <w:p>
      <w:pPr>
        <w:pStyle w:val="ListParagraph"/>
      </w:pPr>
      <w:r>
        <w:rPr>
          <w:sz w:val="22"/>
        </w:rPr>
        <w:t>C. Yêu cầu nhà trường phải cấp miễn phí bình thủy tinh cho toàn bộ học sinh.</w:t>
      </w:r>
    </w:p>
    <w:p>
      <w:pPr>
        <w:pStyle w:val="ListParagraph"/>
      </w:pPr>
      <w:r>
        <w:rPr>
          <w:sz w:val="22"/>
        </w:rPr>
        <w:t>D. Phản đối phong trào vì cho rằng việc này làm giảm doanh thu của căng tin trường.</w:t>
      </w:r>
    </w:p>
    <w:p/>
    <w:p>
      <w:r>
        <w:rPr>
          <w:b/>
          <w:sz w:val="24"/>
        </w:rPr>
        <w:t>Câu 78: Trong lúc đi dã ngoại tại một khu bảo tồn thiên nhiên, anh A phát hiện một nhóm du khách đang có hành vi bẻ cây quý hiếm và vứt rác bừa bãi ra thảm cỏ. Anh A nên xử lý tình huống này thế nào?</w:t>
      </w:r>
    </w:p>
    <w:p>
      <w:pPr>
        <w:pStyle w:val="ListParagraph"/>
      </w:pPr>
      <w:r>
        <w:rPr>
          <w:sz w:val="22"/>
        </w:rPr>
        <w:t>A. Tham gia cùng nhóm du khách đó vì không có ai canh gác.</w:t>
      </w:r>
    </w:p>
    <w:p>
      <w:pPr>
        <w:pStyle w:val="ListParagraph"/>
      </w:pPr>
      <w:r>
        <w:rPr>
          <w:sz w:val="22"/>
        </w:rPr>
        <w:t>B. Nhắc nhở nhẹ nhàng nhóm du khách về nội quy bảo vệ môi trường và báo cho ban quản lý khu bảo tồn nếu họ cố tình tiếp diễn.</w:t>
      </w:r>
    </w:p>
    <w:p>
      <w:pPr>
        <w:pStyle w:val="ListParagraph"/>
      </w:pPr>
      <w:r>
        <w:rPr>
          <w:sz w:val="22"/>
        </w:rPr>
        <w:t>C. Đăng video lên mạng xã hội kèm lời chửi bới xúc phạm để câu tương tác.</w:t>
      </w:r>
    </w:p>
    <w:p>
      <w:pPr>
        <w:pStyle w:val="ListParagraph"/>
      </w:pPr>
      <w:r>
        <w:rPr>
          <w:sz w:val="22"/>
        </w:rPr>
        <w:t>D. Ngó lơ và nhanh chóng rời đi chỗ khác để tránh rắc rối cho bản thân.</w:t>
      </w:r>
    </w:p>
    <w:p/>
    <w:p>
      <w:r>
        <w:rPr>
          <w:b/>
          <w:sz w:val="24"/>
        </w:rPr>
        <w:t>Câu 79: Hiện nay, một số doanh nghiệp cố tình xây dựng hệ thống đường ống ngầm tinh vi để xả trực tiếp chất thải độc hại ra sông lớn vào ban đêm hoặc mùa mưa nhằm trốn tránh sự kiểm tra. Đối diện với thực trạng này, việc phát huy vai trò giám sát của nhân dân và thế hệ trẻ cần được thực hiện dựa trên giải pháp chiến lược nào?</w:t>
      </w:r>
    </w:p>
    <w:p>
      <w:pPr>
        <w:pStyle w:val="ListParagraph"/>
      </w:pPr>
      <w:r>
        <w:rPr>
          <w:sz w:val="22"/>
        </w:rPr>
        <w:t>A. Tổ chức các đội tuần tra tự phát, trang bị vũ khí để mật phục bắt quả tang doanh nghiệp.</w:t>
      </w:r>
    </w:p>
    <w:p>
      <w:pPr>
        <w:pStyle w:val="ListParagraph"/>
      </w:pPr>
      <w:r>
        <w:rPr>
          <w:sz w:val="22"/>
        </w:rPr>
        <w:t>B. Kêu gọi tẩy chay toàn bộ các sản phẩm công nghiệp để ngăn chặn sản xuất.</w:t>
      </w:r>
    </w:p>
    <w:p>
      <w:pPr>
        <w:pStyle w:val="ListParagraph"/>
      </w:pPr>
      <w:r>
        <w:rPr>
          <w:sz w:val="22"/>
        </w:rPr>
        <w:t>C. Nâng cao nhận thức pháp luật, sử dụng ứng dụng công nghệ (phản ánh hiện trường) để cung cấp thông tin chính xác, kịp thời cho cơ quan chức năng, đồng thời tạo làn sóng dư luận xã hội lên án mạnh mẽ các hành vi phi đạo đức môi trường.</w:t>
      </w:r>
    </w:p>
    <w:p>
      <w:pPr>
        <w:pStyle w:val="ListParagraph"/>
      </w:pPr>
      <w:r>
        <w:rPr>
          <w:sz w:val="22"/>
        </w:rPr>
        <w:t>D. Phó mặc hoàn toàn cho các cơ quan chuyên trách vì người dân không có nghiệp vụ điều tra chất thải độc hại.</w:t>
      </w:r>
    </w:p>
    <w:p/>
    <w:p>
      <w:r>
        <w:rPr>
          <w:b/>
          <w:sz w:val="24"/>
        </w:rPr>
        <w:t>Câu 80: Trước xu thế hội nhập quốc tế và biến đổi khí hậu toàn cầu, việc trang bị tri thức về vi phạm pháp luật bảo vệ môi trường trong môn Giáo dục quốc phòng và an ninh định hình tầm nhìn nào cho công dân tương lai?</w:t>
      </w:r>
    </w:p>
    <w:p>
      <w:pPr>
        <w:pStyle w:val="ListParagraph"/>
      </w:pPr>
      <w:r>
        <w:rPr>
          <w:sz w:val="22"/>
        </w:rPr>
        <w:t>A. Tầm nhìn ích kỷ, chỉ tập trung bảo vệ môi trường sống của riêng cá nhân và gia đình mình.</w:t>
      </w:r>
    </w:p>
    <w:p>
      <w:pPr>
        <w:pStyle w:val="ListParagraph"/>
      </w:pPr>
      <w:r>
        <w:rPr>
          <w:sz w:val="22"/>
        </w:rPr>
        <w:t>B. Tầm nhìn chiến lược toàn diện, gắn bảo vệ môi trường với an ninh quốc gia, phát triển bền vững và sẵn sàng hành động có trách nhiệm với cộng đồng quốc tế.</w:t>
      </w:r>
    </w:p>
    <w:p>
      <w:pPr>
        <w:pStyle w:val="ListParagraph"/>
      </w:pPr>
      <w:r>
        <w:rPr>
          <w:sz w:val="22"/>
        </w:rPr>
        <w:t>C. Tư duy bài xích toàn bộ các dự án đầu tư nước ngoài vì lo ngại ô nhiễm.</w:t>
      </w:r>
    </w:p>
    <w:p>
      <w:pPr>
        <w:pStyle w:val="ListParagraph"/>
      </w:pPr>
      <w:r>
        <w:rPr>
          <w:sz w:val="22"/>
        </w:rPr>
        <w:t>D. Tư duy phụ thuộc hoàn toàn vào nguồn tài trợ tài chính của các tổ chức quốc tế.</w:t>
      </w:r>
    </w:p>
    <w:p/>
    <w:p>
      <w:r>
        <w:t>──────────────────────────────────────────────────</w:t>
      </w:r>
    </w:p>
    <w:p>
      <w:r>
        <w:rPr>
          <w:b/>
        </w:rPr>
        <w:t>BẢNG ĐÁP ÁN &amp; LỜI GIẢI CHI TIẾT</w:t>
      </w:r>
    </w:p>
    <w:p>
      <w:r>
        <w:rPr>
          <w:b/>
        </w:rPr>
        <w:t>Câu 1: Đáp án đúng: B</w:t>
      </w:r>
    </w:p>
    <w:p>
      <w:r>
        <w:rPr>
          <w:b/>
        </w:rPr>
        <w:t>Câu 2: Đáp án đúng: A</w:t>
      </w:r>
    </w:p>
    <w:p>
      <w:r>
        <w:rPr>
          <w:b/>
        </w:rPr>
        <w:t>Câu 3: Đáp án đúng: B</w:t>
      </w:r>
    </w:p>
    <w:p>
      <w:r>
        <w:rPr>
          <w:b/>
        </w:rPr>
        <w:t>Câu 4: Đáp án đúng: A</w:t>
      </w:r>
    </w:p>
    <w:p>
      <w:r>
        <w:rPr>
          <w:b/>
        </w:rPr>
        <w:t>Câu 5: Đáp án đúng: C</w:t>
      </w:r>
    </w:p>
    <w:p>
      <w:r>
        <w:rPr>
          <w:b/>
        </w:rPr>
        <w:t>Câu 6: Đáp án đúng: C</w:t>
      </w:r>
    </w:p>
    <w:p>
      <w:r>
        <w:rPr>
          <w:b/>
        </w:rPr>
        <w:t>Câu 7: Đáp án đúng: B</w:t>
      </w:r>
    </w:p>
    <w:p>
      <w:r>
        <w:rPr>
          <w:b/>
        </w:rPr>
        <w:t>Câu 8: Đáp án đúng: C</w:t>
      </w:r>
    </w:p>
    <w:p>
      <w:r>
        <w:rPr>
          <w:b/>
        </w:rPr>
        <w:t>Câu 9: Đáp án đúng: C</w:t>
      </w:r>
    </w:p>
    <w:p>
      <w:r>
        <w:rPr>
          <w:b/>
        </w:rPr>
        <w:t>Câu 10: Đáp án đúng: C</w:t>
      </w:r>
    </w:p>
    <w:p>
      <w:r>
        <w:rPr>
          <w:b/>
        </w:rPr>
        <w:t>Câu 11: Đáp án đúng: B</w:t>
      </w:r>
    </w:p>
    <w:p>
      <w:r>
        <w:rPr>
          <w:b/>
        </w:rPr>
        <w:t>Câu 12: Đáp án đúng: C</w:t>
      </w:r>
    </w:p>
    <w:p>
      <w:r>
        <w:rPr>
          <w:b/>
        </w:rPr>
        <w:t>Câu 13: Đáp án đúng: B</w:t>
      </w:r>
    </w:p>
    <w:p>
      <w:r>
        <w:rPr>
          <w:b/>
        </w:rPr>
        <w:t>Câu 14: Đáp án đúng: C</w:t>
      </w:r>
    </w:p>
    <w:p>
      <w:r>
        <w:rPr>
          <w:b/>
        </w:rPr>
        <w:t>Câu 15: Đáp án đúng: C</w:t>
      </w:r>
    </w:p>
    <w:p>
      <w:r>
        <w:rPr>
          <w:b/>
        </w:rPr>
        <w:t>Câu 16: Đáp án đúng: C</w:t>
      </w:r>
    </w:p>
    <w:p>
      <w:r>
        <w:rPr>
          <w:b/>
        </w:rPr>
        <w:t>Câu 17: Đáp án đúng: B</w:t>
      </w:r>
    </w:p>
    <w:p>
      <w:r>
        <w:rPr>
          <w:b/>
        </w:rPr>
        <w:t>Câu 18: Đáp án đúng: C</w:t>
      </w:r>
    </w:p>
    <w:p>
      <w:r>
        <w:rPr>
          <w:b/>
        </w:rPr>
        <w:t>Câu 19: Đáp án đúng: B</w:t>
      </w:r>
    </w:p>
    <w:p>
      <w:r>
        <w:rPr>
          <w:b/>
        </w:rPr>
        <w:t>Câu 20: Đáp án đúng: C</w:t>
      </w:r>
    </w:p>
    <w:p>
      <w:r>
        <w:rPr>
          <w:b/>
        </w:rPr>
        <w:t>Câu 21: Đáp án đúng: B</w:t>
      </w:r>
    </w:p>
    <w:p>
      <w:r>
        <w:rPr>
          <w:b/>
        </w:rPr>
        <w:t>Câu 22: Đáp án đúng: A</w:t>
      </w:r>
    </w:p>
    <w:p>
      <w:r>
        <w:rPr>
          <w:b/>
        </w:rPr>
        <w:t>Câu 23: Đáp án đúng: C</w:t>
      </w:r>
    </w:p>
    <w:p>
      <w:r>
        <w:rPr>
          <w:b/>
        </w:rPr>
        <w:t>Câu 24: Đáp án đúng: C</w:t>
      </w:r>
    </w:p>
    <w:p>
      <w:r>
        <w:rPr>
          <w:b/>
        </w:rPr>
        <w:t>Câu 25: Đáp án đúng: B</w:t>
      </w:r>
    </w:p>
    <w:p>
      <w:r>
        <w:rPr>
          <w:b/>
        </w:rPr>
        <w:t>Câu 26: Đáp án đúng: C</w:t>
      </w:r>
    </w:p>
    <w:p>
      <w:r>
        <w:rPr>
          <w:b/>
        </w:rPr>
        <w:t>Câu 27: Đáp án đúng: B</w:t>
      </w:r>
    </w:p>
    <w:p>
      <w:r>
        <w:rPr>
          <w:b/>
        </w:rPr>
        <w:t>Câu 28: Đáp án đúng: B</w:t>
      </w:r>
    </w:p>
    <w:p>
      <w:r>
        <w:rPr>
          <w:b/>
        </w:rPr>
        <w:t>Câu 29: Đáp án đúng: A</w:t>
      </w:r>
    </w:p>
    <w:p>
      <w:r>
        <w:rPr>
          <w:b/>
        </w:rPr>
        <w:t>Câu 30: Đáp án đúng: B</w:t>
      </w:r>
    </w:p>
    <w:p>
      <w:r>
        <w:rPr>
          <w:b/>
        </w:rPr>
        <w:t>Câu 31: Đáp án đúng: B</w:t>
      </w:r>
    </w:p>
    <w:p>
      <w:r>
        <w:rPr>
          <w:b/>
        </w:rPr>
        <w:t>Câu 32: Đáp án đúng: A</w:t>
      </w:r>
    </w:p>
    <w:p>
      <w:r>
        <w:rPr>
          <w:b/>
        </w:rPr>
        <w:t>Câu 33: Đáp án đúng: B</w:t>
      </w:r>
    </w:p>
    <w:p>
      <w:r>
        <w:rPr>
          <w:b/>
        </w:rPr>
        <w:t>Câu 34: Đáp án đúng: C</w:t>
      </w:r>
    </w:p>
    <w:p>
      <w:r>
        <w:rPr>
          <w:b/>
        </w:rPr>
        <w:t>Câu 35: Đáp án đúng: B</w:t>
      </w:r>
    </w:p>
    <w:p>
      <w:r>
        <w:rPr>
          <w:b/>
        </w:rPr>
        <w:t>Câu 36: Đáp án đúng: C</w:t>
      </w:r>
    </w:p>
    <w:p>
      <w:r>
        <w:rPr>
          <w:b/>
        </w:rPr>
        <w:t>Câu 37: Đáp án đúng: B</w:t>
      </w:r>
    </w:p>
    <w:p>
      <w:r>
        <w:rPr>
          <w:b/>
        </w:rPr>
        <w:t>Câu 38: Đáp án đúng: C</w:t>
      </w:r>
    </w:p>
    <w:p>
      <w:r>
        <w:rPr>
          <w:b/>
        </w:rPr>
        <w:t>Câu 39: Đáp án đúng: C</w:t>
      </w:r>
    </w:p>
    <w:p>
      <w:r>
        <w:rPr>
          <w:b/>
        </w:rPr>
        <w:t>Câu 40: Đáp án đúng: A</w:t>
      </w:r>
    </w:p>
    <w:p>
      <w:r>
        <w:rPr>
          <w:b/>
        </w:rPr>
        <w:t>Câu 41: Đáp án đúng: B</w:t>
      </w:r>
    </w:p>
    <w:p>
      <w:r>
        <w:rPr>
          <w:b/>
        </w:rPr>
        <w:t>Câu 42: Đáp án đúng: A</w:t>
      </w:r>
    </w:p>
    <w:p>
      <w:r>
        <w:rPr>
          <w:b/>
        </w:rPr>
        <w:t>Câu 43: Đáp án đúng: C</w:t>
      </w:r>
    </w:p>
    <w:p>
      <w:r>
        <w:rPr>
          <w:b/>
        </w:rPr>
        <w:t>Câu 44: Đáp án đúng: B</w:t>
      </w:r>
    </w:p>
    <w:p>
      <w:r>
        <w:rPr>
          <w:b/>
        </w:rPr>
        <w:t>Câu 45: Đáp án đúng: B</w:t>
      </w:r>
    </w:p>
    <w:p>
      <w:r>
        <w:rPr>
          <w:b/>
        </w:rPr>
        <w:t>Câu 46: Đáp án đúng: B</w:t>
      </w:r>
    </w:p>
    <w:p>
      <w:r>
        <w:rPr>
          <w:b/>
        </w:rPr>
        <w:t>Câu 47: Đáp án đúng: A</w:t>
      </w:r>
    </w:p>
    <w:p>
      <w:r>
        <w:rPr>
          <w:b/>
        </w:rPr>
        <w:t>Câu 48: Đáp án đúng: B</w:t>
      </w:r>
    </w:p>
    <w:p>
      <w:r>
        <w:rPr>
          <w:b/>
        </w:rPr>
        <w:t>Câu 49: Đáp án đúng: B</w:t>
      </w:r>
    </w:p>
    <w:p>
      <w:r>
        <w:rPr>
          <w:b/>
        </w:rPr>
        <w:t>Câu 50: Đáp án đúng: B</w:t>
      </w:r>
    </w:p>
    <w:p>
      <w:r>
        <w:rPr>
          <w:b/>
        </w:rPr>
        <w:t>Câu 51: Đáp án đúng: B</w:t>
      </w:r>
    </w:p>
    <w:p>
      <w:r>
        <w:rPr>
          <w:b/>
        </w:rPr>
        <w:t>Câu 52: Đáp án đúng: B</w:t>
      </w:r>
    </w:p>
    <w:p>
      <w:r>
        <w:rPr>
          <w:b/>
        </w:rPr>
        <w:t>Câu 53: Đáp án đúng: B</w:t>
      </w:r>
    </w:p>
    <w:p>
      <w:r>
        <w:rPr>
          <w:b/>
        </w:rPr>
        <w:t>Câu 54: Đáp án đúng: B</w:t>
      </w:r>
    </w:p>
    <w:p>
      <w:r>
        <w:rPr>
          <w:b/>
        </w:rPr>
        <w:t>Câu 55: Đáp án đúng: B</w:t>
      </w:r>
    </w:p>
    <w:p>
      <w:r>
        <w:rPr>
          <w:b/>
        </w:rPr>
        <w:t>Câu 56: Đáp án đúng: C</w:t>
      </w:r>
    </w:p>
    <w:p>
      <w:r>
        <w:rPr>
          <w:b/>
        </w:rPr>
        <w:t>Câu 57: Đáp án đúng: B</w:t>
      </w:r>
    </w:p>
    <w:p>
      <w:r>
        <w:rPr>
          <w:b/>
        </w:rPr>
        <w:t>Câu 58: Đáp án đúng: B</w:t>
      </w:r>
    </w:p>
    <w:p>
      <w:r>
        <w:rPr>
          <w:b/>
        </w:rPr>
        <w:t>Câu 59: Đáp án đúng: B</w:t>
      </w:r>
    </w:p>
    <w:p>
      <w:r>
        <w:rPr>
          <w:b/>
        </w:rPr>
        <w:t>Câu 60: Đáp án đúng: B</w:t>
      </w:r>
    </w:p>
    <w:p>
      <w:r>
        <w:rPr>
          <w:b/>
        </w:rPr>
        <w:t>Câu 61: Đáp án đúng: B</w:t>
      </w:r>
    </w:p>
    <w:p>
      <w:r>
        <w:rPr>
          <w:b/>
        </w:rPr>
        <w:t>Câu 62: Đáp án đúng: C</w:t>
      </w:r>
    </w:p>
    <w:p>
      <w:r>
        <w:rPr>
          <w:b/>
        </w:rPr>
        <w:t>Câu 63: Đáp án đúng: C</w:t>
      </w:r>
    </w:p>
    <w:p>
      <w:r>
        <w:rPr>
          <w:b/>
        </w:rPr>
        <w:t>Câu 64: Đáp án đúng: A</w:t>
      </w:r>
    </w:p>
    <w:p>
      <w:r>
        <w:rPr>
          <w:b/>
        </w:rPr>
        <w:t>Câu 65: Đáp án đúng: B</w:t>
      </w:r>
    </w:p>
    <w:p>
      <w:r>
        <w:rPr>
          <w:b/>
        </w:rPr>
        <w:t>Câu 66: Đáp án đúng: B</w:t>
      </w:r>
    </w:p>
    <w:p>
      <w:r>
        <w:rPr>
          <w:b/>
        </w:rPr>
        <w:t>Câu 67: Đáp án đúng: B</w:t>
      </w:r>
    </w:p>
    <w:p>
      <w:r>
        <w:rPr>
          <w:b/>
        </w:rPr>
        <w:t>Câu 68: Đáp án đúng: A</w:t>
      </w:r>
    </w:p>
    <w:p>
      <w:r>
        <w:rPr>
          <w:b/>
        </w:rPr>
        <w:t>Câu 69: Đáp án đúng: B</w:t>
      </w:r>
    </w:p>
    <w:p>
      <w:r>
        <w:rPr>
          <w:b/>
        </w:rPr>
        <w:t>Câu 70: Đáp án đúng: C</w:t>
      </w:r>
    </w:p>
    <w:p>
      <w:r>
        <w:rPr>
          <w:b/>
        </w:rPr>
        <w:t>Câu 71: Đáp án đúng: B</w:t>
      </w:r>
    </w:p>
    <w:p>
      <w:r>
        <w:rPr>
          <w:b/>
        </w:rPr>
        <w:t>Câu 72: Đáp án đúng: C</w:t>
      </w:r>
    </w:p>
    <w:p>
      <w:r>
        <w:rPr>
          <w:b/>
        </w:rPr>
        <w:t>Câu 73: Đáp án đúng: B</w:t>
      </w:r>
    </w:p>
    <w:p>
      <w:r>
        <w:rPr>
          <w:b/>
        </w:rPr>
        <w:t>Câu 74: Đáp án đúng: C</w:t>
      </w:r>
    </w:p>
    <w:p>
      <w:r>
        <w:rPr>
          <w:b/>
        </w:rPr>
        <w:t>Câu 75: Đáp án đúng: B</w:t>
      </w:r>
    </w:p>
    <w:p>
      <w:r>
        <w:rPr>
          <w:b/>
        </w:rPr>
        <w:t>Câu 76: Đáp án đúng: C</w:t>
      </w:r>
    </w:p>
    <w:p>
      <w:r>
        <w:rPr>
          <w:b/>
        </w:rPr>
        <w:t>Câu 77: Đáp án đúng: B</w:t>
      </w:r>
    </w:p>
    <w:p>
      <w:r>
        <w:rPr>
          <w:b/>
        </w:rPr>
        <w:t>Câu 78: Đáp án đúng: B</w:t>
      </w:r>
    </w:p>
    <w:p>
      <w:r>
        <w:rPr>
          <w:b/>
        </w:rPr>
        <w:t>Câu 79: Đáp án đúng: C</w:t>
      </w:r>
    </w:p>
    <w:p>
      <w:r>
        <w:rPr>
          <w:b/>
        </w:rPr>
        <w:t>Câu 80: Đáp án đúng: B</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