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ÔN TẬP</w:t>
      </w:r>
    </w:p>
    <w:p>
      <w:pPr>
        <w:jc w:val="center"/>
      </w:pPr>
      <w:r>
        <w:rPr>
          <w:sz w:val="22"/>
        </w:rPr>
        <w:t>Số câu: 41    Thời gian: _____ phút    Họ và tên: _________________________</w:t>
      </w:r>
    </w:p>
    <w:p/>
    <w:p>
      <w:r>
        <w:rPr>
          <w:b/>
          <w:sz w:val="24"/>
        </w:rPr>
        <w:t>Câu 1: Nguyễn Ái Quốc gia nhập Đảng Xã hội Pháp vào năm nào?</w:t>
      </w:r>
    </w:p>
    <w:p/>
    <w:p>
      <w:r>
        <w:rPr>
          <w:b/>
          <w:sz w:val="24"/>
        </w:rPr>
        <w:t>Câu 2: Khởi nghĩa Hương Khê do ai lãnh đạo?</w:t>
      </w:r>
    </w:p>
    <w:p/>
    <w:p>
      <w:r>
        <w:rPr>
          <w:b/>
          <w:sz w:val="24"/>
        </w:rPr>
        <w:t>Câu 3: Câu nói "Bất bạo động - Bạo động tắc tử" là của ai?</w:t>
      </w:r>
    </w:p>
    <w:p/>
    <w:p>
      <w:r>
        <w:rPr>
          <w:b/>
          <w:sz w:val="24"/>
        </w:rPr>
        <w:t>Câu 4: Tổ chức Cộng sản ra đời đầu tiên ở Việt Nam?</w:t>
      </w:r>
    </w:p>
    <w:p/>
    <w:p>
      <w:r>
        <w:rPr>
          <w:b/>
          <w:sz w:val="24"/>
        </w:rPr>
        <w:t>Câu 5: Loại hình đồn điền nào phát triển mạnh giai đoạn 1919-1929?</w:t>
      </w:r>
    </w:p>
    <w:p/>
    <w:p>
      <w:r>
        <w:rPr>
          <w:b/>
          <w:sz w:val="24"/>
        </w:rPr>
        <w:t>Câu 6: Liên bang Đông Dương thành lập vào năm nào?</w:t>
      </w:r>
    </w:p>
    <w:p/>
    <w:p>
      <w:r>
        <w:rPr>
          <w:b/>
          <w:sz w:val="24"/>
        </w:rPr>
        <w:t>Câu 7: "Dùng người Việt trị người Việt" là chính sách cai trị của ai?</w:t>
      </w:r>
    </w:p>
    <w:p/>
    <w:p>
      <w:r>
        <w:rPr>
          <w:b/>
          <w:sz w:val="24"/>
        </w:rPr>
        <w:t>Câu 8: Khởi nghĩa Bãi Sậy diễn ra tại tỉnh nào?</w:t>
      </w:r>
    </w:p>
    <w:p/>
    <w:p>
      <w:r>
        <w:rPr>
          <w:b/>
          <w:sz w:val="24"/>
        </w:rPr>
        <w:t>Câu 9: Khởi nghĩa Ba Đình diễn ra tại tỉnh nào?</w:t>
      </w:r>
    </w:p>
    <w:p/>
    <w:p>
      <w:r>
        <w:rPr>
          <w:b/>
          <w:sz w:val="24"/>
        </w:rPr>
        <w:t>Câu 10: Khởi nghĩa Hương Khê diễn ra tại tỉnh nào?</w:t>
      </w:r>
    </w:p>
    <w:p/>
    <w:p>
      <w:r>
        <w:rPr>
          <w:b/>
          <w:sz w:val="24"/>
        </w:rPr>
        <w:t>Câu 11: Nguyễn Ái Quốc đọc bản Sơ thảo của Lênin vào năm nào?</w:t>
      </w:r>
    </w:p>
    <w:p/>
    <w:p>
      <w:r>
        <w:rPr>
          <w:b/>
          <w:sz w:val="24"/>
        </w:rPr>
        <w:t>Câu 12: Tờ báo nào đánh dấu sự ra đời của ngày báo chí Cách mạng Việt Nam?</w:t>
      </w:r>
    </w:p>
    <w:p/>
    <w:p>
      <w:r>
        <w:rPr>
          <w:b/>
          <w:sz w:val="24"/>
        </w:rPr>
        <w:t>Câu 13: Phong trào đấu tranh nào đánh dấu “Một thời kỳ mới, một thời kỳ đấu tranh kịch liệt đã đến”?</w:t>
      </w:r>
    </w:p>
    <w:p/>
    <w:p>
      <w:r>
        <w:rPr>
          <w:b/>
          <w:sz w:val="24"/>
        </w:rPr>
        <w:t>Câu 14: Hội được Nguyễn Ái Quốc thành lập năm 1921 là hội nào?</w:t>
      </w:r>
    </w:p>
    <w:p/>
    <w:p>
      <w:r>
        <w:rPr>
          <w:b/>
          <w:sz w:val="24"/>
        </w:rPr>
        <w:t>Câu 15: Chi bộ Cộng sản đầu tiên thành lập vào thời gian nào, ở đâu?</w:t>
      </w:r>
    </w:p>
    <w:p/>
    <w:p>
      <w:r>
        <w:rPr>
          <w:b/>
          <w:sz w:val="24"/>
        </w:rPr>
        <w:t>Câu 16: Thời gian thành lập Việt Nam quốc dân Đảng?</w:t>
      </w:r>
    </w:p>
    <w:p/>
    <w:p>
      <w:r>
        <w:rPr>
          <w:b/>
          <w:sz w:val="24"/>
        </w:rPr>
        <w:t>Câu 17: Hiệp định Pa-tơ-nốt được ký vào năm nào?</w:t>
      </w:r>
    </w:p>
    <w:p/>
    <w:p>
      <w:r>
        <w:rPr>
          <w:b/>
          <w:sz w:val="24"/>
        </w:rPr>
        <w:t>Câu 18: Thời gian diễn ra phong trào Cần Vương?</w:t>
      </w:r>
    </w:p>
    <w:p/>
    <w:p>
      <w:r>
        <w:rPr>
          <w:b/>
          <w:sz w:val="24"/>
        </w:rPr>
        <w:t>Câu 19: Quốc tế Cộng sản (Quốc tế thứ 3) ra đời vào năm nào?</w:t>
      </w:r>
    </w:p>
    <w:p/>
    <w:p>
      <w:r>
        <w:rPr>
          <w:b/>
          <w:sz w:val="24"/>
        </w:rPr>
        <w:t>Câu 20: Nguyễn Ái Quốc khẳng định: "Muốn cứu nước và giải phóng dân tộc không có con đường nào khác con đường cách mạng vô sản" vào năm nào?</w:t>
      </w:r>
    </w:p>
    <w:p/>
    <w:p>
      <w:r>
        <w:rPr>
          <w:b/>
          <w:sz w:val="24"/>
        </w:rPr>
        <w:t>Câu 21: Vai trò của Hội Việt Nam Cách mạng Thanh niên đối với sự thành lập Đảng?</w:t>
      </w:r>
    </w:p>
    <w:p/>
    <w:p>
      <w:r>
        <w:rPr>
          <w:b/>
          <w:sz w:val="24"/>
        </w:rPr>
        <w:t>Câu 22: Văn kiện đầu tiên đề cập đến mục tiêu và nhiệm vụ của cách mạng giải phóng dân tộc ở Việt Nam?</w:t>
      </w:r>
    </w:p>
    <w:p/>
    <w:p>
      <w:r>
        <w:rPr>
          <w:b/>
          <w:sz w:val="24"/>
        </w:rPr>
        <w:t>Câu 23: Nguyễn Ái Quốc về Thái Lan và Quảng Châu (Trung Quốc) để thành lập Đảng do người chủ động hay do nhận được chỉ thị từ Quốc tế Cộng sản?</w:t>
      </w:r>
    </w:p>
    <w:p/>
    <w:p>
      <w:r>
        <w:rPr>
          <w:b/>
          <w:sz w:val="24"/>
        </w:rPr>
        <w:t>Câu 24: Ý nghĩa lớn nhất sự ra đời Đảng Cộng sản Việt Nam là gì?</w:t>
      </w:r>
    </w:p>
    <w:p/>
    <w:p>
      <w:r>
        <w:rPr>
          <w:b/>
          <w:sz w:val="24"/>
        </w:rPr>
        <w:t>Câu 25: Tính chất xã hội Việt Nam thời kỳ bị Thực dân Pháp thống trị?</w:t>
      </w:r>
    </w:p>
    <w:p/>
    <w:p>
      <w:r>
        <w:rPr>
          <w:b/>
          <w:sz w:val="24"/>
        </w:rPr>
        <w:t>Câu 26: Hội nghị thành lập Đảng thông qua mấy văn kiện?</w:t>
      </w:r>
    </w:p>
    <w:p/>
    <w:p>
      <w:r>
        <w:rPr>
          <w:b/>
          <w:sz w:val="24"/>
        </w:rPr>
        <w:t>Câu 27: Hội Việt Nam Cách mạng Thanh niên được thành lập vào năm nào?</w:t>
      </w:r>
    </w:p>
    <w:p/>
    <w:p>
      <w:r>
        <w:rPr>
          <w:b/>
          <w:sz w:val="24"/>
        </w:rPr>
        <w:t>Câu 28: Tờ báo nào là cơ quan ngôn luận của Hội Việt Nam Cách mạng Thanh niên?</w:t>
      </w:r>
    </w:p>
    <w:p/>
    <w:p>
      <w:r>
        <w:rPr>
          <w:b/>
          <w:sz w:val="24"/>
        </w:rPr>
        <w:t>Câu 29: Xô Viết - Nghệ Tĩnh tồn tại trong khoảng thời gian nào?</w:t>
      </w:r>
    </w:p>
    <w:p/>
    <w:p>
      <w:r>
        <w:rPr>
          <w:b/>
          <w:sz w:val="24"/>
        </w:rPr>
        <w:t>Câu 30: Đại hội nào là Đại hội đánh dấu sự phục hồi hoàn toàn của Đảng về mặt tổ chức?</w:t>
      </w:r>
    </w:p>
    <w:p/>
    <w:p>
      <w:r>
        <w:rPr>
          <w:b/>
          <w:sz w:val="24"/>
        </w:rPr>
        <w:t>Câu 31: Hồ Chí Minh nêu con đường phát triển của Cách mạng Việt Nam trong chánh cương, sách lược vắn tắt là gì?</w:t>
      </w:r>
    </w:p>
    <w:p/>
    <w:p>
      <w:r>
        <w:rPr>
          <w:b/>
          <w:sz w:val="24"/>
        </w:rPr>
        <w:t>Câu 32: Đại hội đại biểu lần thứ I của Đảng tổ chức tại đâu?</w:t>
      </w:r>
    </w:p>
    <w:p/>
    <w:p>
      <w:r>
        <w:rPr>
          <w:b/>
          <w:sz w:val="24"/>
        </w:rPr>
        <w:t>Câu 33: Lần đầu tiên người lao động Việt Nam tổ chức ngày Quốc tế lao động là thời gian nào?</w:t>
      </w:r>
    </w:p>
    <w:p/>
    <w:p>
      <w:r>
        <w:rPr>
          <w:b/>
          <w:sz w:val="24"/>
        </w:rPr>
        <w:t>Câu 34: Ai là người viết tác phẩm "Sơ thảo lược sử phong trào cộng sản ở Đông Dương" năm 1933?</w:t>
      </w:r>
    </w:p>
    <w:p/>
    <w:p>
      <w:r>
        <w:rPr>
          <w:b/>
          <w:sz w:val="24"/>
        </w:rPr>
        <w:t>Câu 35: Quốc tế Cộng sản họp Đại hội VII vào năm nào?</w:t>
      </w:r>
    </w:p>
    <w:p/>
    <w:p>
      <w:r>
        <w:rPr>
          <w:b/>
          <w:sz w:val="24"/>
        </w:rPr>
        <w:t>Câu 36: Đại hội I năm 1935 bầu ai làm Tổng Bí thư?</w:t>
      </w:r>
    </w:p>
    <w:p/>
    <w:p>
      <w:r>
        <w:rPr>
          <w:b/>
          <w:sz w:val="24"/>
        </w:rPr>
        <w:t>Câu 37: Văn kiện nào thể hiện quan điểm: "Võ trang bạo động để giành chính quyền phải là một nghệ thuật, phải theo khuôn phép của nhà binh"?</w:t>
      </w:r>
    </w:p>
    <w:p/>
    <w:p>
      <w:r>
        <w:rPr>
          <w:b/>
          <w:sz w:val="24"/>
        </w:rPr>
        <w:t>Câu 38: "Con đường của thanh niên chỉ có thể là con đường cách mạng" là câu nói của ai, nói năm nào?</w:t>
      </w:r>
    </w:p>
    <w:p/>
    <w:p>
      <w:r>
        <w:rPr>
          <w:b/>
          <w:sz w:val="24"/>
        </w:rPr>
        <w:t>Câu 39: Luận cương chính trị ra đời vào năm nào?</w:t>
      </w:r>
    </w:p>
    <w:p/>
    <w:p>
      <w:r>
        <w:rPr>
          <w:b/>
          <w:sz w:val="24"/>
        </w:rPr>
        <w:t>Câu 40: "Vấn đề thổ địa cách mạng là cái cốt của cách mạng tư sản dân quyền" là luận điểm nằm trong văn kiện nào?</w:t>
      </w:r>
    </w:p>
    <w:p/>
    <w:p>
      <w:r>
        <w:rPr>
          <w:b/>
          <w:sz w:val="24"/>
        </w:rPr>
        <w:t>Câu 41: Tên của lực lượng vũ trang được thành lập ở Nghệ An trong phong trào cách mạng 1930?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None</w:t>
      </w:r>
    </w:p>
    <w:p>
      <w:r>
        <w:rPr>
          <w:b/>
        </w:rPr>
        <w:t>Câu 2: Đáp án đúng: None</w:t>
      </w:r>
    </w:p>
    <w:p>
      <w:r>
        <w:rPr>
          <w:b/>
        </w:rPr>
        <w:t>Câu 3: Đáp án đúng: None</w:t>
      </w:r>
    </w:p>
    <w:p>
      <w:r>
        <w:rPr>
          <w:b/>
        </w:rPr>
        <w:t>Câu 4: Đáp án đúng: None</w:t>
      </w:r>
    </w:p>
    <w:p>
      <w:r>
        <w:rPr>
          <w:b/>
        </w:rPr>
        <w:t>Câu 5: Đáp án đúng: None</w:t>
      </w:r>
    </w:p>
    <w:p>
      <w:r>
        <w:rPr>
          <w:b/>
        </w:rPr>
        <w:t>Câu 6: Đáp án đúng: None</w:t>
      </w:r>
    </w:p>
    <w:p>
      <w:r>
        <w:rPr>
          <w:b/>
        </w:rPr>
        <w:t>Câu 7: Đáp án đúng: None</w:t>
      </w:r>
    </w:p>
    <w:p>
      <w:r>
        <w:rPr>
          <w:b/>
        </w:rPr>
        <w:t>Câu 8: Đáp án đúng: None</w:t>
      </w:r>
    </w:p>
    <w:p>
      <w:r>
        <w:rPr>
          <w:b/>
        </w:rPr>
        <w:t>Câu 9: Đáp án đúng: None</w:t>
      </w:r>
    </w:p>
    <w:p>
      <w:r>
        <w:rPr>
          <w:b/>
        </w:rPr>
        <w:t>Câu 10: Đáp án đúng: None</w:t>
      </w:r>
    </w:p>
    <w:p>
      <w:r>
        <w:rPr>
          <w:b/>
        </w:rPr>
        <w:t>Câu 11: Đáp án đúng: None</w:t>
      </w:r>
    </w:p>
    <w:p>
      <w:r>
        <w:rPr>
          <w:b/>
        </w:rPr>
        <w:t>Câu 12: Đáp án đúng: None</w:t>
      </w:r>
    </w:p>
    <w:p>
      <w:r>
        <w:rPr>
          <w:b/>
        </w:rPr>
        <w:t>Câu 13: Đáp án đúng: None</w:t>
      </w:r>
    </w:p>
    <w:p>
      <w:r>
        <w:rPr>
          <w:b/>
        </w:rPr>
        <w:t>Câu 14: Đáp án đúng: None</w:t>
      </w:r>
    </w:p>
    <w:p>
      <w:r>
        <w:rPr>
          <w:b/>
        </w:rPr>
        <w:t>Câu 15: Đáp án đúng: None</w:t>
      </w:r>
    </w:p>
    <w:p>
      <w:r>
        <w:rPr>
          <w:b/>
        </w:rPr>
        <w:t>Câu 16: Đáp án đúng: None</w:t>
      </w:r>
    </w:p>
    <w:p>
      <w:r>
        <w:rPr>
          <w:b/>
        </w:rPr>
        <w:t>Câu 17: Đáp án đúng: None</w:t>
      </w:r>
    </w:p>
    <w:p>
      <w:r>
        <w:rPr>
          <w:b/>
        </w:rPr>
        <w:t>Câu 18: Đáp án đúng: None</w:t>
      </w:r>
    </w:p>
    <w:p>
      <w:r>
        <w:rPr>
          <w:b/>
        </w:rPr>
        <w:t>Câu 19: Đáp án đúng: None</w:t>
      </w:r>
    </w:p>
    <w:p>
      <w:r>
        <w:rPr>
          <w:b/>
        </w:rPr>
        <w:t>Câu 20: Đáp án đúng: None</w:t>
      </w:r>
    </w:p>
    <w:p>
      <w:r>
        <w:rPr>
          <w:b/>
        </w:rPr>
        <w:t>Câu 21: Đáp án đúng: None</w:t>
      </w:r>
    </w:p>
    <w:p>
      <w:r>
        <w:rPr>
          <w:b/>
        </w:rPr>
        <w:t>Câu 22: Đáp án đúng: None</w:t>
      </w:r>
    </w:p>
    <w:p>
      <w:r>
        <w:rPr>
          <w:b/>
        </w:rPr>
        <w:t>Câu 23: Đáp án đúng: None</w:t>
      </w:r>
    </w:p>
    <w:p>
      <w:r>
        <w:rPr>
          <w:b/>
        </w:rPr>
        <w:t>Câu 24: Đáp án đúng: None</w:t>
      </w:r>
    </w:p>
    <w:p>
      <w:r>
        <w:rPr>
          <w:b/>
        </w:rPr>
        <w:t>Câu 25: Đáp án đúng: None</w:t>
      </w:r>
    </w:p>
    <w:p>
      <w:r>
        <w:rPr>
          <w:b/>
        </w:rPr>
        <w:t>Câu 26: Đáp án đúng: None</w:t>
      </w:r>
    </w:p>
    <w:p>
      <w:r>
        <w:rPr>
          <w:b/>
        </w:rPr>
        <w:t>Câu 27: Đáp án đúng: None</w:t>
      </w:r>
    </w:p>
    <w:p>
      <w:r>
        <w:rPr>
          <w:b/>
        </w:rPr>
        <w:t>Câu 28: Đáp án đúng: None</w:t>
      </w:r>
    </w:p>
    <w:p>
      <w:r>
        <w:rPr>
          <w:b/>
        </w:rPr>
        <w:t>Câu 29: Đáp án đúng: None</w:t>
      </w:r>
    </w:p>
    <w:p>
      <w:r>
        <w:rPr>
          <w:b/>
        </w:rPr>
        <w:t>Câu 30: Đáp án đúng: None</w:t>
      </w:r>
    </w:p>
    <w:p>
      <w:r>
        <w:rPr>
          <w:b/>
        </w:rPr>
        <w:t>Câu 31: Đáp án đúng: None</w:t>
      </w:r>
    </w:p>
    <w:p>
      <w:r>
        <w:rPr>
          <w:b/>
        </w:rPr>
        <w:t>Câu 32: Đáp án đúng: None</w:t>
      </w:r>
    </w:p>
    <w:p>
      <w:r>
        <w:rPr>
          <w:b/>
        </w:rPr>
        <w:t>Câu 33: Đáp án đúng: None</w:t>
      </w:r>
    </w:p>
    <w:p>
      <w:r>
        <w:rPr>
          <w:b/>
        </w:rPr>
        <w:t>Câu 34: Đáp án đúng: None</w:t>
      </w:r>
    </w:p>
    <w:p>
      <w:r>
        <w:rPr>
          <w:b/>
        </w:rPr>
        <w:t>Câu 35: Đáp án đúng: None</w:t>
      </w:r>
    </w:p>
    <w:p>
      <w:r>
        <w:rPr>
          <w:b/>
        </w:rPr>
        <w:t>Câu 36: Đáp án đúng: None</w:t>
      </w:r>
    </w:p>
    <w:p>
      <w:r>
        <w:rPr>
          <w:b/>
        </w:rPr>
        <w:t>Câu 37: Đáp án đúng: None</w:t>
      </w:r>
    </w:p>
    <w:p>
      <w:r>
        <w:rPr>
          <w:b/>
        </w:rPr>
        <w:t>Câu 38: Đáp án đúng: None</w:t>
      </w:r>
    </w:p>
    <w:p>
      <w:r>
        <w:rPr>
          <w:b/>
        </w:rPr>
        <w:t>Câu 39: Đáp án đúng: None</w:t>
      </w:r>
    </w:p>
    <w:p>
      <w:r>
        <w:rPr>
          <w:b/>
        </w:rPr>
        <w:t>Câu 40: Đáp án đúng: None</w:t>
      </w:r>
    </w:p>
    <w:p>
      <w:r>
        <w:rPr>
          <w:b/>
        </w:rPr>
        <w:t>Câu 41: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