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Địa lý Lớp 12 - Bản đồ và các phương pháp biểu hiện trên bản đồ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Vị trí địa lí nước ta nằm ở:</w:t>
      </w:r>
    </w:p>
    <w:p>
      <w:pPr>
        <w:pStyle w:val="ListParagraph"/>
      </w:pPr>
      <w:r>
        <w:rPr>
          <w:sz w:val="22"/>
        </w:rPr>
        <w:t>A. rìa phía đông bán đảo Đông Dương, gần trung tâm Đông Nam Á.</w:t>
      </w:r>
    </w:p>
    <w:p>
      <w:pPr>
        <w:pStyle w:val="ListParagraph"/>
      </w:pPr>
      <w:r>
        <w:rPr>
          <w:sz w:val="22"/>
        </w:rPr>
        <w:t>B. trung tâm châu Á.</w:t>
      </w:r>
    </w:p>
    <w:p>
      <w:pPr>
        <w:pStyle w:val="ListParagraph"/>
      </w:pPr>
      <w:r>
        <w:rPr>
          <w:sz w:val="22"/>
        </w:rPr>
        <w:t>C. phía tây bán đảo Đông Dương.</w:t>
      </w:r>
    </w:p>
    <w:p>
      <w:pPr>
        <w:pStyle w:val="ListParagraph"/>
      </w:pPr>
      <w:r>
        <w:rPr>
          <w:sz w:val="22"/>
        </w:rPr>
        <w:t>D. phía nam châu Đại Dương.</w:t>
      </w:r>
    </w:p>
    <w:p/>
    <w:p>
      <w:r>
        <w:rPr>
          <w:b/>
          <w:sz w:val="24"/>
        </w:rPr>
        <w:t>Câu 2: Điểm cực Bắc nước ta thuộc tỉnh nào?</w:t>
      </w:r>
    </w:p>
    <w:p>
      <w:pPr>
        <w:pStyle w:val="ListParagraph"/>
      </w:pPr>
      <w:r>
        <w:rPr>
          <w:sz w:val="22"/>
        </w:rPr>
        <w:t>A. Hà Giang.</w:t>
      </w:r>
    </w:p>
    <w:p>
      <w:pPr>
        <w:pStyle w:val="ListParagraph"/>
      </w:pPr>
      <w:r>
        <w:rPr>
          <w:sz w:val="22"/>
        </w:rPr>
        <w:t>B. Cà Mau.</w:t>
      </w:r>
    </w:p>
    <w:p>
      <w:pPr>
        <w:pStyle w:val="ListParagraph"/>
      </w:pPr>
      <w:r>
        <w:rPr>
          <w:sz w:val="22"/>
        </w:rPr>
        <w:t>C. Điện Biên.</w:t>
      </w:r>
    </w:p>
    <w:p>
      <w:pPr>
        <w:pStyle w:val="ListParagraph"/>
      </w:pPr>
      <w:r>
        <w:rPr>
          <w:sz w:val="22"/>
        </w:rPr>
        <w:t>D. Khánh Hòa.</w:t>
      </w:r>
    </w:p>
    <w:p/>
    <w:p>
      <w:r>
        <w:rPr>
          <w:b/>
          <w:sz w:val="24"/>
        </w:rPr>
        <w:t>Câu 3: Điểm cực Nam nước ta thuộc:</w:t>
      </w:r>
    </w:p>
    <w:p>
      <w:pPr>
        <w:pStyle w:val="ListParagraph"/>
      </w:pPr>
      <w:r>
        <w:rPr>
          <w:sz w:val="22"/>
        </w:rPr>
        <w:t>A. xã Đất Mũi, Ngọc Hiển, Cà Mau.</w:t>
      </w:r>
    </w:p>
    <w:p>
      <w:pPr>
        <w:pStyle w:val="ListParagraph"/>
      </w:pPr>
      <w:r>
        <w:rPr>
          <w:sz w:val="22"/>
        </w:rPr>
        <w:t>B. xã Lũng Cú, Đồng Văn, Hà Giang.</w:t>
      </w:r>
    </w:p>
    <w:p>
      <w:pPr>
        <w:pStyle w:val="ListParagraph"/>
      </w:pPr>
      <w:r>
        <w:rPr>
          <w:sz w:val="22"/>
        </w:rPr>
        <w:t>C. xã Sín Thầu, Mường Nhé, Điện Biên.</w:t>
      </w:r>
    </w:p>
    <w:p>
      <w:pPr>
        <w:pStyle w:val="ListParagraph"/>
      </w:pPr>
      <w:r>
        <w:rPr>
          <w:sz w:val="22"/>
        </w:rPr>
        <w:t>D. xã Vạn Thạnh, Vạn Ninh, Khánh Hòa.</w:t>
      </w:r>
    </w:p>
    <w:p/>
    <w:p>
      <w:r>
        <w:rPr>
          <w:b/>
          <w:sz w:val="24"/>
        </w:rPr>
        <w:t>Câu 4: Điểm cực Tây nước ta thuộc tỉnh:</w:t>
      </w:r>
    </w:p>
    <w:p>
      <w:pPr>
        <w:pStyle w:val="ListParagraph"/>
      </w:pPr>
      <w:r>
        <w:rPr>
          <w:sz w:val="22"/>
        </w:rPr>
        <w:t>A. Điện Biên.</w:t>
      </w:r>
    </w:p>
    <w:p>
      <w:pPr>
        <w:pStyle w:val="ListParagraph"/>
      </w:pPr>
      <w:r>
        <w:rPr>
          <w:sz w:val="22"/>
        </w:rPr>
        <w:t>B. Hà Giang.</w:t>
      </w:r>
    </w:p>
    <w:p>
      <w:pPr>
        <w:pStyle w:val="ListParagraph"/>
      </w:pPr>
      <w:r>
        <w:rPr>
          <w:sz w:val="22"/>
        </w:rPr>
        <w:t>C. Khánh Hòa.</w:t>
      </w:r>
    </w:p>
    <w:p>
      <w:pPr>
        <w:pStyle w:val="ListParagraph"/>
      </w:pPr>
      <w:r>
        <w:rPr>
          <w:sz w:val="22"/>
        </w:rPr>
        <w:t>D. Cà Mau.</w:t>
      </w:r>
    </w:p>
    <w:p/>
    <w:p>
      <w:r>
        <w:rPr>
          <w:b/>
          <w:sz w:val="24"/>
        </w:rPr>
        <w:t>Câu 5: Điểm cực Đông nước ta thuộc tỉnh:</w:t>
      </w:r>
    </w:p>
    <w:p>
      <w:pPr>
        <w:pStyle w:val="ListParagraph"/>
      </w:pPr>
      <w:r>
        <w:rPr>
          <w:sz w:val="22"/>
        </w:rPr>
        <w:t>A. Khánh Hòa.</w:t>
      </w:r>
    </w:p>
    <w:p>
      <w:pPr>
        <w:pStyle w:val="ListParagraph"/>
      </w:pPr>
      <w:r>
        <w:rPr>
          <w:sz w:val="22"/>
        </w:rPr>
        <w:t>B. Cà Mau.</w:t>
      </w:r>
    </w:p>
    <w:p>
      <w:pPr>
        <w:pStyle w:val="ListParagraph"/>
      </w:pPr>
      <w:r>
        <w:rPr>
          <w:sz w:val="22"/>
        </w:rPr>
        <w:t>C. Hà Giang.</w:t>
      </w:r>
    </w:p>
    <w:p>
      <w:pPr>
        <w:pStyle w:val="ListParagraph"/>
      </w:pPr>
      <w:r>
        <w:rPr>
          <w:sz w:val="22"/>
        </w:rPr>
        <w:t>D. Điện Biên.</w:t>
      </w:r>
    </w:p>
    <w:p/>
    <w:p>
      <w:r>
        <w:rPr>
          <w:b/>
          <w:sz w:val="24"/>
        </w:rPr>
        <w:t>Câu 6: Vĩ độ điểm cực Bắc nước ta là:</w:t>
      </w:r>
    </w:p>
    <w:p>
      <w:pPr>
        <w:pStyle w:val="ListParagraph"/>
      </w:pPr>
      <w:r>
        <w:rPr>
          <w:sz w:val="22"/>
        </w:rPr>
        <w:t>A. 23°23'B.</w:t>
      </w:r>
    </w:p>
    <w:p>
      <w:pPr>
        <w:pStyle w:val="ListParagraph"/>
      </w:pPr>
      <w:r>
        <w:rPr>
          <w:sz w:val="22"/>
        </w:rPr>
        <w:t>B. 8°34'B.</w:t>
      </w:r>
    </w:p>
    <w:p>
      <w:pPr>
        <w:pStyle w:val="ListParagraph"/>
      </w:pPr>
      <w:r>
        <w:rPr>
          <w:sz w:val="22"/>
        </w:rPr>
        <w:t>C. 102°09'Đ.</w:t>
      </w:r>
    </w:p>
    <w:p>
      <w:pPr>
        <w:pStyle w:val="ListParagraph"/>
      </w:pPr>
      <w:r>
        <w:rPr>
          <w:sz w:val="22"/>
        </w:rPr>
        <w:t>D. 109°24'Đ.</w:t>
      </w:r>
    </w:p>
    <w:p/>
    <w:p>
      <w:r>
        <w:rPr>
          <w:b/>
          <w:sz w:val="24"/>
        </w:rPr>
        <w:t>Câu 7: Kinh độ điểm cực Đông nước ta là:</w:t>
      </w:r>
    </w:p>
    <w:p>
      <w:pPr>
        <w:pStyle w:val="ListParagraph"/>
      </w:pPr>
      <w:r>
        <w:rPr>
          <w:sz w:val="22"/>
        </w:rPr>
        <w:t>A. 109°24'Đ.</w:t>
      </w:r>
    </w:p>
    <w:p>
      <w:pPr>
        <w:pStyle w:val="ListParagraph"/>
      </w:pPr>
      <w:r>
        <w:rPr>
          <w:sz w:val="22"/>
        </w:rPr>
        <w:t>B. 102°09'Đ.</w:t>
      </w:r>
    </w:p>
    <w:p>
      <w:pPr>
        <w:pStyle w:val="ListParagraph"/>
      </w:pPr>
      <w:r>
        <w:rPr>
          <w:sz w:val="22"/>
        </w:rPr>
        <w:t>C. 23°23'B.</w:t>
      </w:r>
    </w:p>
    <w:p>
      <w:pPr>
        <w:pStyle w:val="ListParagraph"/>
      </w:pPr>
      <w:r>
        <w:rPr>
          <w:sz w:val="22"/>
        </w:rPr>
        <w:t>D. 8°34'B.</w:t>
      </w:r>
    </w:p>
    <w:p/>
    <w:p>
      <w:r>
        <w:rPr>
          <w:b/>
          <w:sz w:val="24"/>
        </w:rPr>
        <w:t>Câu 8: Lãnh thổ Việt Nam gồm các bộ phận nào?</w:t>
      </w:r>
    </w:p>
    <w:p>
      <w:pPr>
        <w:pStyle w:val="ListParagraph"/>
      </w:pPr>
      <w:r>
        <w:rPr>
          <w:sz w:val="22"/>
        </w:rPr>
        <w:t>A. Vùng đất, vùng biển, vùng trời.</w:t>
      </w:r>
    </w:p>
    <w:p>
      <w:pPr>
        <w:pStyle w:val="ListParagraph"/>
      </w:pPr>
      <w:r>
        <w:rPr>
          <w:sz w:val="22"/>
        </w:rPr>
        <w:t>B. Vùng đất, vùng núi, vùng biển.</w:t>
      </w:r>
    </w:p>
    <w:p>
      <w:pPr>
        <w:pStyle w:val="ListParagraph"/>
      </w:pPr>
      <w:r>
        <w:rPr>
          <w:sz w:val="22"/>
        </w:rPr>
        <w:t>C. Vùng biển, vùng trời, vùng đồng bằng.</w:t>
      </w:r>
    </w:p>
    <w:p>
      <w:pPr>
        <w:pStyle w:val="ListParagraph"/>
      </w:pPr>
      <w:r>
        <w:rPr>
          <w:sz w:val="22"/>
        </w:rPr>
        <w:t>D. Vùng đất, vùng trời, vùng đảo.</w:t>
      </w:r>
    </w:p>
    <w:p/>
    <w:p>
      <w:r>
        <w:rPr>
          <w:b/>
          <w:sz w:val="24"/>
        </w:rPr>
        <w:t>Câu 9: Vùng đất Việt Nam có diện tích khoảng:</w:t>
      </w:r>
    </w:p>
    <w:p>
      <w:pPr>
        <w:pStyle w:val="ListParagraph"/>
      </w:pPr>
      <w:r>
        <w:rPr>
          <w:sz w:val="22"/>
        </w:rPr>
        <w:t>A. 331.212 km².</w:t>
      </w:r>
    </w:p>
    <w:p>
      <w:pPr>
        <w:pStyle w:val="ListParagraph"/>
      </w:pPr>
      <w:r>
        <w:rPr>
          <w:sz w:val="22"/>
        </w:rPr>
        <w:t>B. 330.991 km².</w:t>
      </w:r>
    </w:p>
    <w:p>
      <w:pPr>
        <w:pStyle w:val="ListParagraph"/>
      </w:pPr>
      <w:r>
        <w:rPr>
          <w:sz w:val="22"/>
        </w:rPr>
        <w:t>C. 329.247 km².</w:t>
      </w:r>
    </w:p>
    <w:p>
      <w:pPr>
        <w:pStyle w:val="ListParagraph"/>
      </w:pPr>
      <w:r>
        <w:rPr>
          <w:sz w:val="22"/>
        </w:rPr>
        <w:t>D. 331.690 km².</w:t>
      </w:r>
    </w:p>
    <w:p/>
    <w:p>
      <w:r>
        <w:rPr>
          <w:b/>
          <w:sz w:val="24"/>
        </w:rPr>
        <w:t>Câu 10: Đường bờ biển nước ta dài khoảng:</w:t>
      </w:r>
    </w:p>
    <w:p>
      <w:pPr>
        <w:pStyle w:val="ListParagraph"/>
      </w:pPr>
      <w:r>
        <w:rPr>
          <w:sz w:val="22"/>
        </w:rPr>
        <w:t>A. 3260 km.</w:t>
      </w:r>
    </w:p>
    <w:p>
      <w:pPr>
        <w:pStyle w:val="ListParagraph"/>
      </w:pPr>
      <w:r>
        <w:rPr>
          <w:sz w:val="22"/>
        </w:rPr>
        <w:t>B. 2360 km.</w:t>
      </w:r>
    </w:p>
    <w:p>
      <w:pPr>
        <w:pStyle w:val="ListParagraph"/>
      </w:pPr>
      <w:r>
        <w:rPr>
          <w:sz w:val="22"/>
        </w:rPr>
        <w:t>C. 3620 km.</w:t>
      </w:r>
    </w:p>
    <w:p>
      <w:pPr>
        <w:pStyle w:val="ListParagraph"/>
      </w:pPr>
      <w:r>
        <w:rPr>
          <w:sz w:val="22"/>
        </w:rPr>
        <w:t>D. 4600 km.</w:t>
      </w:r>
    </w:p>
    <w:p/>
    <w:p>
      <w:r>
        <w:rPr>
          <w:b/>
          <w:sz w:val="24"/>
        </w:rPr>
        <w:t>Câu 11: Đường biên giới trên đất liền nước ta dài khoảng:</w:t>
      </w:r>
    </w:p>
    <w:p>
      <w:pPr>
        <w:pStyle w:val="ListParagraph"/>
      </w:pPr>
      <w:r>
        <w:rPr>
          <w:sz w:val="22"/>
        </w:rPr>
        <w:t>A. hơn 4600 km.</w:t>
      </w:r>
    </w:p>
    <w:p>
      <w:pPr>
        <w:pStyle w:val="ListParagraph"/>
      </w:pPr>
      <w:r>
        <w:rPr>
          <w:sz w:val="22"/>
        </w:rPr>
        <w:t>B. hơn 3260 km.</w:t>
      </w:r>
    </w:p>
    <w:p>
      <w:pPr>
        <w:pStyle w:val="ListParagraph"/>
      </w:pPr>
      <w:r>
        <w:rPr>
          <w:sz w:val="22"/>
        </w:rPr>
        <w:t>C. hơn 2600 km.</w:t>
      </w:r>
    </w:p>
    <w:p>
      <w:pPr>
        <w:pStyle w:val="ListParagraph"/>
      </w:pPr>
      <w:r>
        <w:rPr>
          <w:sz w:val="22"/>
        </w:rPr>
        <w:t>D. hơn 5600 km.</w:t>
      </w:r>
    </w:p>
    <w:p/>
    <w:p>
      <w:r>
        <w:rPr>
          <w:b/>
          <w:sz w:val="24"/>
        </w:rPr>
        <w:t>Câu 12: Vùng biển nước ta gồm:</w:t>
      </w:r>
    </w:p>
    <w:p>
      <w:pPr>
        <w:pStyle w:val="ListParagraph"/>
      </w:pPr>
      <w:r>
        <w:rPr>
          <w:sz w:val="22"/>
        </w:rPr>
        <w:t>A. nội thủy, lãnh hải, vùng tiếp giáp lãnh hải, vùng đặc quyền kinh tế, thềm lục địa.</w:t>
      </w:r>
    </w:p>
    <w:p>
      <w:pPr>
        <w:pStyle w:val="ListParagraph"/>
      </w:pPr>
      <w:r>
        <w:rPr>
          <w:sz w:val="22"/>
        </w:rPr>
        <w:t>B. nội thủy, lãnh hải, vùng đặc quyền kinh tế.</w:t>
      </w:r>
    </w:p>
    <w:p>
      <w:pPr>
        <w:pStyle w:val="ListParagraph"/>
      </w:pPr>
      <w:r>
        <w:rPr>
          <w:sz w:val="22"/>
        </w:rPr>
        <w:t>C. lãnh hải, vùng tiếp giáp lãnh hải, vùng trời.</w:t>
      </w:r>
    </w:p>
    <w:p>
      <w:pPr>
        <w:pStyle w:val="ListParagraph"/>
      </w:pPr>
      <w:r>
        <w:rPr>
          <w:sz w:val="22"/>
        </w:rPr>
        <w:t>D. nội thủy, thềm lục địa, vùng trời.</w:t>
      </w:r>
    </w:p>
    <w:p/>
    <w:p>
      <w:r>
        <w:rPr>
          <w:b/>
          <w:sz w:val="24"/>
        </w:rPr>
        <w:t>Câu 13: Vùng nước tiếp giáp với đất liền, ở phía trong đường cơ sở là:</w:t>
      </w:r>
    </w:p>
    <w:p>
      <w:pPr>
        <w:pStyle w:val="ListParagraph"/>
      </w:pPr>
      <w:r>
        <w:rPr>
          <w:sz w:val="22"/>
        </w:rPr>
        <w:t>A. nội thủy.</w:t>
      </w:r>
    </w:p>
    <w:p>
      <w:pPr>
        <w:pStyle w:val="ListParagraph"/>
      </w:pPr>
      <w:r>
        <w:rPr>
          <w:sz w:val="22"/>
        </w:rPr>
        <w:t>B. lãnh hải.</w:t>
      </w:r>
    </w:p>
    <w:p>
      <w:pPr>
        <w:pStyle w:val="ListParagraph"/>
      </w:pPr>
      <w:r>
        <w:rPr>
          <w:sz w:val="22"/>
        </w:rPr>
        <w:t>C. vùng tiếp giáp lãnh hải.</w:t>
      </w:r>
    </w:p>
    <w:p>
      <w:pPr>
        <w:pStyle w:val="ListParagraph"/>
      </w:pPr>
      <w:r>
        <w:rPr>
          <w:sz w:val="22"/>
        </w:rPr>
        <w:t>D. vùng đặc quyền kinh tế.</w:t>
      </w:r>
    </w:p>
    <w:p/>
    <w:p>
      <w:r>
        <w:rPr>
          <w:b/>
          <w:sz w:val="24"/>
        </w:rPr>
        <w:t>Câu 14: Vùng biển thuộc chủ quyền quốc gia trên biển, rộng 12 hải lí tính từ đường cơ sở là:</w:t>
      </w:r>
    </w:p>
    <w:p>
      <w:pPr>
        <w:pStyle w:val="ListParagraph"/>
      </w:pPr>
      <w:r>
        <w:rPr>
          <w:sz w:val="22"/>
        </w:rPr>
        <w:t>A. lãnh hải.</w:t>
      </w:r>
    </w:p>
    <w:p>
      <w:pPr>
        <w:pStyle w:val="ListParagraph"/>
      </w:pPr>
      <w:r>
        <w:rPr>
          <w:sz w:val="22"/>
        </w:rPr>
        <w:t>B. nội thủy.</w:t>
      </w:r>
    </w:p>
    <w:p>
      <w:pPr>
        <w:pStyle w:val="ListParagraph"/>
      </w:pPr>
      <w:r>
        <w:rPr>
          <w:sz w:val="22"/>
        </w:rPr>
        <w:t>C. vùng tiếp giáp lãnh hải.</w:t>
      </w:r>
    </w:p>
    <w:p>
      <w:pPr>
        <w:pStyle w:val="ListParagraph"/>
      </w:pPr>
      <w:r>
        <w:rPr>
          <w:sz w:val="22"/>
        </w:rPr>
        <w:t>D. thềm lục địa.</w:t>
      </w:r>
    </w:p>
    <w:p/>
    <w:p>
      <w:r>
        <w:rPr>
          <w:b/>
          <w:sz w:val="24"/>
        </w:rPr>
        <w:t>Câu 15: Vùng đặc quyền kinh tế nước ta rộng 200 hải lí tính từ:</w:t>
      </w:r>
    </w:p>
    <w:p>
      <w:pPr>
        <w:pStyle w:val="ListParagraph"/>
      </w:pPr>
      <w:r>
        <w:rPr>
          <w:sz w:val="22"/>
        </w:rPr>
        <w:t>A. đường cơ sở.</w:t>
      </w:r>
    </w:p>
    <w:p>
      <w:pPr>
        <w:pStyle w:val="ListParagraph"/>
      </w:pPr>
      <w:r>
        <w:rPr>
          <w:sz w:val="22"/>
        </w:rPr>
        <w:t>B. đường biên giới.</w:t>
      </w:r>
    </w:p>
    <w:p>
      <w:pPr>
        <w:pStyle w:val="ListParagraph"/>
      </w:pPr>
      <w:r>
        <w:rPr>
          <w:sz w:val="22"/>
        </w:rPr>
        <w:t>C. lãnh hải.</w:t>
      </w:r>
    </w:p>
    <w:p>
      <w:pPr>
        <w:pStyle w:val="ListParagraph"/>
      </w:pPr>
      <w:r>
        <w:rPr>
          <w:sz w:val="22"/>
        </w:rPr>
        <w:t>D. nội thủy.</w:t>
      </w:r>
    </w:p>
    <w:p/>
    <w:p>
      <w:r>
        <w:rPr>
          <w:b/>
          <w:sz w:val="24"/>
        </w:rPr>
        <w:t>Câu 16: Ý nghĩa quan trọng của vị trí địa lí nước ta về tự nhiên là:</w:t>
      </w:r>
    </w:p>
    <w:p>
      <w:pPr>
        <w:pStyle w:val="ListParagraph"/>
      </w:pPr>
      <w:r>
        <w:rPr>
          <w:sz w:val="22"/>
        </w:rPr>
        <w:t>A. quy định thiên nhiên mang tính nhiệt đới ẩm gió mùa.</w:t>
      </w:r>
    </w:p>
    <w:p>
      <w:pPr>
        <w:pStyle w:val="ListParagraph"/>
      </w:pPr>
      <w:r>
        <w:rPr>
          <w:sz w:val="22"/>
        </w:rPr>
        <w:t>B. làm cho thiên nhiên mang tính ôn đới.</w:t>
      </w:r>
    </w:p>
    <w:p>
      <w:pPr>
        <w:pStyle w:val="ListParagraph"/>
      </w:pPr>
      <w:r>
        <w:rPr>
          <w:sz w:val="22"/>
        </w:rPr>
        <w:t>C. làm cho thiên nhiên mang tính cận cực.</w:t>
      </w:r>
    </w:p>
    <w:p>
      <w:pPr>
        <w:pStyle w:val="ListParagraph"/>
      </w:pPr>
      <w:r>
        <w:rPr>
          <w:sz w:val="22"/>
        </w:rPr>
        <w:t>D. làm cho thiên nhiên mang tính khô hạn.</w:t>
      </w:r>
    </w:p>
    <w:p/>
    <w:p>
      <w:r>
        <w:rPr>
          <w:b/>
          <w:sz w:val="24"/>
        </w:rPr>
        <w:t>Câu 17: Vị trí địa lí nước ta nằm trong khu vực:</w:t>
      </w:r>
    </w:p>
    <w:p>
      <w:pPr>
        <w:pStyle w:val="ListParagraph"/>
      </w:pPr>
      <w:r>
        <w:rPr>
          <w:sz w:val="22"/>
        </w:rPr>
        <w:t>A. nội chí tuyến bán cầu Bắc.</w:t>
      </w:r>
    </w:p>
    <w:p>
      <w:pPr>
        <w:pStyle w:val="ListParagraph"/>
      </w:pPr>
      <w:r>
        <w:rPr>
          <w:sz w:val="22"/>
        </w:rPr>
        <w:t>B. ngoại chí tuyến bán cầu Bắc.</w:t>
      </w:r>
    </w:p>
    <w:p>
      <w:pPr>
        <w:pStyle w:val="ListParagraph"/>
      </w:pPr>
      <w:r>
        <w:rPr>
          <w:sz w:val="22"/>
        </w:rPr>
        <w:t>C. vòng cực Bắc.</w:t>
      </w:r>
    </w:p>
    <w:p>
      <w:pPr>
        <w:pStyle w:val="ListParagraph"/>
      </w:pPr>
      <w:r>
        <w:rPr>
          <w:sz w:val="22"/>
        </w:rPr>
        <w:t>D. xích đạo.</w:t>
      </w:r>
    </w:p>
    <w:p/>
    <w:p>
      <w:r>
        <w:rPr>
          <w:b/>
          <w:sz w:val="24"/>
        </w:rPr>
        <w:t>Câu 18: Nước ta có vị trí cầu nối giữa:</w:t>
      </w:r>
    </w:p>
    <w:p>
      <w:pPr>
        <w:pStyle w:val="ListParagraph"/>
      </w:pPr>
      <w:r>
        <w:rPr>
          <w:sz w:val="22"/>
        </w:rPr>
        <w:t>A. Đông Nam Á lục địa và Đông Nam Á hải đảo.</w:t>
      </w:r>
    </w:p>
    <w:p>
      <w:pPr>
        <w:pStyle w:val="ListParagraph"/>
      </w:pPr>
      <w:r>
        <w:rPr>
          <w:sz w:val="22"/>
        </w:rPr>
        <w:t>B. châu Á và châu Âu.</w:t>
      </w:r>
    </w:p>
    <w:p>
      <w:pPr>
        <w:pStyle w:val="ListParagraph"/>
      </w:pPr>
      <w:r>
        <w:rPr>
          <w:sz w:val="22"/>
        </w:rPr>
        <w:t>C. châu Phi và châu Á.</w:t>
      </w:r>
    </w:p>
    <w:p>
      <w:pPr>
        <w:pStyle w:val="ListParagraph"/>
      </w:pPr>
      <w:r>
        <w:rPr>
          <w:sz w:val="22"/>
        </w:rPr>
        <w:t>D. châu Mỹ và châu Á.</w:t>
      </w:r>
    </w:p>
    <w:p/>
    <w:p>
      <w:r>
        <w:rPr>
          <w:b/>
          <w:sz w:val="24"/>
        </w:rPr>
        <w:t>Câu 19: Vị trí địa lí nước ta có ảnh hưởng lớn đến:</w:t>
      </w:r>
    </w:p>
    <w:p>
      <w:pPr>
        <w:pStyle w:val="ListParagraph"/>
      </w:pPr>
      <w:r>
        <w:rPr>
          <w:sz w:val="22"/>
        </w:rPr>
        <w:t>A. an ninh quốc phòng và giao thông vận tải.</w:t>
      </w:r>
    </w:p>
    <w:p>
      <w:pPr>
        <w:pStyle w:val="ListParagraph"/>
      </w:pPr>
      <w:r>
        <w:rPr>
          <w:sz w:val="22"/>
        </w:rPr>
        <w:t>B. chỉ nông nghiệp.</w:t>
      </w:r>
    </w:p>
    <w:p>
      <w:pPr>
        <w:pStyle w:val="ListParagraph"/>
      </w:pPr>
      <w:r>
        <w:rPr>
          <w:sz w:val="22"/>
        </w:rPr>
        <w:t>C. chỉ công nghiệp.</w:t>
      </w:r>
    </w:p>
    <w:p>
      <w:pPr>
        <w:pStyle w:val="ListParagraph"/>
      </w:pPr>
      <w:r>
        <w:rPr>
          <w:sz w:val="22"/>
        </w:rPr>
        <w:t>D. chỉ du lịch.</w:t>
      </w:r>
    </w:p>
    <w:p/>
    <w:p>
      <w:r>
        <w:rPr>
          <w:b/>
          <w:sz w:val="24"/>
        </w:rPr>
        <w:t>Câu 20: Nước ta có chung đường biên giới trên đất liền với:</w:t>
      </w:r>
    </w:p>
    <w:p>
      <w:pPr>
        <w:pStyle w:val="ListParagraph"/>
      </w:pPr>
      <w:r>
        <w:rPr>
          <w:sz w:val="22"/>
        </w:rPr>
        <w:t>A. Trung Quốc, Lào, Campuchia.</w:t>
      </w:r>
    </w:p>
    <w:p>
      <w:pPr>
        <w:pStyle w:val="ListParagraph"/>
      </w:pPr>
      <w:r>
        <w:rPr>
          <w:sz w:val="22"/>
        </w:rPr>
        <w:t>B. Trung Quốc, Thái Lan, Lào.</w:t>
      </w:r>
    </w:p>
    <w:p>
      <w:pPr>
        <w:pStyle w:val="ListParagraph"/>
      </w:pPr>
      <w:r>
        <w:rPr>
          <w:sz w:val="22"/>
        </w:rPr>
        <w:t>C. Lào, Campuchia, Thái Lan.</w:t>
      </w:r>
    </w:p>
    <w:p>
      <w:pPr>
        <w:pStyle w:val="ListParagraph"/>
      </w:pPr>
      <w:r>
        <w:rPr>
          <w:sz w:val="22"/>
        </w:rPr>
        <w:t>D. Trung Quốc, Campuchia, Thái Lan.</w:t>
      </w:r>
    </w:p>
    <w:p/>
    <w:p>
      <w:r>
        <w:rPr>
          <w:b/>
          <w:sz w:val="24"/>
        </w:rPr>
        <w:t>Câu 21: Biểu hiện rõ nhất của khí hậu nhiệt đới ẩm gió mùa ở nước ta là:</w:t>
      </w:r>
    </w:p>
    <w:p>
      <w:pPr>
        <w:pStyle w:val="ListParagraph"/>
      </w:pPr>
      <w:r>
        <w:rPr>
          <w:sz w:val="22"/>
        </w:rPr>
        <w:t>A. nhiệt độ cao, độ ẩm lớn, mưa nhiều và có hai mùa gió.</w:t>
      </w:r>
    </w:p>
    <w:p>
      <w:pPr>
        <w:pStyle w:val="ListParagraph"/>
      </w:pPr>
      <w:r>
        <w:rPr>
          <w:sz w:val="22"/>
        </w:rPr>
        <w:t>B. nhiệt độ thấp, độ ẩm nhỏ.</w:t>
      </w:r>
    </w:p>
    <w:p>
      <w:pPr>
        <w:pStyle w:val="ListParagraph"/>
      </w:pPr>
      <w:r>
        <w:rPr>
          <w:sz w:val="22"/>
        </w:rPr>
        <w:t>C. mưa quanh năm, không có gió mùa.</w:t>
      </w:r>
    </w:p>
    <w:p>
      <w:pPr>
        <w:pStyle w:val="ListParagraph"/>
      </w:pPr>
      <w:r>
        <w:rPr>
          <w:sz w:val="22"/>
        </w:rPr>
        <w:t>D. khô hạn quanh năm.</w:t>
      </w:r>
    </w:p>
    <w:p/>
    <w:p>
      <w:r>
        <w:rPr>
          <w:b/>
          <w:sz w:val="24"/>
        </w:rPr>
        <w:t>Câu 22: Gió mùa Đông Bắc hoạt động ở nước ta vào:</w:t>
      </w:r>
    </w:p>
    <w:p>
      <w:pPr>
        <w:pStyle w:val="ListParagraph"/>
      </w:pPr>
      <w:r>
        <w:rPr>
          <w:sz w:val="22"/>
        </w:rPr>
        <w:t>A. mùa đông.</w:t>
      </w:r>
    </w:p>
    <w:p>
      <w:pPr>
        <w:pStyle w:val="ListParagraph"/>
      </w:pPr>
      <w:r>
        <w:rPr>
          <w:sz w:val="22"/>
        </w:rPr>
        <w:t>B. mùa hạ.</w:t>
      </w:r>
    </w:p>
    <w:p>
      <w:pPr>
        <w:pStyle w:val="ListParagraph"/>
      </w:pPr>
      <w:r>
        <w:rPr>
          <w:sz w:val="22"/>
        </w:rPr>
        <w:t>C. mùa thu.</w:t>
      </w:r>
    </w:p>
    <w:p>
      <w:pPr>
        <w:pStyle w:val="ListParagraph"/>
      </w:pPr>
      <w:r>
        <w:rPr>
          <w:sz w:val="22"/>
        </w:rPr>
        <w:t>D. quanh năm.</w:t>
      </w:r>
    </w:p>
    <w:p/>
    <w:p>
      <w:r>
        <w:rPr>
          <w:b/>
          <w:sz w:val="24"/>
        </w:rPr>
        <w:t>Câu 23: Gió mùa Đông Bắc ở miền Bắc nước ta có đặc điểm:</w:t>
      </w:r>
    </w:p>
    <w:p>
      <w:pPr>
        <w:pStyle w:val="ListParagraph"/>
      </w:pPr>
      <w:r>
        <w:rPr>
          <w:sz w:val="22"/>
        </w:rPr>
        <w:t>A. lạnh, khô vào đầu mùa, lạnh ẩm vào cuối mùa.</w:t>
      </w:r>
    </w:p>
    <w:p>
      <w:pPr>
        <w:pStyle w:val="ListParagraph"/>
      </w:pPr>
      <w:r>
        <w:rPr>
          <w:sz w:val="22"/>
        </w:rPr>
        <w:t>B. nóng ẩm.</w:t>
      </w:r>
    </w:p>
    <w:p>
      <w:pPr>
        <w:pStyle w:val="ListParagraph"/>
      </w:pPr>
      <w:r>
        <w:rPr>
          <w:sz w:val="22"/>
        </w:rPr>
        <w:t>C. khô nóng.</w:t>
      </w:r>
    </w:p>
    <w:p>
      <w:pPr>
        <w:pStyle w:val="ListParagraph"/>
      </w:pPr>
      <w:r>
        <w:rPr>
          <w:sz w:val="22"/>
        </w:rPr>
        <w:t>D. mát mẻ quanh năm.</w:t>
      </w:r>
    </w:p>
    <w:p/>
    <w:p>
      <w:r>
        <w:rPr>
          <w:b/>
          <w:sz w:val="24"/>
        </w:rPr>
        <w:t>Câu 24: Gió mùa Tây Nam ở nước ta vào mùa hạ có nguồn gốc từ:</w:t>
      </w:r>
    </w:p>
    <w:p>
      <w:pPr>
        <w:pStyle w:val="ListParagraph"/>
      </w:pPr>
      <w:r>
        <w:rPr>
          <w:sz w:val="22"/>
        </w:rPr>
        <w:t>A. áp cao Bắc Ấn Độ Dương và áp cao cận chí tuyến Nam bán cầu.</w:t>
      </w:r>
    </w:p>
    <w:p>
      <w:pPr>
        <w:pStyle w:val="ListParagraph"/>
      </w:pPr>
      <w:r>
        <w:rPr>
          <w:sz w:val="22"/>
        </w:rPr>
        <w:t>B. áp cao Xibia.</w:t>
      </w:r>
    </w:p>
    <w:p>
      <w:pPr>
        <w:pStyle w:val="ListParagraph"/>
      </w:pPr>
      <w:r>
        <w:rPr>
          <w:sz w:val="22"/>
        </w:rPr>
        <w:t>C. áp cao Hawaii.</w:t>
      </w:r>
    </w:p>
    <w:p>
      <w:pPr>
        <w:pStyle w:val="ListParagraph"/>
      </w:pPr>
      <w:r>
        <w:rPr>
          <w:sz w:val="22"/>
        </w:rPr>
        <w:t>D. áp cao Azores.</w:t>
      </w:r>
    </w:p>
    <w:p/>
    <w:p>
      <w:r>
        <w:rPr>
          <w:b/>
          <w:sz w:val="24"/>
        </w:rPr>
        <w:t>Câu 25: Gió Tín phong ở nước ta thổi theo hướng:</w:t>
      </w:r>
    </w:p>
    <w:p>
      <w:pPr>
        <w:pStyle w:val="ListParagraph"/>
      </w:pPr>
      <w:r>
        <w:rPr>
          <w:sz w:val="22"/>
        </w:rPr>
        <w:t>A. đông bắc.</w:t>
      </w:r>
    </w:p>
    <w:p>
      <w:pPr>
        <w:pStyle w:val="ListParagraph"/>
      </w:pPr>
      <w:r>
        <w:rPr>
          <w:sz w:val="22"/>
        </w:rPr>
        <w:t>B. tây nam.</w:t>
      </w:r>
    </w:p>
    <w:p>
      <w:pPr>
        <w:pStyle w:val="ListParagraph"/>
      </w:pPr>
      <w:r>
        <w:rPr>
          <w:sz w:val="22"/>
        </w:rPr>
        <w:t>C. đông nam.</w:t>
      </w:r>
    </w:p>
    <w:p>
      <w:pPr>
        <w:pStyle w:val="ListParagraph"/>
      </w:pPr>
      <w:r>
        <w:rPr>
          <w:sz w:val="22"/>
        </w:rPr>
        <w:t>D. tây bắc.</w:t>
      </w:r>
    </w:p>
    <w:p/>
    <w:p>
      <w:r>
        <w:rPr>
          <w:b/>
          <w:sz w:val="24"/>
        </w:rPr>
        <w:t>Câu 26: Nguyên nhân chính làm cho khí hậu nước ta có độ ẩm cao là:</w:t>
      </w:r>
    </w:p>
    <w:p>
      <w:pPr>
        <w:pStyle w:val="ListParagraph"/>
      </w:pPr>
      <w:r>
        <w:rPr>
          <w:sz w:val="22"/>
        </w:rPr>
        <w:t>A. nằm gần biển, gió mùa hoạt động mạnh.</w:t>
      </w:r>
    </w:p>
    <w:p>
      <w:pPr>
        <w:pStyle w:val="ListParagraph"/>
      </w:pPr>
      <w:r>
        <w:rPr>
          <w:sz w:val="22"/>
        </w:rPr>
        <w:t>B. nằm sâu trong lục địa.</w:t>
      </w:r>
    </w:p>
    <w:p>
      <w:pPr>
        <w:pStyle w:val="ListParagraph"/>
      </w:pPr>
      <w:r>
        <w:rPr>
          <w:sz w:val="22"/>
        </w:rPr>
        <w:t>C. có nhiều núi cao.</w:t>
      </w:r>
    </w:p>
    <w:p>
      <w:pPr>
        <w:pStyle w:val="ListParagraph"/>
      </w:pPr>
      <w:r>
        <w:rPr>
          <w:sz w:val="22"/>
        </w:rPr>
        <w:t>D. có dòng biển lạnh.</w:t>
      </w:r>
    </w:p>
    <w:p/>
    <w:p>
      <w:r>
        <w:rPr>
          <w:b/>
          <w:sz w:val="24"/>
        </w:rPr>
        <w:t>Câu 27: Địa hình nước ta bị xâm thực mạnh ở vùng đồi núi do:</w:t>
      </w:r>
    </w:p>
    <w:p>
      <w:pPr>
        <w:pStyle w:val="ListParagraph"/>
      </w:pPr>
      <w:r>
        <w:rPr>
          <w:sz w:val="22"/>
        </w:rPr>
        <w:t>A. mưa nhiều, độ dốc lớn, lớp phủ thực vật bị phá.</w:t>
      </w:r>
    </w:p>
    <w:p>
      <w:pPr>
        <w:pStyle w:val="ListParagraph"/>
      </w:pPr>
      <w:r>
        <w:rPr>
          <w:sz w:val="22"/>
        </w:rPr>
        <w:t>B. khô hạn.</w:t>
      </w:r>
    </w:p>
    <w:p>
      <w:pPr>
        <w:pStyle w:val="ListParagraph"/>
      </w:pPr>
      <w:r>
        <w:rPr>
          <w:sz w:val="22"/>
        </w:rPr>
        <w:t>C. lạnh giá.</w:t>
      </w:r>
    </w:p>
    <w:p>
      <w:pPr>
        <w:pStyle w:val="ListParagraph"/>
      </w:pPr>
      <w:r>
        <w:rPr>
          <w:sz w:val="22"/>
        </w:rPr>
        <w:t>D. ít mưa.</w:t>
      </w:r>
    </w:p>
    <w:p/>
    <w:p>
      <w:r>
        <w:rPr>
          <w:b/>
          <w:sz w:val="24"/>
        </w:rPr>
        <w:t>Câu 28: Quá trình feralit diễn ra mạnh ở:</w:t>
      </w:r>
    </w:p>
    <w:p>
      <w:pPr>
        <w:pStyle w:val="ListParagraph"/>
      </w:pPr>
      <w:r>
        <w:rPr>
          <w:sz w:val="22"/>
        </w:rPr>
        <w:t>A. vùng đồi núi thấp, nhiệt đới ẩm.</w:t>
      </w:r>
    </w:p>
    <w:p>
      <w:pPr>
        <w:pStyle w:val="ListParagraph"/>
      </w:pPr>
      <w:r>
        <w:rPr>
          <w:sz w:val="22"/>
        </w:rPr>
        <w:t>B. vùng núi cao.</w:t>
      </w:r>
    </w:p>
    <w:p>
      <w:pPr>
        <w:pStyle w:val="ListParagraph"/>
      </w:pPr>
      <w:r>
        <w:rPr>
          <w:sz w:val="22"/>
        </w:rPr>
        <w:t>C. vùng ven biển.</w:t>
      </w:r>
    </w:p>
    <w:p>
      <w:pPr>
        <w:pStyle w:val="ListParagraph"/>
      </w:pPr>
      <w:r>
        <w:rPr>
          <w:sz w:val="22"/>
        </w:rPr>
        <w:t>D. vùng đồng bằng.</w:t>
      </w:r>
    </w:p>
    <w:p/>
    <w:p>
      <w:r>
        <w:rPr>
          <w:b/>
          <w:sz w:val="24"/>
        </w:rPr>
        <w:t>Câu 29: Đất feralit có màu đỏ vàng là do:</w:t>
      </w:r>
    </w:p>
    <w:p>
      <w:pPr>
        <w:pStyle w:val="ListParagraph"/>
      </w:pPr>
      <w:r>
        <w:rPr>
          <w:sz w:val="22"/>
        </w:rPr>
        <w:t>A. tích tụ ôxit sắt và ôxit nhôm.</w:t>
      </w:r>
    </w:p>
    <w:p>
      <w:pPr>
        <w:pStyle w:val="ListParagraph"/>
      </w:pPr>
      <w:r>
        <w:rPr>
          <w:sz w:val="22"/>
        </w:rPr>
        <w:t>B. tích tụ canxi.</w:t>
      </w:r>
    </w:p>
    <w:p>
      <w:pPr>
        <w:pStyle w:val="ListParagraph"/>
      </w:pPr>
      <w:r>
        <w:rPr>
          <w:sz w:val="22"/>
        </w:rPr>
        <w:t>C. tích tụ mùn.</w:t>
      </w:r>
    </w:p>
    <w:p>
      <w:pPr>
        <w:pStyle w:val="ListParagraph"/>
      </w:pPr>
      <w:r>
        <w:rPr>
          <w:sz w:val="22"/>
        </w:rPr>
        <w:t>D. tích tụ phù sa.</w:t>
      </w:r>
    </w:p>
    <w:p/>
    <w:p>
      <w:r>
        <w:rPr>
          <w:b/>
          <w:sz w:val="24"/>
        </w:rPr>
        <w:t>Câu 30: Sông ngòi nước ta có đặc điểm:</w:t>
      </w:r>
    </w:p>
    <w:p>
      <w:pPr>
        <w:pStyle w:val="ListParagraph"/>
      </w:pPr>
      <w:r>
        <w:rPr>
          <w:sz w:val="22"/>
        </w:rPr>
        <w:t>A. nhiều nước, giàu phù sa, chế độ nước theo mùa.</w:t>
      </w:r>
    </w:p>
    <w:p>
      <w:pPr>
        <w:pStyle w:val="ListParagraph"/>
      </w:pPr>
      <w:r>
        <w:rPr>
          <w:sz w:val="22"/>
        </w:rPr>
        <w:t>B. ít nước, ít phù sa.</w:t>
      </w:r>
    </w:p>
    <w:p>
      <w:pPr>
        <w:pStyle w:val="ListParagraph"/>
      </w:pPr>
      <w:r>
        <w:rPr>
          <w:sz w:val="22"/>
        </w:rPr>
        <w:t>C. nước quanh năm.</w:t>
      </w:r>
    </w:p>
    <w:p>
      <w:pPr>
        <w:pStyle w:val="ListParagraph"/>
      </w:pPr>
      <w:r>
        <w:rPr>
          <w:sz w:val="22"/>
        </w:rPr>
        <w:t>D. chỉ có mùa khô.</w:t>
      </w:r>
    </w:p>
    <w:p/>
    <w:p>
      <w:r>
        <w:rPr>
          <w:b/>
          <w:sz w:val="24"/>
        </w:rPr>
        <w:t>Câu 31: Mùa lũ của sông ngòi nước ta thường:</w:t>
      </w:r>
    </w:p>
    <w:p>
      <w:pPr>
        <w:pStyle w:val="ListParagraph"/>
      </w:pPr>
      <w:r>
        <w:rPr>
          <w:sz w:val="22"/>
        </w:rPr>
        <w:t>A. trùng với mùa mưa.</w:t>
      </w:r>
    </w:p>
    <w:p>
      <w:pPr>
        <w:pStyle w:val="ListParagraph"/>
      </w:pPr>
      <w:r>
        <w:rPr>
          <w:sz w:val="22"/>
        </w:rPr>
        <w:t>B. trùng với mùa khô.</w:t>
      </w:r>
    </w:p>
    <w:p>
      <w:pPr>
        <w:pStyle w:val="ListParagraph"/>
      </w:pPr>
      <w:r>
        <w:rPr>
          <w:sz w:val="22"/>
        </w:rPr>
        <w:t>C. không theo mùa.</w:t>
      </w:r>
    </w:p>
    <w:p>
      <w:pPr>
        <w:pStyle w:val="ListParagraph"/>
      </w:pPr>
      <w:r>
        <w:rPr>
          <w:sz w:val="22"/>
        </w:rPr>
        <w:t>D. vào mùa đông.</w:t>
      </w:r>
    </w:p>
    <w:p/>
    <w:p>
      <w:r>
        <w:rPr>
          <w:b/>
          <w:sz w:val="24"/>
        </w:rPr>
        <w:t>Câu 32: Sinh vật nước ta phong phú vì:</w:t>
      </w:r>
    </w:p>
    <w:p>
      <w:pPr>
        <w:pStyle w:val="ListParagraph"/>
      </w:pPr>
      <w:r>
        <w:rPr>
          <w:sz w:val="22"/>
        </w:rPr>
        <w:t>A. khí hậu nhiệt đới ẩm gió mùa.</w:t>
      </w:r>
    </w:p>
    <w:p>
      <w:pPr>
        <w:pStyle w:val="ListParagraph"/>
      </w:pPr>
      <w:r>
        <w:rPr>
          <w:sz w:val="22"/>
        </w:rPr>
        <w:t>B. khí hậu ôn đới.</w:t>
      </w:r>
    </w:p>
    <w:p>
      <w:pPr>
        <w:pStyle w:val="ListParagraph"/>
      </w:pPr>
      <w:r>
        <w:rPr>
          <w:sz w:val="22"/>
        </w:rPr>
        <w:t>C. đất mặn.</w:t>
      </w:r>
    </w:p>
    <w:p>
      <w:pPr>
        <w:pStyle w:val="ListParagraph"/>
      </w:pPr>
      <w:r>
        <w:rPr>
          <w:sz w:val="22"/>
        </w:rPr>
        <w:t>D. địa hình bằng phẳng.</w:t>
      </w:r>
    </w:p>
    <w:p/>
    <w:p>
      <w:r>
        <w:rPr>
          <w:b/>
          <w:sz w:val="24"/>
        </w:rPr>
        <w:t>Câu 33: Ảnh hưởng tiêu cực của thiên nhiên nhiệt đới ẩm gió mùa là:</w:t>
      </w:r>
    </w:p>
    <w:p>
      <w:pPr>
        <w:pStyle w:val="ListParagraph"/>
      </w:pPr>
      <w:r>
        <w:rPr>
          <w:sz w:val="22"/>
        </w:rPr>
        <w:t>A. thiên tai, sâu bệnh, thời tiết thất thường.</w:t>
      </w:r>
    </w:p>
    <w:p>
      <w:pPr>
        <w:pStyle w:val="ListParagraph"/>
      </w:pPr>
      <w:r>
        <w:rPr>
          <w:sz w:val="22"/>
        </w:rPr>
        <w:t>B. nông nghiệp phát triển.</w:t>
      </w:r>
    </w:p>
    <w:p>
      <w:pPr>
        <w:pStyle w:val="ListParagraph"/>
      </w:pPr>
      <w:r>
        <w:rPr>
          <w:sz w:val="22"/>
        </w:rPr>
        <w:t>C. cây trồng đa dạng.</w:t>
      </w:r>
    </w:p>
    <w:p>
      <w:pPr>
        <w:pStyle w:val="ListParagraph"/>
      </w:pPr>
      <w:r>
        <w:rPr>
          <w:sz w:val="22"/>
        </w:rPr>
        <w:t>D. đất đai màu mỡ.</w:t>
      </w:r>
    </w:p>
    <w:p/>
    <w:p>
      <w:r>
        <w:rPr>
          <w:b/>
          <w:sz w:val="24"/>
        </w:rPr>
        <w:t>Câu 34: Thuận lợi của thiên nhiên nhiệt đới ẩm gió mùa đối với nông nghiệp là:</w:t>
      </w:r>
    </w:p>
    <w:p>
      <w:pPr>
        <w:pStyle w:val="ListParagraph"/>
      </w:pPr>
      <w:r>
        <w:rPr>
          <w:sz w:val="22"/>
        </w:rPr>
        <w:t>A. phát triển nền nông nghiệp nhiệt đới, đa dạng cây trồng.</w:t>
      </w:r>
    </w:p>
    <w:p>
      <w:pPr>
        <w:pStyle w:val="ListParagraph"/>
      </w:pPr>
      <w:r>
        <w:rPr>
          <w:sz w:val="22"/>
        </w:rPr>
        <w:t>B. chỉ trồng cây ôn đới.</w:t>
      </w:r>
    </w:p>
    <w:p>
      <w:pPr>
        <w:pStyle w:val="ListParagraph"/>
      </w:pPr>
      <w:r>
        <w:rPr>
          <w:sz w:val="22"/>
        </w:rPr>
        <w:t>C. không trồng được cây gì.</w:t>
      </w:r>
    </w:p>
    <w:p>
      <w:pPr>
        <w:pStyle w:val="ListParagraph"/>
      </w:pPr>
      <w:r>
        <w:rPr>
          <w:sz w:val="22"/>
        </w:rPr>
        <w:t>D. đất bạc màu.</w:t>
      </w:r>
    </w:p>
    <w:p/>
    <w:p>
      <w:r>
        <w:rPr>
          <w:b/>
          <w:sz w:val="24"/>
        </w:rPr>
        <w:t>Câu 35: Gió mùa Tây Nam gây mưa lớn cho:</w:t>
      </w:r>
    </w:p>
    <w:p>
      <w:pPr>
        <w:pStyle w:val="ListParagraph"/>
      </w:pPr>
      <w:r>
        <w:rPr>
          <w:sz w:val="22"/>
        </w:rPr>
        <w:t>A. Nam Bộ và Tây Nguyên.</w:t>
      </w:r>
    </w:p>
    <w:p>
      <w:pPr>
        <w:pStyle w:val="ListParagraph"/>
      </w:pPr>
      <w:r>
        <w:rPr>
          <w:sz w:val="22"/>
        </w:rPr>
        <w:t>B. Bắc Bộ.</w:t>
      </w:r>
    </w:p>
    <w:p>
      <w:pPr>
        <w:pStyle w:val="ListParagraph"/>
      </w:pPr>
      <w:r>
        <w:rPr>
          <w:sz w:val="22"/>
        </w:rPr>
        <w:t>C. Tây Bắc.</w:t>
      </w:r>
    </w:p>
    <w:p>
      <w:pPr>
        <w:pStyle w:val="ListParagraph"/>
      </w:pPr>
      <w:r>
        <w:rPr>
          <w:sz w:val="22"/>
        </w:rPr>
        <w:t>D. Đông Bắc.</w:t>
      </w:r>
    </w:p>
    <w:p/>
    <w:p>
      <w:r>
        <w:rPr>
          <w:b/>
          <w:sz w:val="24"/>
        </w:rPr>
        <w:t>Câu 36: Công thức tính nhiệt độ trung bình ngày là:</w:t>
      </w:r>
    </w:p>
    <w:p>
      <w:pPr>
        <w:pStyle w:val="ListParagraph"/>
      </w:pPr>
      <w:r>
        <w:rPr>
          <w:sz w:val="22"/>
        </w:rPr>
        <w:t>A. $T = (t1 + t2 + ... + tn)/n$.</w:t>
      </w:r>
    </w:p>
    <w:p>
      <w:pPr>
        <w:pStyle w:val="ListParagraph"/>
      </w:pPr>
      <w:r>
        <w:rPr>
          <w:sz w:val="22"/>
        </w:rPr>
        <w:t>B. $T = t1 + t2 + ... + tn$.</w:t>
      </w:r>
    </w:p>
    <w:p>
      <w:pPr>
        <w:pStyle w:val="ListParagraph"/>
      </w:pPr>
      <w:r>
        <w:rPr>
          <w:sz w:val="22"/>
        </w:rPr>
        <w:t>C. $T = (t1 - t2)/n$.</w:t>
      </w:r>
    </w:p>
    <w:p>
      <w:pPr>
        <w:pStyle w:val="ListParagraph"/>
      </w:pPr>
      <w:r>
        <w:rPr>
          <w:sz w:val="22"/>
        </w:rPr>
        <w:t>D. $T = t1 \times n$.</w:t>
      </w:r>
    </w:p>
    <w:p/>
    <w:p>
      <w:r>
        <w:rPr>
          <w:b/>
          <w:sz w:val="24"/>
        </w:rPr>
        <w:t>Câu 37: Nhiệt độ trung bình tháng được tính bằng:</w:t>
      </w:r>
    </w:p>
    <w:p>
      <w:pPr>
        <w:pStyle w:val="ListParagraph"/>
      </w:pPr>
      <w:r>
        <w:rPr>
          <w:sz w:val="22"/>
        </w:rPr>
        <w:t>A. trung bình cộng nhiệt độ các ngày trong tháng.</w:t>
      </w:r>
    </w:p>
    <w:p>
      <w:pPr>
        <w:pStyle w:val="ListParagraph"/>
      </w:pPr>
      <w:r>
        <w:rPr>
          <w:sz w:val="22"/>
        </w:rPr>
        <w:t>B. nhiệt độ cao nhất trong tháng.</w:t>
      </w:r>
    </w:p>
    <w:p>
      <w:pPr>
        <w:pStyle w:val="ListParagraph"/>
      </w:pPr>
      <w:r>
        <w:rPr>
          <w:sz w:val="22"/>
        </w:rPr>
        <w:t>C. nhiệt độ thấp nhất trong tháng.</w:t>
      </w:r>
    </w:p>
    <w:p>
      <w:pPr>
        <w:pStyle w:val="ListParagraph"/>
      </w:pPr>
      <w:r>
        <w:rPr>
          <w:sz w:val="22"/>
        </w:rPr>
        <w:t>D. tổng nhiệt độ các tháng.</w:t>
      </w:r>
    </w:p>
    <w:p/>
    <w:p>
      <w:r>
        <w:rPr>
          <w:b/>
          <w:sz w:val="24"/>
        </w:rPr>
        <w:t>Câu 38: Nhiệt độ trung bình năm được tính bằng:</w:t>
      </w:r>
    </w:p>
    <w:p>
      <w:pPr>
        <w:pStyle w:val="ListParagraph"/>
      </w:pPr>
      <w:r>
        <w:rPr>
          <w:sz w:val="22"/>
        </w:rPr>
        <w:t>A. trung bình cộng nhiệt độ 12 tháng.</w:t>
      </w:r>
    </w:p>
    <w:p>
      <w:pPr>
        <w:pStyle w:val="ListParagraph"/>
      </w:pPr>
      <w:r>
        <w:rPr>
          <w:sz w:val="22"/>
        </w:rPr>
        <w:t>B. nhiệt độ tháng cao nhất.</w:t>
      </w:r>
    </w:p>
    <w:p>
      <w:pPr>
        <w:pStyle w:val="ListParagraph"/>
      </w:pPr>
      <w:r>
        <w:rPr>
          <w:sz w:val="22"/>
        </w:rPr>
        <w:t>C. nhiệt độ tháng thấp nhất.</w:t>
      </w:r>
    </w:p>
    <w:p>
      <w:pPr>
        <w:pStyle w:val="ListParagraph"/>
      </w:pPr>
      <w:r>
        <w:rPr>
          <w:sz w:val="22"/>
        </w:rPr>
        <w:t>D. trung bình cộng nhiệt độ 4 mùa.</w:t>
      </w:r>
    </w:p>
    <w:p/>
    <w:p>
      <w:r>
        <w:rPr>
          <w:b/>
          <w:sz w:val="24"/>
        </w:rPr>
        <w:t>Câu 39: Biên độ nhiệt độ được tính bằng:</w:t>
      </w:r>
    </w:p>
    <w:p>
      <w:pPr>
        <w:pStyle w:val="ListParagraph"/>
      </w:pPr>
      <w:r>
        <w:rPr>
          <w:sz w:val="22"/>
        </w:rPr>
        <w:t>A. nhiệt độ cao nhất trừ nhiệt độ thấp nhất.</w:t>
      </w:r>
    </w:p>
    <w:p>
      <w:pPr>
        <w:pStyle w:val="ListParagraph"/>
      </w:pPr>
      <w:r>
        <w:rPr>
          <w:sz w:val="22"/>
        </w:rPr>
        <w:t>B. nhiệt độ cao nhất cộng nhiệt độ thấp nhất.</w:t>
      </w:r>
    </w:p>
    <w:p>
      <w:pPr>
        <w:pStyle w:val="ListParagraph"/>
      </w:pPr>
      <w:r>
        <w:rPr>
          <w:sz w:val="22"/>
        </w:rPr>
        <w:t>C. trung bình cộng nhiệt độ.</w:t>
      </w:r>
    </w:p>
    <w:p>
      <w:pPr>
        <w:pStyle w:val="ListParagraph"/>
      </w:pPr>
      <w:r>
        <w:rPr>
          <w:sz w:val="22"/>
        </w:rPr>
        <w:t>D. nhiệt độ thấp nhất chia nhiệt độ cao nhất.</w:t>
      </w:r>
    </w:p>
    <w:p/>
    <w:p>
      <w:r>
        <w:rPr>
          <w:b/>
          <w:sz w:val="24"/>
        </w:rPr>
        <w:t>Câu 40: Khi lên cao 1000 m, nhiệt độ không khí giảm trung bình:</w:t>
      </w:r>
    </w:p>
    <w:p>
      <w:pPr>
        <w:pStyle w:val="ListParagraph"/>
      </w:pPr>
      <w:r>
        <w:rPr>
          <w:sz w:val="22"/>
        </w:rPr>
        <w:t>A. 6°C.</w:t>
      </w:r>
    </w:p>
    <w:p>
      <w:pPr>
        <w:pStyle w:val="ListParagraph"/>
      </w:pPr>
      <w:r>
        <w:rPr>
          <w:sz w:val="22"/>
        </w:rPr>
        <w:t>B. 0,6°C.</w:t>
      </w:r>
    </w:p>
    <w:p>
      <w:pPr>
        <w:pStyle w:val="ListParagraph"/>
      </w:pPr>
      <w:r>
        <w:rPr>
          <w:sz w:val="22"/>
        </w:rPr>
        <w:t>C. 10°C.</w:t>
      </w:r>
    </w:p>
    <w:p>
      <w:pPr>
        <w:pStyle w:val="ListParagraph"/>
      </w:pPr>
      <w:r>
        <w:rPr>
          <w:sz w:val="22"/>
        </w:rPr>
        <w:t>D. 1°C.</w:t>
      </w:r>
    </w:p>
    <w:p/>
    <w:p>
      <w:r>
        <w:rPr>
          <w:b/>
          <w:sz w:val="24"/>
        </w:rPr>
        <w:t>Câu 41: Công thức tính nhiệt độ tại độ cao h (m) khi biết nhiệt độ tại chân núi $T_0$ là:</w:t>
      </w:r>
    </w:p>
    <w:p>
      <w:pPr>
        <w:pStyle w:val="ListParagraph"/>
      </w:pPr>
      <w:r>
        <w:rPr>
          <w:sz w:val="22"/>
        </w:rPr>
        <w:t>A. $T = T_0 - 0,6 \times h/100$.</w:t>
      </w:r>
    </w:p>
    <w:p>
      <w:pPr>
        <w:pStyle w:val="ListParagraph"/>
      </w:pPr>
      <w:r>
        <w:rPr>
          <w:sz w:val="22"/>
        </w:rPr>
        <w:t>B. $T = T_0 + 0,6 \times h/100$.</w:t>
      </w:r>
    </w:p>
    <w:p>
      <w:pPr>
        <w:pStyle w:val="ListParagraph"/>
      </w:pPr>
      <w:r>
        <w:rPr>
          <w:sz w:val="22"/>
        </w:rPr>
        <w:t>C. $T = T_0 - 6 \times h$.</w:t>
      </w:r>
    </w:p>
    <w:p>
      <w:pPr>
        <w:pStyle w:val="ListParagraph"/>
      </w:pPr>
      <w:r>
        <w:rPr>
          <w:sz w:val="22"/>
        </w:rPr>
        <w:t>D. $T = T_0 + 6 \times h$.</w:t>
      </w:r>
    </w:p>
    <w:p/>
    <w:p>
      <w:r>
        <w:rPr>
          <w:b/>
          <w:sz w:val="24"/>
        </w:rPr>
        <w:t>Câu 42: Tại chân núi nhiệt độ 25°C, lên cao 1000 m nhiệt độ khoảng:</w:t>
      </w:r>
    </w:p>
    <w:p>
      <w:pPr>
        <w:pStyle w:val="ListParagraph"/>
      </w:pPr>
      <w:r>
        <w:rPr>
          <w:sz w:val="22"/>
        </w:rPr>
        <w:t>A. 19°C.</w:t>
      </w:r>
    </w:p>
    <w:p>
      <w:pPr>
        <w:pStyle w:val="ListParagraph"/>
      </w:pPr>
      <w:r>
        <w:rPr>
          <w:sz w:val="22"/>
        </w:rPr>
        <w:t>B. 25°C.</w:t>
      </w:r>
    </w:p>
    <w:p>
      <w:pPr>
        <w:pStyle w:val="ListParagraph"/>
      </w:pPr>
      <w:r>
        <w:rPr>
          <w:sz w:val="22"/>
        </w:rPr>
        <w:t>C. 31°C.</w:t>
      </w:r>
    </w:p>
    <w:p>
      <w:pPr>
        <w:pStyle w:val="ListParagraph"/>
      </w:pPr>
      <w:r>
        <w:rPr>
          <w:sz w:val="22"/>
        </w:rPr>
        <w:t>D. 15°C.</w:t>
      </w:r>
    </w:p>
    <w:p/>
    <w:p>
      <w:r>
        <w:rPr>
          <w:b/>
          <w:sz w:val="24"/>
        </w:rPr>
        <w:t>Câu 43: Tại chân núi nhiệt độ 30°C, lên cao 500 m nhiệt độ khoảng:</w:t>
      </w:r>
    </w:p>
    <w:p>
      <w:pPr>
        <w:pStyle w:val="ListParagraph"/>
      </w:pPr>
      <w:r>
        <w:rPr>
          <w:sz w:val="22"/>
        </w:rPr>
        <w:t>A. 27°C.</w:t>
      </w:r>
    </w:p>
    <w:p>
      <w:pPr>
        <w:pStyle w:val="ListParagraph"/>
      </w:pPr>
      <w:r>
        <w:rPr>
          <w:sz w:val="22"/>
        </w:rPr>
        <w:t>B. 33°C.</w:t>
      </w:r>
    </w:p>
    <w:p>
      <w:pPr>
        <w:pStyle w:val="ListParagraph"/>
      </w:pPr>
      <w:r>
        <w:rPr>
          <w:sz w:val="22"/>
        </w:rPr>
        <w:t>C. 24°C.</w:t>
      </w:r>
    </w:p>
    <w:p>
      <w:pPr>
        <w:pStyle w:val="ListParagraph"/>
      </w:pPr>
      <w:r>
        <w:rPr>
          <w:sz w:val="22"/>
        </w:rPr>
        <w:t>D. 30°C.</w:t>
      </w:r>
    </w:p>
    <w:p/>
    <w:p>
      <w:r>
        <w:rPr>
          <w:b/>
          <w:sz w:val="24"/>
        </w:rPr>
        <w:t>Câu 44: Tại chân núi nhiệt độ 20°C, lên cao 2000 m nhiệt độ khoảng:</w:t>
      </w:r>
    </w:p>
    <w:p>
      <w:pPr>
        <w:pStyle w:val="ListParagraph"/>
      </w:pPr>
      <w:r>
        <w:rPr>
          <w:sz w:val="22"/>
        </w:rPr>
        <w:t>A. 8°C.</w:t>
      </w:r>
    </w:p>
    <w:p>
      <w:pPr>
        <w:pStyle w:val="ListParagraph"/>
      </w:pPr>
      <w:r>
        <w:rPr>
          <w:sz w:val="22"/>
        </w:rPr>
        <w:t>B. 32°C.</w:t>
      </w:r>
    </w:p>
    <w:p>
      <w:pPr>
        <w:pStyle w:val="ListParagraph"/>
      </w:pPr>
      <w:r>
        <w:rPr>
          <w:sz w:val="22"/>
        </w:rPr>
        <w:t>C. 12°C.</w:t>
      </w:r>
    </w:p>
    <w:p>
      <w:pPr>
        <w:pStyle w:val="ListParagraph"/>
      </w:pPr>
      <w:r>
        <w:rPr>
          <w:sz w:val="22"/>
        </w:rPr>
        <w:t>D. 20°C.</w:t>
      </w:r>
    </w:p>
    <w:p/>
    <w:p>
      <w:r>
        <w:rPr>
          <w:b/>
          <w:sz w:val="24"/>
        </w:rPr>
        <w:t>Câu 45: Nếu nhiệt độ đo được lúc 1h, 7h, 13h, 19h lần lượt là 20°C, 22°C, 30°C, 24°C thì nhiệt độ trung bình ngày là:</w:t>
      </w:r>
    </w:p>
    <w:p>
      <w:pPr>
        <w:pStyle w:val="ListParagraph"/>
      </w:pPr>
      <w:r>
        <w:rPr>
          <w:sz w:val="22"/>
        </w:rPr>
        <w:t>A. 24°C.</w:t>
      </w:r>
    </w:p>
    <w:p>
      <w:pPr>
        <w:pStyle w:val="ListParagraph"/>
      </w:pPr>
      <w:r>
        <w:rPr>
          <w:sz w:val="22"/>
        </w:rPr>
        <w:t>B. 22°C.</w:t>
      </w:r>
    </w:p>
    <w:p>
      <w:pPr>
        <w:pStyle w:val="ListParagraph"/>
      </w:pPr>
      <w:r>
        <w:rPr>
          <w:sz w:val="22"/>
        </w:rPr>
        <w:t>C. 26°C.</w:t>
      </w:r>
    </w:p>
    <w:p>
      <w:pPr>
        <w:pStyle w:val="ListParagraph"/>
      </w:pPr>
      <w:r>
        <w:rPr>
          <w:sz w:val="22"/>
        </w:rPr>
        <w:t>D. 30°C.</w:t>
      </w:r>
    </w:p>
    <w:p/>
    <w:p>
      <w:r>
        <w:rPr>
          <w:b/>
          <w:sz w:val="24"/>
        </w:rPr>
        <w:t>Câu 46: Nhiệt độ trung bình năm của một địa điểm có nhiệt độ 12 tháng đều là 25°C là:</w:t>
      </w:r>
    </w:p>
    <w:p>
      <w:pPr>
        <w:pStyle w:val="ListParagraph"/>
      </w:pPr>
      <w:r>
        <w:rPr>
          <w:sz w:val="22"/>
        </w:rPr>
        <w:t>A. 25°C.</w:t>
      </w:r>
    </w:p>
    <w:p>
      <w:pPr>
        <w:pStyle w:val="ListParagraph"/>
      </w:pPr>
      <w:r>
        <w:rPr>
          <w:sz w:val="22"/>
        </w:rPr>
        <w:t>B. 12°C.</w:t>
      </w:r>
    </w:p>
    <w:p>
      <w:pPr>
        <w:pStyle w:val="ListParagraph"/>
      </w:pPr>
      <w:r>
        <w:rPr>
          <w:sz w:val="22"/>
        </w:rPr>
        <w:t>C. 300°C.</w:t>
      </w:r>
    </w:p>
    <w:p>
      <w:pPr>
        <w:pStyle w:val="ListParagraph"/>
      </w:pPr>
      <w:r>
        <w:rPr>
          <w:sz w:val="22"/>
        </w:rPr>
        <w:t>D. 30°C.</w:t>
      </w:r>
    </w:p>
    <w:p/>
    <w:p>
      <w:r>
        <w:rPr>
          <w:b/>
          <w:sz w:val="24"/>
        </w:rPr>
        <w:t>Câu 47: Nhiệt độ cao nhất trong ngày là 32°C, thấp nhất là 20°C. Biên độ nhiệt ngày là:</w:t>
      </w:r>
    </w:p>
    <w:p>
      <w:pPr>
        <w:pStyle w:val="ListParagraph"/>
      </w:pPr>
      <w:r>
        <w:rPr>
          <w:sz w:val="22"/>
        </w:rPr>
        <w:t>A. 12°C.</w:t>
      </w:r>
    </w:p>
    <w:p>
      <w:pPr>
        <w:pStyle w:val="ListParagraph"/>
      </w:pPr>
      <w:r>
        <w:rPr>
          <w:sz w:val="22"/>
        </w:rPr>
        <w:t>B. 52°C.</w:t>
      </w:r>
    </w:p>
    <w:p>
      <w:pPr>
        <w:pStyle w:val="ListParagraph"/>
      </w:pPr>
      <w:r>
        <w:rPr>
          <w:sz w:val="22"/>
        </w:rPr>
        <w:t>C. 1,6°C.</w:t>
      </w:r>
    </w:p>
    <w:p>
      <w:pPr>
        <w:pStyle w:val="ListParagraph"/>
      </w:pPr>
      <w:r>
        <w:rPr>
          <w:sz w:val="22"/>
        </w:rPr>
        <w:t>D. 20°C.</w:t>
      </w:r>
    </w:p>
    <w:p/>
    <w:p>
      <w:r>
        <w:rPr>
          <w:b/>
          <w:sz w:val="24"/>
        </w:rPr>
        <w:t>Câu 48: Vị trí địa lí nước ta ảnh hưởng đến khí hậu chủ yếu làm cho:</w:t>
      </w:r>
    </w:p>
    <w:p>
      <w:pPr>
        <w:pStyle w:val="ListParagraph"/>
      </w:pPr>
      <w:r>
        <w:rPr>
          <w:sz w:val="22"/>
        </w:rPr>
        <w:t>A. khí hậu nhiệt đới ẩm gió mùa.</w:t>
      </w:r>
    </w:p>
    <w:p>
      <w:pPr>
        <w:pStyle w:val="ListParagraph"/>
      </w:pPr>
      <w:r>
        <w:rPr>
          <w:sz w:val="22"/>
        </w:rPr>
        <w:t>B. khí hậu ôn hòa.</w:t>
      </w:r>
    </w:p>
    <w:p>
      <w:pPr>
        <w:pStyle w:val="ListParagraph"/>
      </w:pPr>
      <w:r>
        <w:rPr>
          <w:sz w:val="22"/>
        </w:rPr>
        <w:t>C. khí hậu khô nóng.</w:t>
      </w:r>
    </w:p>
    <w:p>
      <w:pPr>
        <w:pStyle w:val="ListParagraph"/>
      </w:pPr>
      <w:r>
        <w:rPr>
          <w:sz w:val="22"/>
        </w:rPr>
        <w:t>D. khí hậu lạnh giá.</w:t>
      </w:r>
    </w:p>
    <w:p/>
    <w:p>
      <w:r>
        <w:rPr>
          <w:b/>
          <w:sz w:val="24"/>
        </w:rPr>
        <w:t>Câu 49: Nguyên nhân gây mưa lớn ở miền Trung vào thu đông là do:</w:t>
      </w:r>
    </w:p>
    <w:p>
      <w:pPr>
        <w:pStyle w:val="ListParagraph"/>
      </w:pPr>
      <w:r>
        <w:rPr>
          <w:sz w:val="22"/>
        </w:rPr>
        <w:t>A. gió mùa Đông Bắc kết hợp với địa hình dãy Trường Sơn.</w:t>
      </w:r>
    </w:p>
    <w:p>
      <w:pPr>
        <w:pStyle w:val="ListParagraph"/>
      </w:pPr>
      <w:r>
        <w:rPr>
          <w:sz w:val="22"/>
        </w:rPr>
        <w:t>B. gió mùa Tây Nam.</w:t>
      </w:r>
    </w:p>
    <w:p>
      <w:pPr>
        <w:pStyle w:val="ListParagraph"/>
      </w:pPr>
      <w:r>
        <w:rPr>
          <w:sz w:val="22"/>
        </w:rPr>
        <w:t>C. Tín phong.</w:t>
      </w:r>
    </w:p>
    <w:p>
      <w:pPr>
        <w:pStyle w:val="ListParagraph"/>
      </w:pPr>
      <w:r>
        <w:rPr>
          <w:sz w:val="22"/>
        </w:rPr>
        <w:t>D. áp cao Xibia.</w:t>
      </w:r>
    </w:p>
    <w:p/>
    <w:p>
      <w:r>
        <w:rPr>
          <w:b/>
          <w:sz w:val="24"/>
        </w:rPr>
        <w:t>Câu 50: Đặc điểm nào sau đây không đúng với vị trí địa lí nước ta?</w:t>
      </w:r>
    </w:p>
    <w:p>
      <w:pPr>
        <w:pStyle w:val="ListParagraph"/>
      </w:pPr>
      <w:r>
        <w:rPr>
          <w:sz w:val="22"/>
        </w:rPr>
        <w:t>A. Nằm ở trung tâm châu Á.</w:t>
      </w:r>
    </w:p>
    <w:p>
      <w:pPr>
        <w:pStyle w:val="ListParagraph"/>
      </w:pPr>
      <w:r>
        <w:rPr>
          <w:sz w:val="22"/>
        </w:rPr>
        <w:t>B. Nằm ở rìa đông bán đảo Đông Dương.</w:t>
      </w:r>
    </w:p>
    <w:p>
      <w:pPr>
        <w:pStyle w:val="ListParagraph"/>
      </w:pPr>
      <w:r>
        <w:rPr>
          <w:sz w:val="22"/>
        </w:rPr>
        <w:t>C. Gần trung tâm Đông Nam Á.</w:t>
      </w:r>
    </w:p>
    <w:p>
      <w:pPr>
        <w:pStyle w:val="ListParagraph"/>
      </w:pPr>
      <w:r>
        <w:rPr>
          <w:sz w:val="22"/>
        </w:rPr>
        <w:t>D. Nằm trong vùng nội chí tuyến.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