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Địa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What is the capital of France?</w:t>
      </w:r>
    </w:p>
    <w:p>
      <w:pPr>
        <w:pStyle w:val="ListParagraph"/>
      </w:pPr>
      <w:r>
        <w:rPr>
          <w:sz w:val="22"/>
        </w:rPr>
        <w:t>A. London</w:t>
      </w:r>
    </w:p>
    <w:p>
      <w:pPr>
        <w:pStyle w:val="ListParagraph"/>
      </w:pPr>
      <w:r>
        <w:rPr>
          <w:sz w:val="22"/>
        </w:rPr>
        <w:t>B. Paris</w:t>
      </w:r>
    </w:p>
    <w:p>
      <w:pPr>
        <w:pStyle w:val="ListParagraph"/>
      </w:pPr>
      <w:r>
        <w:rPr>
          <w:sz w:val="22"/>
        </w:rPr>
        <w:t>C. Berlin</w:t>
      </w:r>
    </w:p>
    <w:p>
      <w:pPr>
        <w:pStyle w:val="ListParagraph"/>
      </w:pPr>
      <w:r>
        <w:rPr>
          <w:sz w:val="22"/>
        </w:rPr>
        <w:t>D. Madrid</w:t>
      </w:r>
    </w:p>
    <w:p/>
    <w:p>
      <w:r>
        <w:rPr>
          <w:b/>
          <w:sz w:val="24"/>
        </w:rPr>
        <w:t>Câu 2: Which planet is known as the Red Planet?</w:t>
      </w:r>
    </w:p>
    <w:p>
      <w:pPr>
        <w:pStyle w:val="ListParagraph"/>
      </w:pPr>
      <w:r>
        <w:rPr>
          <w:sz w:val="22"/>
        </w:rPr>
        <w:t>A. Venus</w:t>
      </w:r>
    </w:p>
    <w:p>
      <w:pPr>
        <w:pStyle w:val="ListParagraph"/>
      </w:pPr>
      <w:r>
        <w:rPr>
          <w:sz w:val="22"/>
        </w:rPr>
        <w:t>B. Mars</w:t>
      </w:r>
    </w:p>
    <w:p>
      <w:pPr>
        <w:pStyle w:val="ListParagraph"/>
      </w:pPr>
      <w:r>
        <w:rPr>
          <w:sz w:val="22"/>
        </w:rPr>
        <w:t>C. Jupiter</w:t>
      </w:r>
    </w:p>
    <w:p>
      <w:pPr>
        <w:pStyle w:val="ListParagraph"/>
      </w:pPr>
      <w:r>
        <w:rPr>
          <w:sz w:val="22"/>
        </w:rPr>
        <w:t>D. Saturn</w:t>
      </w:r>
    </w:p>
    <w:p/>
    <w:p>
      <w:r>
        <w:rPr>
          <w:b/>
          <w:sz w:val="24"/>
        </w:rPr>
        <w:t>Câu 3: What is the largest mammal?</w:t>
      </w:r>
    </w:p>
    <w:p>
      <w:pPr>
        <w:pStyle w:val="ListParagraph"/>
      </w:pPr>
      <w:r>
        <w:rPr>
          <w:sz w:val="22"/>
        </w:rPr>
        <w:t>A. Elephant</w:t>
      </w:r>
    </w:p>
    <w:p>
      <w:pPr>
        <w:pStyle w:val="ListParagraph"/>
      </w:pPr>
      <w:r>
        <w:rPr>
          <w:sz w:val="22"/>
        </w:rPr>
        <w:t>B. Blue whale</w:t>
      </w:r>
    </w:p>
    <w:p>
      <w:pPr>
        <w:pStyle w:val="ListParagraph"/>
      </w:pPr>
      <w:r>
        <w:rPr>
          <w:sz w:val="22"/>
        </w:rPr>
        <w:t>C. Giraffe</w:t>
      </w:r>
    </w:p>
    <w:p>
      <w:pPr>
        <w:pStyle w:val="ListParagraph"/>
      </w:pPr>
      <w:r>
        <w:rPr>
          <w:sz w:val="22"/>
        </w:rPr>
        <w:t>D. Hippopotamus</w:t>
      </w:r>
    </w:p>
    <w:p/>
    <w:p>
      <w:r>
        <w:rPr>
          <w:b/>
          <w:sz w:val="24"/>
        </w:rPr>
        <w:t>Câu 4: Who wrote 'Romeo and Juliet'?</w:t>
      </w:r>
    </w:p>
    <w:p>
      <w:pPr>
        <w:pStyle w:val="ListParagraph"/>
      </w:pPr>
      <w:r>
        <w:rPr>
          <w:sz w:val="22"/>
        </w:rPr>
        <w:t>A. Charles Dickens</w:t>
      </w:r>
    </w:p>
    <w:p>
      <w:pPr>
        <w:pStyle w:val="ListParagraph"/>
      </w:pPr>
      <w:r>
        <w:rPr>
          <w:sz w:val="22"/>
        </w:rPr>
        <w:t>B. William Shakespeare</w:t>
      </w:r>
    </w:p>
    <w:p>
      <w:pPr>
        <w:pStyle w:val="ListParagraph"/>
      </w:pPr>
      <w:r>
        <w:rPr>
          <w:sz w:val="22"/>
        </w:rPr>
        <w:t>C. Jane Austen</w:t>
      </w:r>
    </w:p>
    <w:p>
      <w:pPr>
        <w:pStyle w:val="ListParagraph"/>
      </w:pPr>
      <w:r>
        <w:rPr>
          <w:sz w:val="22"/>
        </w:rPr>
        <w:t>D. Mark Twain</w:t>
      </w:r>
    </w:p>
    <w:p/>
    <w:p>
      <w:r>
        <w:rPr>
          <w:b/>
          <w:sz w:val="24"/>
        </w:rPr>
        <w:t>Câu 5: What is the chemical symbol for water?</w:t>
      </w:r>
    </w:p>
    <w:p>
      <w:pPr>
        <w:pStyle w:val="ListParagraph"/>
      </w:pPr>
      <w:r>
        <w:rPr>
          <w:sz w:val="22"/>
        </w:rPr>
        <w:t>A. H2O</w:t>
      </w:r>
    </w:p>
    <w:p>
      <w:pPr>
        <w:pStyle w:val="ListParagraph"/>
      </w:pPr>
      <w:r>
        <w:rPr>
          <w:sz w:val="22"/>
        </w:rPr>
        <w:t>B. CO2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6: Which gas do plants absorb from the atmosphere?</w:t>
      </w:r>
    </w:p>
    <w:p>
      <w:pPr>
        <w:pStyle w:val="ListParagraph"/>
      </w:pPr>
      <w:r>
        <w:rPr>
          <w:sz w:val="22"/>
        </w:rPr>
        <w:t>A. Oxygen</w:t>
      </w:r>
    </w:p>
    <w:p>
      <w:pPr>
        <w:pStyle w:val="ListParagraph"/>
      </w:pPr>
      <w:r>
        <w:rPr>
          <w:sz w:val="22"/>
        </w:rPr>
        <w:t>B. Carbon dioxide</w:t>
      </w:r>
    </w:p>
    <w:p>
      <w:pPr>
        <w:pStyle w:val="ListParagraph"/>
      </w:pPr>
      <w:r>
        <w:rPr>
          <w:sz w:val="22"/>
        </w:rPr>
        <w:t>C. Nitrogen</w:t>
      </w:r>
    </w:p>
    <w:p>
      <w:pPr>
        <w:pStyle w:val="ListParagraph"/>
      </w:pPr>
      <w:r>
        <w:rPr>
          <w:sz w:val="22"/>
        </w:rPr>
        <w:t>D. Hydrogen</w:t>
      </w:r>
    </w:p>
    <w:p/>
    <w:p>
      <w:r>
        <w:rPr>
          <w:b/>
          <w:sz w:val="24"/>
        </w:rPr>
        <w:t>Câu 7: What is the largest ocean on Earth?</w:t>
      </w:r>
    </w:p>
    <w:p>
      <w:pPr>
        <w:pStyle w:val="ListParagraph"/>
      </w:pPr>
      <w:r>
        <w:rPr>
          <w:sz w:val="22"/>
        </w:rPr>
        <w:t>A. Atlantic Ocean</w:t>
      </w:r>
    </w:p>
    <w:p>
      <w:pPr>
        <w:pStyle w:val="ListParagraph"/>
      </w:pPr>
      <w:r>
        <w:rPr>
          <w:sz w:val="22"/>
        </w:rPr>
        <w:t>B. Indian Ocean</w:t>
      </w:r>
    </w:p>
    <w:p>
      <w:pPr>
        <w:pStyle w:val="ListParagraph"/>
      </w:pPr>
      <w:r>
        <w:rPr>
          <w:sz w:val="22"/>
        </w:rPr>
        <w:t>C. Arctic Ocean</w:t>
      </w:r>
    </w:p>
    <w:p>
      <w:pPr>
        <w:pStyle w:val="ListParagraph"/>
      </w:pPr>
      <w:r>
        <w:rPr>
          <w:sz w:val="22"/>
        </w:rPr>
        <w:t>D. Pacific Ocean</w:t>
      </w:r>
    </w:p>
    <w:p/>
    <w:p>
      <w:r>
        <w:rPr>
          <w:b/>
          <w:sz w:val="24"/>
        </w:rPr>
        <w:t>Câu 8: Who painted the Mona Lisa?</w:t>
      </w:r>
    </w:p>
    <w:p>
      <w:pPr>
        <w:pStyle w:val="ListParagraph"/>
      </w:pPr>
      <w:r>
        <w:rPr>
          <w:sz w:val="22"/>
        </w:rPr>
        <w:t>A. Vincent van Gogh</w:t>
      </w:r>
    </w:p>
    <w:p>
      <w:pPr>
        <w:pStyle w:val="ListParagraph"/>
      </w:pPr>
      <w:r>
        <w:rPr>
          <w:sz w:val="22"/>
        </w:rPr>
        <w:t>B. Pablo Picasso</w:t>
      </w:r>
    </w:p>
    <w:p>
      <w:pPr>
        <w:pStyle w:val="ListParagraph"/>
      </w:pPr>
      <w:r>
        <w:rPr>
          <w:sz w:val="22"/>
        </w:rPr>
        <w:t>C. Leonardo da Vinci</w:t>
      </w:r>
    </w:p>
    <w:p>
      <w:pPr>
        <w:pStyle w:val="ListParagraph"/>
      </w:pPr>
      <w:r>
        <w:rPr>
          <w:sz w:val="22"/>
        </w:rPr>
        <w:t>D. Claude Monet</w:t>
      </w:r>
    </w:p>
    <w:p/>
    <w:p>
      <w:r>
        <w:rPr>
          <w:b/>
          <w:sz w:val="24"/>
        </w:rPr>
        <w:t>Câu 9: What is the hardest natural substance on Earth?</w:t>
      </w:r>
    </w:p>
    <w:p>
      <w:pPr>
        <w:pStyle w:val="ListParagraph"/>
      </w:pPr>
      <w:r>
        <w:rPr>
          <w:sz w:val="22"/>
        </w:rPr>
        <w:t>A. Gold</w:t>
      </w:r>
    </w:p>
    <w:p>
      <w:pPr>
        <w:pStyle w:val="ListParagraph"/>
      </w:pPr>
      <w:r>
        <w:rPr>
          <w:sz w:val="22"/>
        </w:rPr>
        <w:t>B. Iron</w:t>
      </w:r>
    </w:p>
    <w:p>
      <w:pPr>
        <w:pStyle w:val="ListParagraph"/>
      </w:pPr>
      <w:r>
        <w:rPr>
          <w:sz w:val="22"/>
        </w:rPr>
        <w:t>C. Diamond</w:t>
      </w:r>
    </w:p>
    <w:p>
      <w:pPr>
        <w:pStyle w:val="ListParagraph"/>
      </w:pPr>
      <w:r>
        <w:rPr>
          <w:sz w:val="22"/>
        </w:rPr>
        <w:t>D. Platinum</w:t>
      </w:r>
    </w:p>
    <w:p/>
    <w:p>
      <w:r>
        <w:rPr>
          <w:b/>
          <w:sz w:val="24"/>
        </w:rPr>
        <w:t>Câu 10: Which country is known as the Land of the Rising Sun?</w:t>
      </w:r>
    </w:p>
    <w:p>
      <w:pPr>
        <w:pStyle w:val="ListParagraph"/>
      </w:pPr>
      <w:r>
        <w:rPr>
          <w:sz w:val="22"/>
        </w:rPr>
        <w:t>A. China</w:t>
      </w:r>
    </w:p>
    <w:p>
      <w:pPr>
        <w:pStyle w:val="ListParagraph"/>
      </w:pPr>
      <w:r>
        <w:rPr>
          <w:sz w:val="22"/>
        </w:rPr>
        <w:t>B. Japan</w:t>
      </w:r>
    </w:p>
    <w:p>
      <w:pPr>
        <w:pStyle w:val="ListParagraph"/>
      </w:pPr>
      <w:r>
        <w:rPr>
          <w:sz w:val="22"/>
        </w:rPr>
        <w:t>C. South Korea</w:t>
      </w:r>
    </w:p>
    <w:p>
      <w:pPr>
        <w:pStyle w:val="ListParagraph"/>
      </w:pPr>
      <w:r>
        <w:rPr>
          <w:sz w:val="22"/>
        </w:rPr>
        <w:t>D. Thailand</w:t>
      </w:r>
    </w:p>
    <w:p/>
    <w:p>
      <w:r>
        <w:rPr>
          <w:b/>
          <w:sz w:val="24"/>
        </w:rPr>
        <w:t>Câu 11: What is the chemical symbol for gold?</w:t>
      </w:r>
    </w:p>
    <w:p>
      <w:pPr>
        <w:pStyle w:val="ListParagraph"/>
      </w:pPr>
      <w:r>
        <w:rPr>
          <w:sz w:val="22"/>
        </w:rPr>
        <w:t>A. Ag</w:t>
      </w:r>
    </w:p>
    <w:p>
      <w:pPr>
        <w:pStyle w:val="ListParagraph"/>
      </w:pPr>
      <w:r>
        <w:rPr>
          <w:sz w:val="22"/>
        </w:rPr>
        <w:t>B. Au</w:t>
      </w:r>
    </w:p>
    <w:p>
      <w:pPr>
        <w:pStyle w:val="ListParagraph"/>
      </w:pPr>
      <w:r>
        <w:rPr>
          <w:sz w:val="22"/>
        </w:rPr>
        <w:t>C. Fe</w:t>
      </w:r>
    </w:p>
    <w:p>
      <w:pPr>
        <w:pStyle w:val="ListParagraph"/>
      </w:pPr>
      <w:r>
        <w:rPr>
          <w:sz w:val="22"/>
        </w:rPr>
        <w:t>D. Cu</w:t>
      </w:r>
    </w:p>
    <w:p/>
    <w:p>
      <w:r>
        <w:rPr>
          <w:b/>
          <w:sz w:val="24"/>
        </w:rPr>
        <w:t>Câu 12: Which is the longest river in the world?</w:t>
      </w:r>
    </w:p>
    <w:p>
      <w:pPr>
        <w:pStyle w:val="ListParagraph"/>
      </w:pPr>
      <w:r>
        <w:rPr>
          <w:sz w:val="22"/>
        </w:rPr>
        <w:t>A. Amazon</w:t>
      </w:r>
    </w:p>
    <w:p>
      <w:pPr>
        <w:pStyle w:val="ListParagraph"/>
      </w:pPr>
      <w:r>
        <w:rPr>
          <w:sz w:val="22"/>
        </w:rPr>
        <w:t>B. Nile</w:t>
      </w:r>
    </w:p>
    <w:p>
      <w:pPr>
        <w:pStyle w:val="ListParagraph"/>
      </w:pPr>
      <w:r>
        <w:rPr>
          <w:sz w:val="22"/>
        </w:rPr>
        <w:t>C. Yangtze</w:t>
      </w:r>
    </w:p>
    <w:p>
      <w:pPr>
        <w:pStyle w:val="ListParagraph"/>
      </w:pPr>
      <w:r>
        <w:rPr>
          <w:sz w:val="22"/>
        </w:rPr>
        <w:t>D. Mississippi</w:t>
      </w:r>
    </w:p>
    <w:p/>
    <w:p>
      <w:r>
        <w:rPr>
          <w:b/>
          <w:sz w:val="24"/>
        </w:rPr>
        <w:t>Câu 13: Who developed the theory of relativity?</w:t>
      </w:r>
    </w:p>
    <w:p>
      <w:pPr>
        <w:pStyle w:val="ListParagraph"/>
      </w:pPr>
      <w:r>
        <w:rPr>
          <w:sz w:val="22"/>
        </w:rPr>
        <w:t>A. Isaac Newton</w:t>
      </w:r>
    </w:p>
    <w:p>
      <w:pPr>
        <w:pStyle w:val="ListParagraph"/>
      </w:pPr>
      <w:r>
        <w:rPr>
          <w:sz w:val="22"/>
        </w:rPr>
        <w:t>B. Albert Einstein</w:t>
      </w:r>
    </w:p>
    <w:p>
      <w:pPr>
        <w:pStyle w:val="ListParagraph"/>
      </w:pPr>
      <w:r>
        <w:rPr>
          <w:sz w:val="22"/>
        </w:rPr>
        <w:t>C. Galileo Galilei</w:t>
      </w:r>
    </w:p>
    <w:p>
      <w:pPr>
        <w:pStyle w:val="ListParagraph"/>
      </w:pPr>
      <w:r>
        <w:rPr>
          <w:sz w:val="22"/>
        </w:rPr>
        <w:t>D. Stephen Hawking</w:t>
      </w:r>
    </w:p>
    <w:p/>
    <w:p>
      <w:r>
        <w:rPr>
          <w:b/>
          <w:sz w:val="24"/>
        </w:rPr>
        <w:t>Câu 14: What is the largest desert in the world?</w:t>
      </w:r>
    </w:p>
    <w:p>
      <w:pPr>
        <w:pStyle w:val="ListParagraph"/>
      </w:pPr>
      <w:r>
        <w:rPr>
          <w:sz w:val="22"/>
        </w:rPr>
        <w:t>A. Sahara</w:t>
      </w:r>
    </w:p>
    <w:p>
      <w:pPr>
        <w:pStyle w:val="ListParagraph"/>
      </w:pPr>
      <w:r>
        <w:rPr>
          <w:sz w:val="22"/>
        </w:rPr>
        <w:t>B. Gobi</w:t>
      </w:r>
    </w:p>
    <w:p>
      <w:pPr>
        <w:pStyle w:val="ListParagraph"/>
      </w:pPr>
      <w:r>
        <w:rPr>
          <w:sz w:val="22"/>
        </w:rPr>
        <w:t>C. Antarctic</w:t>
      </w:r>
    </w:p>
    <w:p>
      <w:pPr>
        <w:pStyle w:val="ListParagraph"/>
      </w:pPr>
      <w:r>
        <w:rPr>
          <w:sz w:val="22"/>
        </w:rPr>
        <w:t>D. Kalahari</w:t>
      </w:r>
    </w:p>
    <w:p/>
    <w:p>
      <w:r>
        <w:rPr>
          <w:b/>
          <w:sz w:val="24"/>
        </w:rPr>
        <w:t>Câu 15: Which element has the atomic number 1?</w:t>
      </w:r>
    </w:p>
    <w:p>
      <w:pPr>
        <w:pStyle w:val="ListParagraph"/>
      </w:pPr>
      <w:r>
        <w:rPr>
          <w:sz w:val="22"/>
        </w:rPr>
        <w:t>A. Helium</w:t>
      </w:r>
    </w:p>
    <w:p>
      <w:pPr>
        <w:pStyle w:val="ListParagraph"/>
      </w:pPr>
      <w:r>
        <w:rPr>
          <w:sz w:val="22"/>
        </w:rPr>
        <w:t>B. Hydrogen</w:t>
      </w:r>
    </w:p>
    <w:p>
      <w:pPr>
        <w:pStyle w:val="ListParagraph"/>
      </w:pPr>
      <w:r>
        <w:rPr>
          <w:sz w:val="22"/>
        </w:rPr>
        <w:t>C. Oxygen</w:t>
      </w:r>
    </w:p>
    <w:p>
      <w:pPr>
        <w:pStyle w:val="ListParagraph"/>
      </w:pPr>
      <w:r>
        <w:rPr>
          <w:sz w:val="22"/>
        </w:rPr>
        <w:t>D. Carbon</w:t>
      </w:r>
    </w:p>
    <w:p/>
    <w:p>
      <w:r>
        <w:rPr>
          <w:b/>
          <w:sz w:val="24"/>
        </w:rPr>
        <w:t>Câu 16: What is the capital of Australia?</w:t>
      </w:r>
    </w:p>
    <w:p>
      <w:pPr>
        <w:pStyle w:val="ListParagraph"/>
      </w:pPr>
      <w:r>
        <w:rPr>
          <w:sz w:val="22"/>
        </w:rPr>
        <w:t>A. Sydney</w:t>
      </w:r>
    </w:p>
    <w:p>
      <w:pPr>
        <w:pStyle w:val="ListParagraph"/>
      </w:pPr>
      <w:r>
        <w:rPr>
          <w:sz w:val="22"/>
        </w:rPr>
        <w:t>B. Melbourne</w:t>
      </w:r>
    </w:p>
    <w:p>
      <w:pPr>
        <w:pStyle w:val="ListParagraph"/>
      </w:pPr>
      <w:r>
        <w:rPr>
          <w:sz w:val="22"/>
        </w:rPr>
        <w:t>C. Canberra</w:t>
      </w:r>
    </w:p>
    <w:p>
      <w:pPr>
        <w:pStyle w:val="ListParagraph"/>
      </w:pPr>
      <w:r>
        <w:rPr>
          <w:sz w:val="22"/>
        </w:rPr>
        <w:t>D. Perth</w:t>
      </w:r>
    </w:p>
    <w:p/>
    <w:p>
      <w:r>
        <w:rPr>
          <w:b/>
          <w:sz w:val="24"/>
        </w:rPr>
        <w:t>Câu 17: Who is known as the Father of Computers?</w:t>
      </w:r>
    </w:p>
    <w:p>
      <w:pPr>
        <w:pStyle w:val="ListParagraph"/>
      </w:pPr>
      <w:r>
        <w:rPr>
          <w:sz w:val="22"/>
        </w:rPr>
        <w:t>A. Alan Turing</w:t>
      </w:r>
    </w:p>
    <w:p>
      <w:pPr>
        <w:pStyle w:val="ListParagraph"/>
      </w:pPr>
      <w:r>
        <w:rPr>
          <w:sz w:val="22"/>
        </w:rPr>
        <w:t>B. Charles Babbage</w:t>
      </w:r>
    </w:p>
    <w:p>
      <w:pPr>
        <w:pStyle w:val="ListParagraph"/>
      </w:pPr>
      <w:r>
        <w:rPr>
          <w:sz w:val="22"/>
        </w:rPr>
        <w:t>C. Bill Gates</w:t>
      </w:r>
    </w:p>
    <w:p>
      <w:pPr>
        <w:pStyle w:val="ListParagraph"/>
      </w:pPr>
      <w:r>
        <w:rPr>
          <w:sz w:val="22"/>
        </w:rPr>
        <w:t>D. Steve Jobs</w:t>
      </w:r>
    </w:p>
    <w:p/>
    <w:p>
      <w:r>
        <w:rPr>
          <w:b/>
          <w:sz w:val="24"/>
        </w:rPr>
        <w:t>Câu 18: What is the smallest prime number?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19: Which planet is closest to the Sun?</w:t>
      </w:r>
    </w:p>
    <w:p>
      <w:pPr>
        <w:pStyle w:val="ListParagraph"/>
      </w:pPr>
      <w:r>
        <w:rPr>
          <w:sz w:val="22"/>
        </w:rPr>
        <w:t>A. Venus</w:t>
      </w:r>
    </w:p>
    <w:p>
      <w:pPr>
        <w:pStyle w:val="ListParagraph"/>
      </w:pPr>
      <w:r>
        <w:rPr>
          <w:sz w:val="22"/>
        </w:rPr>
        <w:t>B. Mercury</w:t>
      </w:r>
    </w:p>
    <w:p>
      <w:pPr>
        <w:pStyle w:val="ListParagraph"/>
      </w:pPr>
      <w:r>
        <w:rPr>
          <w:sz w:val="22"/>
        </w:rPr>
        <w:t>C. Earth</w:t>
      </w:r>
    </w:p>
    <w:p>
      <w:pPr>
        <w:pStyle w:val="ListParagraph"/>
      </w:pPr>
      <w:r>
        <w:rPr>
          <w:sz w:val="22"/>
        </w:rPr>
        <w:t>D. Mars</w:t>
      </w:r>
    </w:p>
    <w:p/>
    <w:p>
      <w:r>
        <w:rPr>
          <w:b/>
          <w:sz w:val="24"/>
        </w:rPr>
        <w:t>Câu 20: What is the main ingredient in guacamole?</w:t>
      </w:r>
    </w:p>
    <w:p>
      <w:pPr>
        <w:pStyle w:val="ListParagraph"/>
      </w:pPr>
      <w:r>
        <w:rPr>
          <w:sz w:val="22"/>
        </w:rPr>
        <w:t>A. Tomato</w:t>
      </w:r>
    </w:p>
    <w:p>
      <w:pPr>
        <w:pStyle w:val="ListParagraph"/>
      </w:pPr>
      <w:r>
        <w:rPr>
          <w:sz w:val="22"/>
        </w:rPr>
        <w:t>B. Avocado</w:t>
      </w:r>
    </w:p>
    <w:p>
      <w:pPr>
        <w:pStyle w:val="ListParagraph"/>
      </w:pPr>
      <w:r>
        <w:rPr>
          <w:sz w:val="22"/>
        </w:rPr>
        <w:t>C. Pepper</w:t>
      </w:r>
    </w:p>
    <w:p>
      <w:pPr>
        <w:pStyle w:val="ListParagraph"/>
      </w:pPr>
      <w:r>
        <w:rPr>
          <w:sz w:val="22"/>
        </w:rPr>
        <w:t>D. Onion</w:t>
      </w:r>
    </w:p>
    <w:p/>
    <w:p>
      <w:r>
        <w:rPr>
          <w:b/>
          <w:sz w:val="24"/>
        </w:rPr>
        <w:t>Câu 21: Who wrote '1984'?</w:t>
      </w:r>
    </w:p>
    <w:p>
      <w:pPr>
        <w:pStyle w:val="ListParagraph"/>
      </w:pPr>
      <w:r>
        <w:rPr>
          <w:sz w:val="22"/>
        </w:rPr>
        <w:t>A. Aldous Huxley</w:t>
      </w:r>
    </w:p>
    <w:p>
      <w:pPr>
        <w:pStyle w:val="ListParagraph"/>
      </w:pPr>
      <w:r>
        <w:rPr>
          <w:sz w:val="22"/>
        </w:rPr>
        <w:t>B. George Orwell</w:t>
      </w:r>
    </w:p>
    <w:p>
      <w:pPr>
        <w:pStyle w:val="ListParagraph"/>
      </w:pPr>
      <w:r>
        <w:rPr>
          <w:sz w:val="22"/>
        </w:rPr>
        <w:t>C. Ray Bradbury</w:t>
      </w:r>
    </w:p>
    <w:p>
      <w:pPr>
        <w:pStyle w:val="ListParagraph"/>
      </w:pPr>
      <w:r>
        <w:rPr>
          <w:sz w:val="22"/>
        </w:rPr>
        <w:t>D. J.D. Salinger</w:t>
      </w:r>
    </w:p>
    <w:p/>
    <w:p>
      <w:r>
        <w:rPr>
          <w:b/>
          <w:sz w:val="24"/>
        </w:rPr>
        <w:t>Câu 22: What is the chemical symbol for sodium?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Na</w:t>
      </w:r>
    </w:p>
    <w:p>
      <w:pPr>
        <w:pStyle w:val="ListParagraph"/>
      </w:pPr>
      <w:r>
        <w:rPr>
          <w:sz w:val="22"/>
        </w:rPr>
        <w:t>C. Sd</w:t>
      </w:r>
    </w:p>
    <w:p>
      <w:pPr>
        <w:pStyle w:val="ListParagraph"/>
      </w:pPr>
      <w:r>
        <w:rPr>
          <w:sz w:val="22"/>
        </w:rPr>
        <w:t>D. Nu</w:t>
      </w:r>
    </w:p>
    <w:p/>
    <w:p>
      <w:r>
        <w:rPr>
          <w:b/>
          <w:sz w:val="24"/>
        </w:rPr>
        <w:t>Câu 23: Which is the largest planet in our solar system?</w:t>
      </w:r>
    </w:p>
    <w:p>
      <w:pPr>
        <w:pStyle w:val="ListParagraph"/>
      </w:pPr>
      <w:r>
        <w:rPr>
          <w:sz w:val="22"/>
        </w:rPr>
        <w:t>A. Saturn</w:t>
      </w:r>
    </w:p>
    <w:p>
      <w:pPr>
        <w:pStyle w:val="ListParagraph"/>
      </w:pPr>
      <w:r>
        <w:rPr>
          <w:sz w:val="22"/>
        </w:rPr>
        <w:t>B. Jupiter</w:t>
      </w:r>
    </w:p>
    <w:p>
      <w:pPr>
        <w:pStyle w:val="ListParagraph"/>
      </w:pPr>
      <w:r>
        <w:rPr>
          <w:sz w:val="22"/>
        </w:rPr>
        <w:t>C. Neptune</w:t>
      </w:r>
    </w:p>
    <w:p>
      <w:pPr>
        <w:pStyle w:val="ListParagraph"/>
      </w:pPr>
      <w:r>
        <w:rPr>
          <w:sz w:val="22"/>
        </w:rPr>
        <w:t>D. Uranus</w:t>
      </w:r>
    </w:p>
    <w:p/>
    <w:p>
      <w:r>
        <w:rPr>
          <w:b/>
          <w:sz w:val="24"/>
        </w:rPr>
        <w:t>Câu 24: What is the capital of Canada?</w:t>
      </w:r>
    </w:p>
    <w:p>
      <w:pPr>
        <w:pStyle w:val="ListParagraph"/>
      </w:pPr>
      <w:r>
        <w:rPr>
          <w:sz w:val="22"/>
        </w:rPr>
        <w:t>A. Toronto</w:t>
      </w:r>
    </w:p>
    <w:p>
      <w:pPr>
        <w:pStyle w:val="ListParagraph"/>
      </w:pPr>
      <w:r>
        <w:rPr>
          <w:sz w:val="22"/>
        </w:rPr>
        <w:t>B. Vancouver</w:t>
      </w:r>
    </w:p>
    <w:p>
      <w:pPr>
        <w:pStyle w:val="ListParagraph"/>
      </w:pPr>
      <w:r>
        <w:rPr>
          <w:sz w:val="22"/>
        </w:rPr>
        <w:t>C. Ottawa</w:t>
      </w:r>
    </w:p>
    <w:p>
      <w:pPr>
        <w:pStyle w:val="ListParagraph"/>
      </w:pPr>
      <w:r>
        <w:rPr>
          <w:sz w:val="22"/>
        </w:rPr>
        <w:t>D. Montreal</w:t>
      </w:r>
    </w:p>
    <w:p/>
    <w:p>
      <w:r>
        <w:rPr>
          <w:b/>
          <w:sz w:val="24"/>
        </w:rPr>
        <w:t>Câu 25: Who discovered penicillin?</w:t>
      </w:r>
    </w:p>
    <w:p>
      <w:pPr>
        <w:pStyle w:val="ListParagraph"/>
      </w:pPr>
      <w:r>
        <w:rPr>
          <w:sz w:val="22"/>
        </w:rPr>
        <w:t>A. Marie Curie</w:t>
      </w:r>
    </w:p>
    <w:p>
      <w:pPr>
        <w:pStyle w:val="ListParagraph"/>
      </w:pPr>
      <w:r>
        <w:rPr>
          <w:sz w:val="22"/>
        </w:rPr>
        <w:t>B. Alexander Fleming</w:t>
      </w:r>
    </w:p>
    <w:p>
      <w:pPr>
        <w:pStyle w:val="ListParagraph"/>
      </w:pPr>
      <w:r>
        <w:rPr>
          <w:sz w:val="22"/>
        </w:rPr>
        <w:t>C. Louis Pasteur</w:t>
      </w:r>
    </w:p>
    <w:p>
      <w:pPr>
        <w:pStyle w:val="ListParagraph"/>
      </w:pPr>
      <w:r>
        <w:rPr>
          <w:sz w:val="22"/>
        </w:rPr>
        <w:t>D. Joseph Lister</w:t>
      </w:r>
    </w:p>
    <w:p/>
    <w:p>
      <w:r>
        <w:rPr>
          <w:b/>
          <w:sz w:val="24"/>
        </w:rPr>
        <w:t>Câu 26: What is the value of pi to two decimal places?</w:t>
      </w:r>
    </w:p>
    <w:p>
      <w:pPr>
        <w:pStyle w:val="ListParagraph"/>
      </w:pPr>
      <w:r>
        <w:rPr>
          <w:sz w:val="22"/>
        </w:rPr>
        <w:t>A. 3.14</w:t>
      </w:r>
    </w:p>
    <w:p>
      <w:pPr>
        <w:pStyle w:val="ListParagraph"/>
      </w:pPr>
      <w:r>
        <w:rPr>
          <w:sz w:val="22"/>
        </w:rPr>
        <w:t>B. 3.16</w:t>
      </w:r>
    </w:p>
    <w:p>
      <w:pPr>
        <w:pStyle w:val="ListParagraph"/>
      </w:pPr>
      <w:r>
        <w:rPr>
          <w:sz w:val="22"/>
        </w:rPr>
        <w:t>C. 3.12</w:t>
      </w:r>
    </w:p>
    <w:p>
      <w:pPr>
        <w:pStyle w:val="ListParagraph"/>
      </w:pPr>
      <w:r>
        <w:rPr>
          <w:sz w:val="22"/>
        </w:rPr>
        <w:t>D. 3.18</w:t>
      </w:r>
    </w:p>
    <w:p/>
    <w:p>
      <w:r>
        <w:rPr>
          <w:b/>
          <w:sz w:val="24"/>
        </w:rPr>
        <w:t>Câu 27: Which country gifted the Statue of Liberty to the USA?</w:t>
      </w:r>
    </w:p>
    <w:p>
      <w:pPr>
        <w:pStyle w:val="ListParagraph"/>
      </w:pPr>
      <w:r>
        <w:rPr>
          <w:sz w:val="22"/>
        </w:rPr>
        <w:t>A. England</w:t>
      </w:r>
    </w:p>
    <w:p>
      <w:pPr>
        <w:pStyle w:val="ListParagraph"/>
      </w:pPr>
      <w:r>
        <w:rPr>
          <w:sz w:val="22"/>
        </w:rPr>
        <w:t>B. France</w:t>
      </w:r>
    </w:p>
    <w:p>
      <w:pPr>
        <w:pStyle w:val="ListParagraph"/>
      </w:pPr>
      <w:r>
        <w:rPr>
          <w:sz w:val="22"/>
        </w:rPr>
        <w:t>C. Spain</w:t>
      </w:r>
    </w:p>
    <w:p>
      <w:pPr>
        <w:pStyle w:val="ListParagraph"/>
      </w:pPr>
      <w:r>
        <w:rPr>
          <w:sz w:val="22"/>
        </w:rPr>
        <w:t>D. Italy</w:t>
      </w:r>
    </w:p>
    <w:p/>
    <w:p>
      <w:r>
        <w:rPr>
          <w:b/>
          <w:sz w:val="24"/>
        </w:rPr>
        <w:t>Câu 28: What is the largest internal organ in the human body?</w:t>
      </w:r>
    </w:p>
    <w:p>
      <w:pPr>
        <w:pStyle w:val="ListParagraph"/>
      </w:pPr>
      <w:r>
        <w:rPr>
          <w:sz w:val="22"/>
        </w:rPr>
        <w:t>A. Heart</w:t>
      </w:r>
    </w:p>
    <w:p>
      <w:pPr>
        <w:pStyle w:val="ListParagraph"/>
      </w:pPr>
      <w:r>
        <w:rPr>
          <w:sz w:val="22"/>
        </w:rPr>
        <w:t>B. Liver</w:t>
      </w:r>
    </w:p>
    <w:p>
      <w:pPr>
        <w:pStyle w:val="ListParagraph"/>
      </w:pPr>
      <w:r>
        <w:rPr>
          <w:sz w:val="22"/>
        </w:rPr>
        <w:t>C. Lungs</w:t>
      </w:r>
    </w:p>
    <w:p>
      <w:pPr>
        <w:pStyle w:val="ListParagraph"/>
      </w:pPr>
      <w:r>
        <w:rPr>
          <w:sz w:val="22"/>
        </w:rPr>
        <w:t>D. Kidneys</w:t>
      </w:r>
    </w:p>
    <w:p/>
    <w:p>
      <w:r>
        <w:rPr>
          <w:b/>
          <w:sz w:val="24"/>
        </w:rPr>
        <w:t>Câu 29: The Earth is flat.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30: Water boils at 100°C at sea level.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