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 PHƯƠNG TRÌNH LƯỢNG GIÁC CƠ BẢN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Đạo hàm của hàm số $y = x^3$ là:</w:t>
      </w:r>
    </w:p>
    <w:p>
      <w:pPr>
        <w:pStyle w:val="ListParagraph"/>
      </w:pPr>
      <w:r>
        <w:rPr>
          <w:sz w:val="22"/>
        </w:rPr>
        <w:t>A. $x^2$</w:t>
      </w:r>
    </w:p>
    <w:p>
      <w:pPr>
        <w:pStyle w:val="ListParagraph"/>
      </w:pPr>
      <w:r>
        <w:rPr>
          <w:sz w:val="22"/>
        </w:rPr>
        <w:t>B. $3x^2$</w:t>
      </w:r>
    </w:p>
    <w:p>
      <w:pPr>
        <w:pStyle w:val="ListParagraph"/>
      </w:pPr>
      <w:r>
        <w:rPr>
          <w:sz w:val="22"/>
        </w:rPr>
        <w:t>C. $3x$</w:t>
      </w:r>
    </w:p>
    <w:p>
      <w:pPr>
        <w:pStyle w:val="ListParagraph"/>
      </w:pPr>
      <w:r>
        <w:rPr>
          <w:sz w:val="22"/>
        </w:rPr>
        <w:t>D. $\frac{x^4}{4}$</w:t>
      </w:r>
    </w:p>
    <w:p/>
    <w:p>
      <w:r>
        <w:rPr>
          <w:b/>
          <w:sz w:val="24"/>
        </w:rPr>
        <w:t>Câu 2: Tập xác định của hàm số $y = \frac{1}{x-2}$ là:</w:t>
      </w:r>
    </w:p>
    <w:p>
      <w:pPr>
        <w:pStyle w:val="ListParagraph"/>
      </w:pPr>
      <w:r>
        <w:rPr>
          <w:sz w:val="22"/>
        </w:rPr>
        <w:t>A. $\mathbb{R}$</w:t>
      </w:r>
    </w:p>
    <w:p>
      <w:pPr>
        <w:pStyle w:val="ListParagraph"/>
      </w:pPr>
      <w:r>
        <w:rPr>
          <w:sz w:val="22"/>
        </w:rPr>
        <w:t>B. $\mathbb{R} \setminus \{2\}$</w:t>
      </w:r>
    </w:p>
    <w:p>
      <w:pPr>
        <w:pStyle w:val="ListParagraph"/>
      </w:pPr>
      <w:r>
        <w:rPr>
          <w:sz w:val="22"/>
        </w:rPr>
        <w:t>C. $(2; +\infty)$</w:t>
      </w:r>
    </w:p>
    <w:p>
      <w:pPr>
        <w:pStyle w:val="ListParagraph"/>
      </w:pPr>
      <w:r>
        <w:rPr>
          <w:sz w:val="22"/>
        </w:rPr>
        <w:t>D. $(-\infty; 2)$</w:t>
      </w:r>
    </w:p>
    <w:p/>
    <w:p>
      <w:r>
        <w:rPr>
          <w:b/>
          <w:sz w:val="24"/>
        </w:rPr>
        <w:t>Câu 3: Nghiệm của phương trình $2x + 4 = 0$ là:</w:t>
      </w:r>
    </w:p>
    <w:p>
      <w:pPr>
        <w:pStyle w:val="ListParagraph"/>
      </w:pPr>
      <w:r>
        <w:rPr>
          <w:sz w:val="22"/>
        </w:rPr>
        <w:t>A. $x = 2$</w:t>
      </w:r>
    </w:p>
    <w:p>
      <w:pPr>
        <w:pStyle w:val="ListParagraph"/>
      </w:pPr>
      <w:r>
        <w:rPr>
          <w:sz w:val="22"/>
        </w:rPr>
        <w:t>B. $x = -2$</w:t>
      </w:r>
    </w:p>
    <w:p>
      <w:pPr>
        <w:pStyle w:val="ListParagraph"/>
      </w:pPr>
      <w:r>
        <w:rPr>
          <w:sz w:val="22"/>
        </w:rPr>
        <w:t>C. $x = -4$</w:t>
      </w:r>
    </w:p>
    <w:p>
      <w:pPr>
        <w:pStyle w:val="ListParagraph"/>
      </w:pPr>
      <w:r>
        <w:rPr>
          <w:sz w:val="22"/>
        </w:rPr>
        <w:t>D. $x = 4$</w:t>
      </w:r>
    </w:p>
    <w:p/>
    <w:p>
      <w:r>
        <w:rPr>
          <w:b/>
          <w:sz w:val="24"/>
        </w:rPr>
        <w:t>Câu 4: Diện tích hình tròn bán kính $R$ là:</w:t>
      </w:r>
    </w:p>
    <w:p>
      <w:pPr>
        <w:pStyle w:val="ListParagraph"/>
      </w:pPr>
      <w:r>
        <w:rPr>
          <w:sz w:val="22"/>
        </w:rPr>
        <w:t>A. $2\pi R$</w:t>
      </w:r>
    </w:p>
    <w:p>
      <w:pPr>
        <w:pStyle w:val="ListParagraph"/>
      </w:pPr>
      <w:r>
        <w:rPr>
          <w:sz w:val="22"/>
        </w:rPr>
        <w:t>B. $\pi R$</w:t>
      </w:r>
    </w:p>
    <w:p>
      <w:pPr>
        <w:pStyle w:val="ListParagraph"/>
      </w:pPr>
      <w:r>
        <w:rPr>
          <w:sz w:val="22"/>
        </w:rPr>
        <w:t>C. $\pi R^2$</w:t>
      </w:r>
    </w:p>
    <w:p>
      <w:pPr>
        <w:pStyle w:val="ListParagraph"/>
      </w:pPr>
      <w:r>
        <w:rPr>
          <w:sz w:val="22"/>
        </w:rPr>
        <w:t>D. $4\pi R^2$</w:t>
      </w:r>
    </w:p>
    <w:p/>
    <w:p>
      <w:r>
        <w:rPr>
          <w:b/>
          <w:sz w:val="24"/>
        </w:rPr>
        <w:t>Câu 5: Giá trị của $\sin 30^\circ$ là:</w:t>
      </w:r>
    </w:p>
    <w:p>
      <w:pPr>
        <w:pStyle w:val="ListParagraph"/>
      </w:pPr>
      <w:r>
        <w:rPr>
          <w:sz w:val="22"/>
        </w:rPr>
        <w:t>A. $\frac{\sqrt{3}}{2}$</w:t>
      </w:r>
    </w:p>
    <w:p>
      <w:pPr>
        <w:pStyle w:val="ListParagraph"/>
      </w:pPr>
      <w:r>
        <w:rPr>
          <w:sz w:val="22"/>
        </w:rPr>
        <w:t>B. $1$</w:t>
      </w:r>
    </w:p>
    <w:p>
      <w:pPr>
        <w:pStyle w:val="ListParagraph"/>
      </w:pPr>
      <w:r>
        <w:rPr>
          <w:sz w:val="22"/>
        </w:rPr>
        <w:t>C. $\frac{\sqrt{2}}{2}$</w:t>
      </w:r>
    </w:p>
    <w:p>
      <w:pPr>
        <w:pStyle w:val="ListParagraph"/>
      </w:pPr>
      <w:r>
        <w:rPr>
          <w:sz w:val="22"/>
        </w:rPr>
        <w:t>D. $\frac{1}{2}$</w:t>
      </w:r>
    </w:p>
    <w:p/>
    <w:p>
      <w:r>
        <w:rPr>
          <w:b/>
          <w:sz w:val="24"/>
        </w:rPr>
        <w:t>Câu 6: Số phức liên hợp của $z = 3 + 4i$ là:</w:t>
      </w:r>
    </w:p>
    <w:p>
      <w:pPr>
        <w:pStyle w:val="ListParagraph"/>
      </w:pPr>
      <w:r>
        <w:rPr>
          <w:sz w:val="22"/>
        </w:rPr>
        <w:t>A. $-3 + 4i$</w:t>
      </w:r>
    </w:p>
    <w:p>
      <w:pPr>
        <w:pStyle w:val="ListParagraph"/>
      </w:pPr>
      <w:r>
        <w:rPr>
          <w:sz w:val="22"/>
        </w:rPr>
        <w:t>B. $3 - 4i$</w:t>
      </w:r>
    </w:p>
    <w:p>
      <w:pPr>
        <w:pStyle w:val="ListParagraph"/>
      </w:pPr>
      <w:r>
        <w:rPr>
          <w:sz w:val="22"/>
        </w:rPr>
        <w:t>C. $-3 - 4i$</w:t>
      </w:r>
    </w:p>
    <w:p>
      <w:pPr>
        <w:pStyle w:val="ListParagraph"/>
      </w:pPr>
      <w:r>
        <w:rPr>
          <w:sz w:val="22"/>
        </w:rPr>
        <w:t>D. $3 + 4i$</w:t>
      </w:r>
    </w:p>
    <w:p/>
    <w:p>
      <w:r>
        <w:rPr>
          <w:b/>
          <w:sz w:val="24"/>
        </w:rPr>
        <w:t>Câu 7: Trong không gian $Oxyz$, vectơ pháp tuyến của mặt phẳng $(P): 2x - y + 3z - 1 = 0$ là:</w:t>
      </w:r>
    </w:p>
    <w:p>
      <w:pPr>
        <w:pStyle w:val="ListParagraph"/>
      </w:pPr>
      <w:r>
        <w:rPr>
          <w:sz w:val="22"/>
        </w:rPr>
        <w:t>A. $(2; 1; 3)$</w:t>
      </w:r>
    </w:p>
    <w:p>
      <w:pPr>
        <w:pStyle w:val="ListParagraph"/>
      </w:pPr>
      <w:r>
        <w:rPr>
          <w:sz w:val="22"/>
        </w:rPr>
        <w:t>B. $(-2; 1; -3)$</w:t>
      </w:r>
    </w:p>
    <w:p>
      <w:pPr>
        <w:pStyle w:val="ListParagraph"/>
      </w:pPr>
      <w:r>
        <w:rPr>
          <w:sz w:val="22"/>
        </w:rPr>
        <w:t>C. $(2; -1; 3)$</w:t>
      </w:r>
    </w:p>
    <w:p>
      <w:pPr>
        <w:pStyle w:val="ListParagraph"/>
      </w:pPr>
      <w:r>
        <w:rPr>
          <w:sz w:val="22"/>
        </w:rPr>
        <w:t>D. $(1; -1; 3)$</w:t>
      </w:r>
    </w:p>
    <w:p/>
    <w:p>
      <w:r>
        <w:rPr>
          <w:b/>
          <w:sz w:val="24"/>
        </w:rPr>
        <w:t>Câu 8: Hàm số $y = -x^2 + 4x - 3$ có đỉnh là:</w:t>
      </w:r>
    </w:p>
    <w:p>
      <w:pPr>
        <w:pStyle w:val="ListParagraph"/>
      </w:pPr>
      <w:r>
        <w:rPr>
          <w:sz w:val="22"/>
        </w:rPr>
        <w:t>A. $(-2; 1)$</w:t>
      </w:r>
    </w:p>
    <w:p>
      <w:pPr>
        <w:pStyle w:val="ListParagraph"/>
      </w:pPr>
      <w:r>
        <w:rPr>
          <w:sz w:val="22"/>
        </w:rPr>
        <w:t>B. $(2; -1)$</w:t>
      </w:r>
    </w:p>
    <w:p>
      <w:pPr>
        <w:pStyle w:val="ListParagraph"/>
      </w:pPr>
      <w:r>
        <w:rPr>
          <w:sz w:val="22"/>
        </w:rPr>
        <w:t>C. $(1; 2)$</w:t>
      </w:r>
    </w:p>
    <w:p>
      <w:pPr>
        <w:pStyle w:val="ListParagraph"/>
      </w:pPr>
      <w:r>
        <w:rPr>
          <w:sz w:val="22"/>
        </w:rPr>
        <w:t>D. $(2; 1)$</w:t>
      </w:r>
    </w:p>
    <w:p/>
    <w:p>
      <w:r>
        <w:rPr>
          <w:b/>
          <w:sz w:val="24"/>
        </w:rPr>
        <w:t>Câu 9: Phương trình $x^2 - 5x + 6 = 0$ có nghiệm là:</w:t>
      </w:r>
    </w:p>
    <w:p>
      <w:pPr>
        <w:pStyle w:val="ListParagraph"/>
      </w:pPr>
      <w:r>
        <w:rPr>
          <w:sz w:val="22"/>
        </w:rPr>
        <w:t>A. $x = -2; x = -3$</w:t>
      </w:r>
    </w:p>
    <w:p>
      <w:pPr>
        <w:pStyle w:val="ListParagraph"/>
      </w:pPr>
      <w:r>
        <w:rPr>
          <w:sz w:val="22"/>
        </w:rPr>
        <w:t>B. $x = 1; x = 6$</w:t>
      </w:r>
    </w:p>
    <w:p>
      <w:pPr>
        <w:pStyle w:val="ListParagraph"/>
      </w:pPr>
      <w:r>
        <w:rPr>
          <w:sz w:val="22"/>
        </w:rPr>
        <w:t>C. $x = 2; x = 3$</w:t>
      </w:r>
    </w:p>
    <w:p>
      <w:pPr>
        <w:pStyle w:val="ListParagraph"/>
      </w:pPr>
      <w:r>
        <w:rPr>
          <w:sz w:val="22"/>
        </w:rPr>
        <w:t>D. $x = -1; x = -6$</w:t>
      </w:r>
    </w:p>
    <w:p/>
    <w:p>
      <w:r>
        <w:rPr>
          <w:b/>
          <w:sz w:val="24"/>
        </w:rPr>
        <w:t>Câu 10: Cho cấp số cộng có $u_1 = 2$, $d = 3$. Số hạng thứ 5 là:</w:t>
      </w:r>
    </w:p>
    <w:p>
      <w:pPr>
        <w:pStyle w:val="ListParagraph"/>
      </w:pPr>
      <w:r>
        <w:rPr>
          <w:sz w:val="22"/>
        </w:rPr>
        <w:t>A. $17$</w:t>
      </w:r>
    </w:p>
    <w:p>
      <w:pPr>
        <w:pStyle w:val="ListParagraph"/>
      </w:pPr>
      <w:r>
        <w:rPr>
          <w:sz w:val="22"/>
        </w:rPr>
        <w:t>B. $14$</w:t>
      </w:r>
    </w:p>
    <w:p>
      <w:pPr>
        <w:pStyle w:val="ListParagraph"/>
      </w:pPr>
      <w:r>
        <w:rPr>
          <w:sz w:val="22"/>
        </w:rPr>
        <w:t>C. $11$</w:t>
      </w:r>
    </w:p>
    <w:p>
      <w:pPr>
        <w:pStyle w:val="ListParagraph"/>
      </w:pPr>
      <w:r>
        <w:rPr>
          <w:sz w:val="22"/>
        </w:rPr>
        <w:t>D. $20$</w:t>
      </w:r>
    </w:p>
    <w:p/>
    <w:p>
      <w:r>
        <w:rPr>
          <w:b/>
          <w:sz w:val="24"/>
        </w:rPr>
        <w:t>Câu 11: Đạo hàm của hàm số $y = \sin x$ là:</w:t>
      </w:r>
    </w:p>
    <w:p>
      <w:pPr>
        <w:pStyle w:val="ListParagraph"/>
      </w:pPr>
      <w:r>
        <w:rPr>
          <w:sz w:val="22"/>
        </w:rPr>
        <w:t>A. $-\cos x$</w:t>
      </w:r>
    </w:p>
    <w:p>
      <w:pPr>
        <w:pStyle w:val="ListParagraph"/>
      </w:pPr>
      <w:r>
        <w:rPr>
          <w:sz w:val="22"/>
        </w:rPr>
        <w:t>B. $-\sin x$</w:t>
      </w:r>
    </w:p>
    <w:p>
      <w:pPr>
        <w:pStyle w:val="ListParagraph"/>
      </w:pPr>
      <w:r>
        <w:rPr>
          <w:sz w:val="22"/>
        </w:rPr>
        <w:t>C. $\cos x$</w:t>
      </w:r>
    </w:p>
    <w:p>
      <w:pPr>
        <w:pStyle w:val="ListParagraph"/>
      </w:pPr>
      <w:r>
        <w:rPr>
          <w:sz w:val="22"/>
        </w:rPr>
        <w:t>D. $\sin x$</w:t>
      </w:r>
    </w:p>
    <w:p/>
    <w:p>
      <w:r>
        <w:rPr>
          <w:b/>
          <w:sz w:val="24"/>
        </w:rPr>
        <w:t>Câu 12: Tập nghiệm của bất phương trình $2x - 3 &gt; 0$ là:</w:t>
      </w:r>
    </w:p>
    <w:p>
      <w:pPr>
        <w:pStyle w:val="ListParagraph"/>
      </w:pPr>
      <w:r>
        <w:rPr>
          <w:sz w:val="22"/>
        </w:rPr>
        <w:t>A. $x &lt; \frac{3}{2}$</w:t>
      </w:r>
    </w:p>
    <w:p>
      <w:pPr>
        <w:pStyle w:val="ListParagraph"/>
      </w:pPr>
      <w:r>
        <w:rPr>
          <w:sz w:val="22"/>
        </w:rPr>
        <w:t>B. $x &gt; \frac{2}{3}$</w:t>
      </w:r>
    </w:p>
    <w:p>
      <w:pPr>
        <w:pStyle w:val="ListParagraph"/>
      </w:pPr>
      <w:r>
        <w:rPr>
          <w:sz w:val="22"/>
        </w:rPr>
        <w:t>C. $x &lt; \frac{2}{3}$</w:t>
      </w:r>
    </w:p>
    <w:p>
      <w:pPr>
        <w:pStyle w:val="ListParagraph"/>
      </w:pPr>
      <w:r>
        <w:rPr>
          <w:sz w:val="22"/>
        </w:rPr>
        <w:t>D. $x &gt; \frac{3}{2}$</w:t>
      </w:r>
    </w:p>
    <w:p/>
    <w:p>
      <w:r>
        <w:rPr>
          <w:b/>
          <w:sz w:val="24"/>
        </w:rPr>
        <w:t>Câu 13: Trong mặt phẳng $Oxy$, đường thẳng $d: 3x - 4y + 5 = 0$ có vectơ pháp tuyến là:</w:t>
      </w:r>
    </w:p>
    <w:p>
      <w:pPr>
        <w:pStyle w:val="ListParagraph"/>
      </w:pPr>
      <w:r>
        <w:rPr>
          <w:sz w:val="22"/>
        </w:rPr>
        <w:t>A. $(-4; 3)$</w:t>
      </w:r>
    </w:p>
    <w:p>
      <w:pPr>
        <w:pStyle w:val="ListParagraph"/>
      </w:pPr>
      <w:r>
        <w:rPr>
          <w:sz w:val="22"/>
        </w:rPr>
        <w:t>B. $(4; 3)$</w:t>
      </w:r>
    </w:p>
    <w:p>
      <w:pPr>
        <w:pStyle w:val="ListParagraph"/>
      </w:pPr>
      <w:r>
        <w:rPr>
          <w:sz w:val="22"/>
        </w:rPr>
        <w:t>C. $(3; -4)$</w:t>
      </w:r>
    </w:p>
    <w:p>
      <w:pPr>
        <w:pStyle w:val="ListParagraph"/>
      </w:pPr>
      <w:r>
        <w:rPr>
          <w:sz w:val="22"/>
        </w:rPr>
        <w:t>D. $(3; 4)$</w:t>
      </w:r>
    </w:p>
    <w:p/>
    <w:p>
      <w:r>
        <w:rPr>
          <w:b/>
          <w:sz w:val="24"/>
        </w:rPr>
        <w:t>Câu 14: Giá trị lớn nhất của hàm số $y = -x^2 + 2x + 3$ là: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$5$</w:t>
      </w:r>
    </w:p>
    <w:p>
      <w:pPr>
        <w:pStyle w:val="ListParagraph"/>
      </w:pPr>
      <w:r>
        <w:rPr>
          <w:sz w:val="22"/>
        </w:rPr>
        <w:t>C. $2$</w:t>
      </w:r>
    </w:p>
    <w:p>
      <w:pPr>
        <w:pStyle w:val="ListParagraph"/>
      </w:pPr>
      <w:r>
        <w:rPr>
          <w:sz w:val="22"/>
        </w:rPr>
        <w:t>D. $4$</w:t>
      </w:r>
    </w:p>
    <w:p/>
    <w:p>
      <w:r>
        <w:rPr>
          <w:b/>
          <w:sz w:val="24"/>
        </w:rPr>
        <w:t>Câu 15: Tìm $m$ để phương trình $x^2 - 2x + m = 0$ có nghiệm kép.</w:t>
      </w:r>
    </w:p>
    <w:p>
      <w:pPr>
        <w:pStyle w:val="ListParagraph"/>
      </w:pPr>
      <w:r>
        <w:rPr>
          <w:sz w:val="22"/>
        </w:rPr>
        <w:t>A. $m = -1$</w:t>
      </w:r>
    </w:p>
    <w:p>
      <w:pPr>
        <w:pStyle w:val="ListParagraph"/>
      </w:pPr>
      <w:r>
        <w:rPr>
          <w:sz w:val="22"/>
        </w:rPr>
        <w:t>B. $m = 0$</w:t>
      </w:r>
    </w:p>
    <w:p>
      <w:pPr>
        <w:pStyle w:val="ListParagraph"/>
      </w:pPr>
      <w:r>
        <w:rPr>
          <w:sz w:val="22"/>
        </w:rPr>
        <w:t>C. $m = 1$</w:t>
      </w:r>
    </w:p>
    <w:p>
      <w:pPr>
        <w:pStyle w:val="ListParagraph"/>
      </w:pPr>
      <w:r>
        <w:rPr>
          <w:sz w:val="22"/>
        </w:rPr>
        <w:t>D. $m = 2$</w:t>
      </w:r>
    </w:p>
    <w:p/>
    <w:p>
      <w:r>
        <w:rPr>
          <w:b/>
          <w:sz w:val="24"/>
        </w:rPr>
        <w:t>Câu 16: Cho hình chóp $S.ABC$ có $SA$ vuông góc với $(ABC)$, $SA = a$, tam giác $ABC$ đều cạnh $a$. Thể tích khối chóp $S.ABC$ là:</w:t>
      </w:r>
    </w:p>
    <w:p>
      <w:pPr>
        <w:pStyle w:val="ListParagraph"/>
      </w:pPr>
      <w:r>
        <w:rPr>
          <w:sz w:val="22"/>
        </w:rPr>
        <w:t>A. $\frac{a^3\sqrt{3}}{6}$</w:t>
      </w:r>
    </w:p>
    <w:p>
      <w:pPr>
        <w:pStyle w:val="ListParagraph"/>
      </w:pPr>
      <w:r>
        <w:rPr>
          <w:sz w:val="22"/>
        </w:rPr>
        <w:t>B. $\frac{a^3\sqrt{3}}{3}$</w:t>
      </w:r>
    </w:p>
    <w:p>
      <w:pPr>
        <w:pStyle w:val="ListParagraph"/>
      </w:pPr>
      <w:r>
        <w:rPr>
          <w:sz w:val="22"/>
        </w:rPr>
        <w:t>C. $\frac{a^3\sqrt{3}}{12}$</w:t>
      </w:r>
    </w:p>
    <w:p>
      <w:pPr>
        <w:pStyle w:val="ListParagraph"/>
      </w:pPr>
      <w:r>
        <w:rPr>
          <w:sz w:val="22"/>
        </w:rPr>
        <w:t>D. $\frac{a^3\sqrt{3}}{4}$</w:t>
      </w:r>
    </w:p>
    <w:p/>
    <w:p>
      <w:r>
        <w:rPr>
          <w:b/>
          <w:sz w:val="24"/>
        </w:rPr>
        <w:t>Câu 17: Trong không gian $Oxyz$, cho điểm $A(1;2;3)$ và mặt phẳng $(P): 2x + 2y - z + 5 = 0$. Khoảng cách từ $A$ đến $(P)$ là:</w:t>
      </w:r>
    </w:p>
    <w:p>
      <w:pPr>
        <w:pStyle w:val="ListParagraph"/>
      </w:pPr>
      <w:r>
        <w:rPr>
          <w:sz w:val="22"/>
        </w:rPr>
        <w:t>A. $\frac{7}{3}$</w:t>
      </w:r>
    </w:p>
    <w:p>
      <w:pPr>
        <w:pStyle w:val="ListParagraph"/>
      </w:pPr>
      <w:r>
        <w:rPr>
          <w:sz w:val="22"/>
        </w:rPr>
        <w:t>B. $\frac{5}{3}$</w:t>
      </w:r>
    </w:p>
    <w:p>
      <w:pPr>
        <w:pStyle w:val="ListParagraph"/>
      </w:pPr>
      <w:r>
        <w:rPr>
          <w:sz w:val="22"/>
        </w:rPr>
        <w:t>C. $\frac{8}{3}$</w:t>
      </w:r>
    </w:p>
    <w:p>
      <w:pPr>
        <w:pStyle w:val="ListParagraph"/>
      </w:pPr>
      <w:r>
        <w:rPr>
          <w:sz w:val="22"/>
        </w:rPr>
        <w:t>D. $\frac{4}{3}$</w:t>
      </w:r>
    </w:p>
    <w:p/>
    <w:p>
      <w:r>
        <w:rPr>
          <w:b/>
          <w:sz w:val="24"/>
        </w:rPr>
        <w:t>Câu 18: Cho hàm số $y = x^3 - 3x^2 + 2$. Phương trình tiếp tuyến của đồ thị hàm số tại điểm có hoành độ $x = 1$ là:</w:t>
      </w:r>
    </w:p>
    <w:p>
      <w:pPr>
        <w:pStyle w:val="ListParagraph"/>
      </w:pPr>
      <w:r>
        <w:rPr>
          <w:sz w:val="22"/>
        </w:rPr>
        <w:t>A. $y = 3x - 3$</w:t>
      </w:r>
    </w:p>
    <w:p>
      <w:pPr>
        <w:pStyle w:val="ListParagraph"/>
      </w:pPr>
      <w:r>
        <w:rPr>
          <w:sz w:val="22"/>
        </w:rPr>
        <w:t>B. $y = -3x + 3$</w:t>
      </w:r>
    </w:p>
    <w:p>
      <w:pPr>
        <w:pStyle w:val="ListParagraph"/>
      </w:pPr>
      <w:r>
        <w:rPr>
          <w:sz w:val="22"/>
        </w:rPr>
        <w:t>C. $y = -3x + 1$</w:t>
      </w:r>
    </w:p>
    <w:p>
      <w:pPr>
        <w:pStyle w:val="ListParagraph"/>
      </w:pPr>
      <w:r>
        <w:rPr>
          <w:sz w:val="22"/>
        </w:rPr>
        <w:t>D. $y = 3x + 1$</w:t>
      </w:r>
    </w:p>
    <w:p/>
    <w:p>
      <w:r>
        <w:rPr>
          <w:b/>
          <w:sz w:val="24"/>
        </w:rPr>
        <w:t>Câu 19: Tìm tất cả các giá trị thực của tham số $m$ để hàm số $y = x^3 - 3x^2 + (m-1)x + 1$ đồng biến trên $\mathbb{R}$.</w:t>
      </w:r>
    </w:p>
    <w:p>
      <w:pPr>
        <w:pStyle w:val="ListParagraph"/>
      </w:pPr>
      <w:r>
        <w:rPr>
          <w:sz w:val="22"/>
        </w:rPr>
        <w:t>A. $m &gt; 4$</w:t>
      </w:r>
    </w:p>
    <w:p>
      <w:pPr>
        <w:pStyle w:val="ListParagraph"/>
      </w:pPr>
      <w:r>
        <w:rPr>
          <w:sz w:val="22"/>
        </w:rPr>
        <w:t>B. $m &lt; 4$</w:t>
      </w:r>
    </w:p>
    <w:p>
      <w:pPr>
        <w:pStyle w:val="ListParagraph"/>
      </w:pPr>
      <w:r>
        <w:rPr>
          <w:sz w:val="22"/>
        </w:rPr>
        <w:t>C. $m \ge 4$</w:t>
      </w:r>
    </w:p>
    <w:p>
      <w:pPr>
        <w:pStyle w:val="ListParagraph"/>
      </w:pPr>
      <w:r>
        <w:rPr>
          <w:sz w:val="22"/>
        </w:rPr>
        <w:t>D. $m \le 4$</w:t>
      </w:r>
    </w:p>
    <w:p/>
    <w:p>
      <w:r>
        <w:rPr>
          <w:b/>
          <w:sz w:val="24"/>
        </w:rPr>
        <w:t>Câu 20: Cho số phức $z$ thỏa mãn $|z - 2 + 3i| = 1$. Tập hợp điểm biểu diễn số phức $z$ là đường tròn có tâm và bán kính:</w:t>
      </w:r>
    </w:p>
    <w:p>
      <w:pPr>
        <w:pStyle w:val="ListParagraph"/>
      </w:pPr>
      <w:r>
        <w:rPr>
          <w:sz w:val="22"/>
        </w:rPr>
        <w:t>A. $I(-2; 3), R = 1$</w:t>
      </w:r>
    </w:p>
    <w:p>
      <w:pPr>
        <w:pStyle w:val="ListParagraph"/>
      </w:pPr>
      <w:r>
        <w:rPr>
          <w:sz w:val="22"/>
        </w:rPr>
        <w:t>B. $I(2; 3), R = 1$</w:t>
      </w:r>
    </w:p>
    <w:p>
      <w:pPr>
        <w:pStyle w:val="ListParagraph"/>
      </w:pPr>
      <w:r>
        <w:rPr>
          <w:sz w:val="22"/>
        </w:rPr>
        <w:t>C. $I(2; -3), R = 1$</w:t>
      </w:r>
    </w:p>
    <w:p>
      <w:pPr>
        <w:pStyle w:val="ListParagraph"/>
      </w:pPr>
      <w:r>
        <w:rPr>
          <w:sz w:val="22"/>
        </w:rPr>
        <w:t>D. $I(-2; -3), R = 1$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