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PHẦN I. Câu trắc  nghiệm nhiều phương án lựa ...</w:t>
      </w:r>
    </w:p>
    <w:p>
      <w:pPr>
        <w:jc w:val="center"/>
      </w:pPr>
      <w:r>
        <w:rPr>
          <w:sz w:val="22"/>
        </w:rPr>
        <w:t>Số câu: 34    Thời gian: _____ phút    Họ và tên: _________________________</w:t>
      </w:r>
    </w:p>
    <w:p/>
    <w:p>
      <w:r>
        <w:rPr>
          <w:b/>
          <w:sz w:val="24"/>
        </w:rPr>
        <w:t>Câu 1: Cho các phát biểu sau đây:</w:t>
        <w:br/>
        <w:t>1. “Số  là số nguyên tố”</w:t>
        <w:br/>
        <w:t>2. “Tam giác vuông có một góc bằng ”</w:t>
        <w:br/>
        <w:t>3. “Các em hãy cố gắng học tập thật tốt nhé !”</w:t>
        <w:br/>
        <w:t>4. “Mọi hình chữ nhật đều nội tiếp được đường tròn”</w:t>
        <w:br/>
        <w:t>Hỏi trong các phát biểu trên có bao nhiêu phát biểu là mệnh đề?</w:t>
      </w:r>
    </w:p>
    <w:p>
      <w:pPr>
        <w:pStyle w:val="ListParagraph"/>
      </w:pPr>
      <w:r>
        <w:rPr>
          <w:sz w:val="22"/>
        </w:rPr>
        <w:t xml:space="preserve">A. </w:t>
      </w:r>
    </w:p>
    <w:p>
      <w:pPr>
        <w:pStyle w:val="ListParagraph"/>
      </w:pPr>
      <w:r>
        <w:rPr>
          <w:sz w:val="22"/>
        </w:rPr>
        <w:t xml:space="preserve">B. </w:t>
      </w:r>
    </w:p>
    <w:p>
      <w:pPr>
        <w:pStyle w:val="ListParagraph"/>
      </w:pPr>
      <w:r>
        <w:rPr>
          <w:sz w:val="22"/>
        </w:rPr>
        <w:t xml:space="preserve">C. </w:t>
      </w:r>
    </w:p>
    <w:p>
      <w:pPr>
        <w:pStyle w:val="ListParagraph"/>
      </w:pPr>
      <w:r>
        <w:rPr>
          <w:sz w:val="22"/>
        </w:rPr>
        <w:t xml:space="preserve">D. </w:t>
      </w:r>
    </w:p>
    <w:p/>
    <w:p>
      <w:r>
        <w:rPr>
          <w:b/>
          <w:sz w:val="24"/>
        </w:rPr>
        <w:t>Câu 2: Cho các tập hợp số  và  thì</w:t>
      </w:r>
    </w:p>
    <w:p>
      <w:pPr>
        <w:pStyle w:val="ListParagraph"/>
      </w:pPr>
      <w:r>
        <w:rPr>
          <w:sz w:val="22"/>
        </w:rPr>
        <w:t xml:space="preserve">A. </w:t>
      </w:r>
    </w:p>
    <w:p>
      <w:pPr>
        <w:pStyle w:val="ListParagraph"/>
      </w:pPr>
      <w:r>
        <w:rPr>
          <w:sz w:val="22"/>
        </w:rPr>
        <w:t xml:space="preserve">B. </w:t>
      </w:r>
    </w:p>
    <w:p>
      <w:pPr>
        <w:pStyle w:val="ListParagraph"/>
      </w:pPr>
      <w:r>
        <w:rPr>
          <w:sz w:val="22"/>
        </w:rPr>
        <w:t xml:space="preserve">C. </w:t>
      </w:r>
    </w:p>
    <w:p>
      <w:pPr>
        <w:pStyle w:val="ListParagraph"/>
      </w:pPr>
      <w:r>
        <w:rPr>
          <w:sz w:val="22"/>
        </w:rPr>
        <w:t xml:space="preserve">D. </w:t>
      </w:r>
    </w:p>
    <w:p/>
    <w:p>
      <w:r>
        <w:rPr>
          <w:b/>
          <w:sz w:val="24"/>
        </w:rPr>
        <w:t>Câu 3: Trong các mệnh đề sau đây, mệnh đề nào có mệnh đề đảo là đúng?</w:t>
      </w:r>
    </w:p>
    <w:p>
      <w:pPr>
        <w:pStyle w:val="ListParagraph"/>
      </w:pPr>
      <w:r>
        <w:rPr>
          <w:sz w:val="22"/>
        </w:rPr>
        <w:t>A. Nếu  và  cùng chia hết cho  thì  chia hết cho .</w:t>
      </w:r>
    </w:p>
    <w:p>
      <w:pPr>
        <w:pStyle w:val="ListParagraph"/>
      </w:pPr>
      <w:r>
        <w:rPr>
          <w:sz w:val="22"/>
        </w:rPr>
        <w:t>B. Nếu hai tam giác bằng nhau thì diện tích bằng nhau.</w:t>
      </w:r>
    </w:p>
    <w:p>
      <w:pPr>
        <w:pStyle w:val="ListParagraph"/>
      </w:pPr>
      <w:r>
        <w:rPr>
          <w:sz w:val="22"/>
        </w:rPr>
        <w:t>C. Nếu  chia hết cho  thì  chia hết cho .</w:t>
      </w:r>
    </w:p>
    <w:p>
      <w:pPr>
        <w:pStyle w:val="ListParagraph"/>
      </w:pPr>
      <w:r>
        <w:rPr>
          <w:sz w:val="22"/>
        </w:rPr>
        <w:t>D. Nếu một số tận cùng bằng  thì số đó chia hết cho .</w:t>
      </w:r>
    </w:p>
    <w:p/>
    <w:p>
      <w:r>
        <w:rPr>
          <w:b/>
          <w:sz w:val="24"/>
        </w:rPr>
        <w:t>Câu 4: Mệnh đề nào sau là mệnh đề sai?</w:t>
      </w:r>
    </w:p>
    <w:p>
      <w:pPr>
        <w:pStyle w:val="ListParagraph"/>
      </w:pPr>
      <w:r>
        <w:rPr>
          <w:sz w:val="22"/>
        </w:rPr>
        <w:t xml:space="preserve">A. </w:t>
      </w:r>
    </w:p>
    <w:p>
      <w:pPr>
        <w:pStyle w:val="ListParagraph"/>
      </w:pPr>
      <w:r>
        <w:rPr>
          <w:sz w:val="22"/>
        </w:rPr>
        <w:t xml:space="preserve">B. </w:t>
      </w:r>
    </w:p>
    <w:p>
      <w:pPr>
        <w:pStyle w:val="ListParagraph"/>
      </w:pPr>
      <w:r>
        <w:rPr>
          <w:sz w:val="22"/>
        </w:rPr>
        <w:t xml:space="preserve">C. </w:t>
      </w:r>
    </w:p>
    <w:p>
      <w:pPr>
        <w:pStyle w:val="ListParagraph"/>
      </w:pPr>
      <w:r>
        <w:rPr>
          <w:sz w:val="22"/>
        </w:rPr>
        <w:t>D.  thì .</w:t>
      </w:r>
    </w:p>
    <w:p/>
    <w:p>
      <w:r>
        <w:rPr>
          <w:b/>
          <w:sz w:val="24"/>
        </w:rPr>
        <w:t>Câu 5: Cho mệnh đề “Bình phương của mọi số thực  luôn là một số không âm”. Ký hiệu toán học nào dưới đây viết cho mệnh đề ?</w:t>
      </w:r>
    </w:p>
    <w:p>
      <w:pPr>
        <w:pStyle w:val="ListParagraph"/>
      </w:pPr>
      <w:r>
        <w:rPr>
          <w:sz w:val="22"/>
        </w:rPr>
        <w:t xml:space="preserve">A. </w:t>
      </w:r>
    </w:p>
    <w:p>
      <w:pPr>
        <w:pStyle w:val="ListParagraph"/>
      </w:pPr>
      <w:r>
        <w:rPr>
          <w:sz w:val="22"/>
        </w:rPr>
        <w:t xml:space="preserve">B. </w:t>
      </w:r>
    </w:p>
    <w:p>
      <w:pPr>
        <w:pStyle w:val="ListParagraph"/>
      </w:pPr>
      <w:r>
        <w:rPr>
          <w:sz w:val="22"/>
        </w:rPr>
        <w:t xml:space="preserve">C. </w:t>
      </w:r>
    </w:p>
    <w:p>
      <w:pPr>
        <w:pStyle w:val="ListParagraph"/>
      </w:pPr>
      <w:r>
        <w:rPr>
          <w:sz w:val="22"/>
        </w:rPr>
        <w:t xml:space="preserve">D. </w:t>
      </w:r>
    </w:p>
    <w:p/>
    <w:p>
      <w:r>
        <w:rPr>
          <w:b/>
          <w:sz w:val="24"/>
        </w:rPr>
        <w:t>Câu 6: Cho tập hợp . Tập  có mấy tập con?</w:t>
      </w:r>
    </w:p>
    <w:p>
      <w:pPr>
        <w:pStyle w:val="ListParagraph"/>
      </w:pPr>
      <w:r>
        <w:rPr>
          <w:sz w:val="22"/>
        </w:rPr>
        <w:t xml:space="preserve">A. </w:t>
      </w:r>
    </w:p>
    <w:p>
      <w:pPr>
        <w:pStyle w:val="ListParagraph"/>
      </w:pPr>
      <w:r>
        <w:rPr>
          <w:sz w:val="22"/>
        </w:rPr>
        <w:t xml:space="preserve">B. </w:t>
      </w:r>
    </w:p>
    <w:p>
      <w:pPr>
        <w:pStyle w:val="ListParagraph"/>
      </w:pPr>
      <w:r>
        <w:rPr>
          <w:sz w:val="22"/>
        </w:rPr>
        <w:t xml:space="preserve">C. </w:t>
      </w:r>
    </w:p>
    <w:p>
      <w:pPr>
        <w:pStyle w:val="ListParagraph"/>
      </w:pPr>
      <w:r>
        <w:rPr>
          <w:sz w:val="22"/>
        </w:rPr>
        <w:t xml:space="preserve">D. </w:t>
      </w:r>
    </w:p>
    <w:p/>
    <w:p>
      <w:r>
        <w:rPr>
          <w:b/>
          <w:sz w:val="24"/>
        </w:rPr>
        <w:t>Câu 7: Cho mệnh đề  “” Mệnh đề phủ định của  là:</w:t>
      </w:r>
    </w:p>
    <w:p>
      <w:pPr>
        <w:pStyle w:val="ListParagraph"/>
      </w:pPr>
      <w:r>
        <w:rPr>
          <w:sz w:val="22"/>
        </w:rPr>
        <w:t xml:space="preserve">A. </w:t>
      </w:r>
    </w:p>
    <w:p>
      <w:pPr>
        <w:pStyle w:val="ListParagraph"/>
      </w:pPr>
      <w:r>
        <w:rPr>
          <w:sz w:val="22"/>
        </w:rPr>
        <w:t xml:space="preserve">B. </w:t>
      </w:r>
    </w:p>
    <w:p>
      <w:pPr>
        <w:pStyle w:val="ListParagraph"/>
      </w:pPr>
      <w:r>
        <w:rPr>
          <w:sz w:val="22"/>
        </w:rPr>
        <w:t xml:space="preserve">C. </w:t>
      </w:r>
    </w:p>
    <w:p>
      <w:pPr>
        <w:pStyle w:val="ListParagraph"/>
      </w:pPr>
      <w:r>
        <w:rPr>
          <w:sz w:val="22"/>
        </w:rPr>
        <w:t xml:space="preserve">D. </w:t>
      </w:r>
    </w:p>
    <w:p/>
    <w:p>
      <w:r>
        <w:rPr>
          <w:b/>
          <w:sz w:val="24"/>
        </w:rPr>
        <w:t>Câu 8: Cho  và . Hãy chọn khẳng định đúng.</w:t>
      </w:r>
    </w:p>
    <w:p>
      <w:pPr>
        <w:pStyle w:val="ListParagraph"/>
      </w:pPr>
      <w:r>
        <w:rPr>
          <w:sz w:val="22"/>
        </w:rPr>
        <w:t xml:space="preserve">A. </w:t>
      </w:r>
    </w:p>
    <w:p>
      <w:pPr>
        <w:pStyle w:val="ListParagraph"/>
      </w:pPr>
      <w:r>
        <w:rPr>
          <w:sz w:val="22"/>
        </w:rPr>
        <w:t xml:space="preserve">B. </w:t>
      </w:r>
    </w:p>
    <w:p>
      <w:pPr>
        <w:pStyle w:val="ListParagraph"/>
      </w:pPr>
      <w:r>
        <w:rPr>
          <w:sz w:val="22"/>
        </w:rPr>
        <w:t xml:space="preserve">C. </w:t>
      </w:r>
    </w:p>
    <w:p>
      <w:pPr>
        <w:pStyle w:val="ListParagraph"/>
      </w:pPr>
      <w:r>
        <w:rPr>
          <w:sz w:val="22"/>
        </w:rPr>
        <w:t xml:space="preserve">D. </w:t>
      </w:r>
    </w:p>
    <w:p/>
    <w:p>
      <w:r>
        <w:rPr>
          <w:b/>
          <w:sz w:val="24"/>
        </w:rPr>
        <w:t>Câu 9: Trong các mệnh đề sau, mệnh đề nào là mệnh đề chứa biến?</w:t>
      </w:r>
    </w:p>
    <w:p>
      <w:pPr>
        <w:pStyle w:val="ListParagraph"/>
      </w:pPr>
      <w:r>
        <w:rPr>
          <w:sz w:val="22"/>
        </w:rPr>
        <w:t>A. Số  là số nguyên tố.</w:t>
      </w:r>
    </w:p>
    <w:p>
      <w:pPr>
        <w:pStyle w:val="ListParagraph"/>
      </w:pPr>
      <w:r>
        <w:rPr>
          <w:sz w:val="22"/>
        </w:rPr>
        <w:t>B.  là một số chẵn.</w:t>
      </w:r>
    </w:p>
    <w:p>
      <w:pPr>
        <w:pStyle w:val="ListParagraph"/>
      </w:pPr>
      <w:r>
        <w:rPr>
          <w:sz w:val="22"/>
        </w:rPr>
        <w:t>C. Số chia hết cho  có tận cùng là chữ số  .</w:t>
      </w:r>
    </w:p>
    <w:p>
      <w:pPr>
        <w:pStyle w:val="ListParagraph"/>
      </w:pPr>
      <w:r>
        <w:rPr>
          <w:sz w:val="22"/>
        </w:rPr>
        <w:t>D. Số  là số nguyên dương.</w:t>
      </w:r>
    </w:p>
    <w:p/>
    <w:p>
      <w:r>
        <w:rPr>
          <w:b/>
          <w:sz w:val="24"/>
        </w:rPr>
        <w:t>Câu 10: Trong các mệnh đề sau, mệnh đề nào là mệnh đề đúng?</w:t>
      </w:r>
    </w:p>
    <w:p>
      <w:pPr>
        <w:pStyle w:val="ListParagraph"/>
      </w:pPr>
      <w:r>
        <w:rPr>
          <w:sz w:val="22"/>
        </w:rPr>
        <w:t>A. Tổng của hai số tự nhiên là một số chẵn khi và chỉ khi cả hai số đều là số chẵn.</w:t>
      </w:r>
    </w:p>
    <w:p>
      <w:pPr>
        <w:pStyle w:val="ListParagraph"/>
      </w:pPr>
      <w:r>
        <w:rPr>
          <w:sz w:val="22"/>
        </w:rPr>
        <w:t>B. Tích của hai số tự nhiên là một số chẵn khi và chỉ khi cả hai số đều là số chẵn.</w:t>
      </w:r>
    </w:p>
    <w:p>
      <w:pPr>
        <w:pStyle w:val="ListParagraph"/>
      </w:pPr>
      <w:r>
        <w:rPr>
          <w:sz w:val="22"/>
        </w:rPr>
        <w:t>C. Tổng của hai số tự nhiên là một số lẻ khi và chỉ khi cả hai số đều là số lẻ.</w:t>
      </w:r>
    </w:p>
    <w:p>
      <w:pPr>
        <w:pStyle w:val="ListParagraph"/>
      </w:pPr>
      <w:r>
        <w:rPr>
          <w:sz w:val="22"/>
        </w:rPr>
        <w:t>D. Tích của hai số tự nhiên là một số lẻ khi và chỉ khi cả hai số đều là số lẻ.</w:t>
      </w:r>
    </w:p>
    <w:p/>
    <w:p>
      <w:r>
        <w:rPr>
          <w:b/>
          <w:sz w:val="24"/>
        </w:rPr>
        <w:t>Câu 11: Mệnh đề  với  là số thực cho trước. Tìm  để mệnh đề đúng</w:t>
      </w:r>
    </w:p>
    <w:p>
      <w:pPr>
        <w:pStyle w:val="ListParagraph"/>
      </w:pPr>
      <w:r>
        <w:rPr>
          <w:sz w:val="22"/>
        </w:rPr>
        <w:t xml:space="preserve">A. </w:t>
      </w:r>
    </w:p>
    <w:p>
      <w:pPr>
        <w:pStyle w:val="ListParagraph"/>
      </w:pPr>
      <w:r>
        <w:rPr>
          <w:sz w:val="22"/>
        </w:rPr>
        <w:t xml:space="preserve">B. </w:t>
      </w:r>
    </w:p>
    <w:p>
      <w:pPr>
        <w:pStyle w:val="ListParagraph"/>
      </w:pPr>
      <w:r>
        <w:rPr>
          <w:sz w:val="22"/>
        </w:rPr>
        <w:t>C.  .</w:t>
      </w:r>
    </w:p>
    <w:p>
      <w:pPr>
        <w:pStyle w:val="ListParagraph"/>
      </w:pPr>
      <w:r>
        <w:rPr>
          <w:sz w:val="22"/>
        </w:rPr>
        <w:t xml:space="preserve">D. </w:t>
      </w:r>
    </w:p>
    <w:p/>
    <w:p>
      <w:r>
        <w:rPr>
          <w:b/>
          <w:sz w:val="24"/>
        </w:rPr>
        <w:t>Câu 12: Lớp 10A có  học sinh, trong đó có  học sinh có học lực giỏi, học sinh có hạnh kiểm tốt. Học sinh được khen thưởng nếu đạt học lực giỏi và hạnh kiểm tốt. Và có  bạn không đạt học lực giỏi hoặc không có hạnh kiểm tốt. Tìm số học sinh được khen thưởng.</w:t>
      </w:r>
    </w:p>
    <w:p>
      <w:pPr>
        <w:pStyle w:val="ListParagraph"/>
      </w:pPr>
      <w:r>
        <w:rPr>
          <w:sz w:val="22"/>
        </w:rPr>
        <w:t xml:space="preserve">A. </w:t>
      </w:r>
    </w:p>
    <w:p>
      <w:pPr>
        <w:pStyle w:val="ListParagraph"/>
      </w:pPr>
      <w:r>
        <w:rPr>
          <w:sz w:val="22"/>
        </w:rPr>
        <w:t xml:space="preserve">B. </w:t>
      </w:r>
    </w:p>
    <w:p>
      <w:pPr>
        <w:pStyle w:val="ListParagraph"/>
      </w:pPr>
      <w:r>
        <w:rPr>
          <w:sz w:val="22"/>
        </w:rPr>
        <w:t xml:space="preserve">C. </w:t>
      </w:r>
    </w:p>
    <w:p>
      <w:pPr>
        <w:pStyle w:val="ListParagraph"/>
      </w:pPr>
      <w:r>
        <w:rPr>
          <w:sz w:val="22"/>
        </w:rPr>
        <w:t xml:space="preserve">D. </w:t>
      </w:r>
    </w:p>
    <w:p/>
    <w:p>
      <w:r>
        <w:rPr>
          <w:b/>
          <w:sz w:val="24"/>
        </w:rPr>
        <w:t>Câu 13: Kết thúc học kì I, lớp 10B của trường THPT X tổng kết như sau: Có hai mức học lực giỏi và khá, hai mức hạnh kiểm tốt và khá. Trong đó có 7 em đạt được danh hiệu học sinh giỏi, 10 em học lực giỏi, 36 em học lực khá, 31 em hạnh kiểm tốt. Các mệnh đề sau đúng hay sai?</w:t>
        <w:br/>
        <w:t>a) Lớp 10B có 46 học sinh.</w:t>
      </w:r>
    </w:p>
    <w:p>
      <w:pPr>
        <w:pStyle w:val="ListParagraph"/>
      </w:pPr>
      <w:r>
        <w:rPr>
          <w:sz w:val="22"/>
        </w:rPr>
        <w:t>A. Đúng</w:t>
      </w:r>
    </w:p>
    <w:p>
      <w:pPr>
        <w:pStyle w:val="ListParagraph"/>
      </w:pPr>
      <w:r>
        <w:rPr>
          <w:sz w:val="22"/>
        </w:rPr>
        <w:t>B. Sai</w:t>
      </w:r>
    </w:p>
    <w:p/>
    <w:p>
      <w:r>
        <w:rPr>
          <w:b/>
          <w:sz w:val="24"/>
        </w:rPr>
        <w:t>Câu 14: Kết thúc học kì I, lớp 10B của trường THPT X tổng kết như sau: Có hai mức học lực giỏi và khá, hai mức hạnh kiểm tốt và khá. Trong đó có 7 em đạt được danh hiệu học sinh giỏi, 10 em học lực giỏi, 36 em học lực khá, 31 em hạnh kiểm tốt. Các mệnh đề sau đúng hay sai?</w:t>
        <w:br/>
        <w:t>b) Lớp 10B có 36 em đạt danh hiệu học sinh khá.</w:t>
      </w:r>
    </w:p>
    <w:p>
      <w:pPr>
        <w:pStyle w:val="ListParagraph"/>
      </w:pPr>
      <w:r>
        <w:rPr>
          <w:sz w:val="22"/>
        </w:rPr>
        <w:t>A. Đúng</w:t>
      </w:r>
    </w:p>
    <w:p>
      <w:pPr>
        <w:pStyle w:val="ListParagraph"/>
      </w:pPr>
      <w:r>
        <w:rPr>
          <w:sz w:val="22"/>
        </w:rPr>
        <w:t>B. Sai</w:t>
      </w:r>
    </w:p>
    <w:p/>
    <w:p>
      <w:r>
        <w:rPr>
          <w:b/>
          <w:sz w:val="24"/>
        </w:rPr>
        <w:t>Câu 15: Kết thúc học kì I, lớp 10B của trường THPT X tổng kết như sau: Có hai mức học lực giỏi và khá, hai mức hạnh kiểm tốt và khá. Trong đó có 7 em đạt được danh hiệu học sinh giỏi, 10 em học lực giỏi, 36 em học lực khá, 31 em hạnh kiểm tốt. Các mệnh đề sau đúng hay sai?</w:t>
        <w:br/>
        <w:t>c) Số học sinh hạnh kiểm tốt nhiều hơn số học sinh hạnh kiểm khá của lớp 10B là 16 em.</w:t>
      </w:r>
    </w:p>
    <w:p>
      <w:pPr>
        <w:pStyle w:val="ListParagraph"/>
      </w:pPr>
      <w:r>
        <w:rPr>
          <w:sz w:val="22"/>
        </w:rPr>
        <w:t>A. Đúng</w:t>
      </w:r>
    </w:p>
    <w:p>
      <w:pPr>
        <w:pStyle w:val="ListParagraph"/>
      </w:pPr>
      <w:r>
        <w:rPr>
          <w:sz w:val="22"/>
        </w:rPr>
        <w:t>B. Sai</w:t>
      </w:r>
    </w:p>
    <w:p/>
    <w:p>
      <w:r>
        <w:rPr>
          <w:b/>
          <w:sz w:val="24"/>
        </w:rPr>
        <w:t>Câu 16: Kết thúc học kì I, lớp 10B của trường THPT X tổng kết như sau: Có hai mức học lực giỏi và khá, hai mức hạnh kiểm tốt và khá. Trong đó có 7 em đạt được danh hiệu học sinh giỏi, 10 em học lực giỏi, 36 em học lực khá, 31 em hạnh kiểm tốt. Các mệnh đề sau đúng hay sai?</w:t>
        <w:br/>
        <w:t>d) Số học sinh đạt học lực khá, hạnh kiểm khá của lớp 10B là 5 em.</w:t>
      </w:r>
    </w:p>
    <w:p>
      <w:pPr>
        <w:pStyle w:val="ListParagraph"/>
      </w:pPr>
      <w:r>
        <w:rPr>
          <w:sz w:val="22"/>
        </w:rPr>
        <w:t>A. Đúng</w:t>
      </w:r>
    </w:p>
    <w:p>
      <w:pPr>
        <w:pStyle w:val="ListParagraph"/>
      </w:pPr>
      <w:r>
        <w:rPr>
          <w:sz w:val="22"/>
        </w:rPr>
        <w:t>B. Sai</w:t>
      </w:r>
    </w:p>
    <w:p/>
    <w:p>
      <w:r>
        <w:rPr>
          <w:b/>
          <w:sz w:val="24"/>
        </w:rPr>
        <w:t>Câu 17: Cho hai tập hợp,  và</w:t>
        <w:br/>
        <w:t>a) Tập hợp</w:t>
      </w:r>
    </w:p>
    <w:p>
      <w:pPr>
        <w:pStyle w:val="ListParagraph"/>
      </w:pPr>
      <w:r>
        <w:rPr>
          <w:sz w:val="22"/>
        </w:rPr>
        <w:t>A. Đúng</w:t>
      </w:r>
    </w:p>
    <w:p>
      <w:pPr>
        <w:pStyle w:val="ListParagraph"/>
      </w:pPr>
      <w:r>
        <w:rPr>
          <w:sz w:val="22"/>
        </w:rPr>
        <w:t>B. Sai</w:t>
      </w:r>
    </w:p>
    <w:p/>
    <w:p>
      <w:r>
        <w:rPr>
          <w:b/>
          <w:sz w:val="24"/>
        </w:rPr>
        <w:t>Câu 18: Cho hai tập hợp,  và</w:t>
        <w:br/>
        <w:t>b)</w:t>
      </w:r>
    </w:p>
    <w:p>
      <w:pPr>
        <w:pStyle w:val="ListParagraph"/>
      </w:pPr>
      <w:r>
        <w:rPr>
          <w:sz w:val="22"/>
        </w:rPr>
        <w:t>A. Đúng</w:t>
      </w:r>
    </w:p>
    <w:p>
      <w:pPr>
        <w:pStyle w:val="ListParagraph"/>
      </w:pPr>
      <w:r>
        <w:rPr>
          <w:sz w:val="22"/>
        </w:rPr>
        <w:t>B. Sai</w:t>
      </w:r>
    </w:p>
    <w:p/>
    <w:p>
      <w:r>
        <w:rPr>
          <w:b/>
          <w:sz w:val="24"/>
        </w:rPr>
        <w:t>Câu 19: Cho hai tập hợp,  và</w:t>
        <w:br/>
        <w:t>c)</w:t>
      </w:r>
    </w:p>
    <w:p>
      <w:pPr>
        <w:pStyle w:val="ListParagraph"/>
      </w:pPr>
      <w:r>
        <w:rPr>
          <w:sz w:val="22"/>
        </w:rPr>
        <w:t>A. Đúng</w:t>
      </w:r>
    </w:p>
    <w:p>
      <w:pPr>
        <w:pStyle w:val="ListParagraph"/>
      </w:pPr>
      <w:r>
        <w:rPr>
          <w:sz w:val="22"/>
        </w:rPr>
        <w:t>B. Sai</w:t>
      </w:r>
    </w:p>
    <w:p/>
    <w:p>
      <w:r>
        <w:rPr>
          <w:b/>
          <w:sz w:val="24"/>
        </w:rPr>
        <w:t>Câu 20: Cho hai tập hợp,  và</w:t>
        <w:br/>
        <w:t>d) Với  ta luôn có</w:t>
      </w:r>
    </w:p>
    <w:p>
      <w:pPr>
        <w:pStyle w:val="ListParagraph"/>
      </w:pPr>
      <w:r>
        <w:rPr>
          <w:sz w:val="22"/>
        </w:rPr>
        <w:t>A. Đúng</w:t>
      </w:r>
    </w:p>
    <w:p>
      <w:pPr>
        <w:pStyle w:val="ListParagraph"/>
      </w:pPr>
      <w:r>
        <w:rPr>
          <w:sz w:val="22"/>
        </w:rPr>
        <w:t>B. Sai</w:t>
      </w:r>
    </w:p>
    <w:p/>
    <w:p>
      <w:r>
        <w:rPr>
          <w:b/>
          <w:sz w:val="24"/>
        </w:rPr>
        <w:t>Câu 21: Trong lớp  có  học sinh trong đó có  học sinh giỏi tiếng Anh,  học sinh giỏi tiếng Pháp và  học sinh giỏi cả hai tiếng Anh và Pháp. Các mệnh đề sau đúng hay sai?</w:t>
        <w:br/>
        <w:t>a) Có  học sinh chỉ giỏi tiếng Anh.</w:t>
      </w:r>
    </w:p>
    <w:p>
      <w:pPr>
        <w:pStyle w:val="ListParagraph"/>
      </w:pPr>
      <w:r>
        <w:rPr>
          <w:sz w:val="22"/>
        </w:rPr>
        <w:t>A. Đúng</w:t>
      </w:r>
    </w:p>
    <w:p>
      <w:pPr>
        <w:pStyle w:val="ListParagraph"/>
      </w:pPr>
      <w:r>
        <w:rPr>
          <w:sz w:val="22"/>
        </w:rPr>
        <w:t>B. Sai</w:t>
      </w:r>
    </w:p>
    <w:p/>
    <w:p>
      <w:r>
        <w:rPr>
          <w:b/>
          <w:sz w:val="24"/>
        </w:rPr>
        <w:t>Câu 22: Trong lớp  có  học sinh trong đó có  học sinh giỏi tiếng Anh,  học sinh giỏi tiếng Pháp và  học sinh giỏi cả hai tiếng Anh và Pháp. Các mệnh đề sau đúng hay sai?</w:t>
        <w:br/>
        <w:t>b) Có  học sinh nói được ít nhất một trong hai tiếng Anh hoặc Pháp.</w:t>
      </w:r>
    </w:p>
    <w:p>
      <w:pPr>
        <w:pStyle w:val="ListParagraph"/>
      </w:pPr>
      <w:r>
        <w:rPr>
          <w:sz w:val="22"/>
        </w:rPr>
        <w:t>A. Đúng</w:t>
      </w:r>
    </w:p>
    <w:p>
      <w:pPr>
        <w:pStyle w:val="ListParagraph"/>
      </w:pPr>
      <w:r>
        <w:rPr>
          <w:sz w:val="22"/>
        </w:rPr>
        <w:t>B. Sai</w:t>
      </w:r>
    </w:p>
    <w:p/>
    <w:p>
      <w:r>
        <w:rPr>
          <w:b/>
          <w:sz w:val="24"/>
        </w:rPr>
        <w:t>Câu 23: Trong lớp  có  học sinh trong đó có  học sinh giỏi tiếng Anh,  học sinh giỏi tiếng Pháp và  học sinh giỏi cả hai tiếng Anh và Pháp. Các mệnh đề sau đúng hay sai?</w:t>
        <w:br/>
        <w:t>c) Có 14 học sinh không nói được tiếng Anh.</w:t>
      </w:r>
    </w:p>
    <w:p>
      <w:pPr>
        <w:pStyle w:val="ListParagraph"/>
      </w:pPr>
      <w:r>
        <w:rPr>
          <w:sz w:val="22"/>
        </w:rPr>
        <w:t>A. Đúng</w:t>
      </w:r>
    </w:p>
    <w:p>
      <w:pPr>
        <w:pStyle w:val="ListParagraph"/>
      </w:pPr>
      <w:r>
        <w:rPr>
          <w:sz w:val="22"/>
        </w:rPr>
        <w:t>B. Sai</w:t>
      </w:r>
    </w:p>
    <w:p/>
    <w:p>
      <w:r>
        <w:rPr>
          <w:b/>
          <w:sz w:val="24"/>
        </w:rPr>
        <w:t>Câu 24: Trong lớp  có  học sinh trong đó có  học sinh giỏi tiếng Anh,  học sinh giỏi tiếng Pháp và  học sinh giỏi cả hai tiếng Anh và Pháp. Các mệnh đề sau đúng hay sai?</w:t>
        <w:br/>
        <w:t>d) Có 10 học sinh không nói được tiếng Anh và Pháp.</w:t>
      </w:r>
    </w:p>
    <w:p>
      <w:pPr>
        <w:pStyle w:val="ListParagraph"/>
      </w:pPr>
      <w:r>
        <w:rPr>
          <w:sz w:val="22"/>
        </w:rPr>
        <w:t>A. Đúng</w:t>
      </w:r>
    </w:p>
    <w:p>
      <w:pPr>
        <w:pStyle w:val="ListParagraph"/>
      </w:pPr>
      <w:r>
        <w:rPr>
          <w:sz w:val="22"/>
        </w:rPr>
        <w:t>B. Sai</w:t>
      </w:r>
    </w:p>
    <w:p/>
    <w:p>
      <w:r>
        <w:rPr>
          <w:b/>
          <w:sz w:val="24"/>
        </w:rPr>
        <w:t>Câu 25: Câu 4: Cho tập hợp , . Các mệnh đề sau đúng hay sai</w:t>
        <w:br/>
        <w:t>a)</w:t>
      </w:r>
    </w:p>
    <w:p>
      <w:pPr>
        <w:pStyle w:val="ListParagraph"/>
      </w:pPr>
      <w:r>
        <w:rPr>
          <w:sz w:val="22"/>
        </w:rPr>
        <w:t>A. Đúng</w:t>
      </w:r>
    </w:p>
    <w:p>
      <w:pPr>
        <w:pStyle w:val="ListParagraph"/>
      </w:pPr>
      <w:r>
        <w:rPr>
          <w:sz w:val="22"/>
        </w:rPr>
        <w:t>B. Sai</w:t>
      </w:r>
    </w:p>
    <w:p/>
    <w:p>
      <w:r>
        <w:rPr>
          <w:b/>
          <w:sz w:val="24"/>
        </w:rPr>
        <w:t>Câu 26: Câu 4: Cho tập hợp , . Các mệnh đề sau đúng hay sai</w:t>
        <w:br/>
        <w:t>b)</w:t>
      </w:r>
    </w:p>
    <w:p>
      <w:pPr>
        <w:pStyle w:val="ListParagraph"/>
      </w:pPr>
      <w:r>
        <w:rPr>
          <w:sz w:val="22"/>
        </w:rPr>
        <w:t>A. Đúng</w:t>
      </w:r>
    </w:p>
    <w:p>
      <w:pPr>
        <w:pStyle w:val="ListParagraph"/>
      </w:pPr>
      <w:r>
        <w:rPr>
          <w:sz w:val="22"/>
        </w:rPr>
        <w:t>B. Sai</w:t>
      </w:r>
    </w:p>
    <w:p/>
    <w:p>
      <w:r>
        <w:rPr>
          <w:b/>
          <w:sz w:val="24"/>
        </w:rPr>
        <w:t>Câu 27: Câu 4: Cho tập hợp , . Các mệnh đề sau đúng hay sai</w:t>
        <w:br/>
        <w:t>c)</w:t>
      </w:r>
    </w:p>
    <w:p>
      <w:pPr>
        <w:pStyle w:val="ListParagraph"/>
      </w:pPr>
      <w:r>
        <w:rPr>
          <w:sz w:val="22"/>
        </w:rPr>
        <w:t>A. Đúng</w:t>
      </w:r>
    </w:p>
    <w:p>
      <w:pPr>
        <w:pStyle w:val="ListParagraph"/>
      </w:pPr>
      <w:r>
        <w:rPr>
          <w:sz w:val="22"/>
        </w:rPr>
        <w:t>B. Sai</w:t>
      </w:r>
    </w:p>
    <w:p/>
    <w:p>
      <w:r>
        <w:rPr>
          <w:b/>
          <w:sz w:val="24"/>
        </w:rPr>
        <w:t>Câu 28: Câu 4: Cho tập hợp , . Các mệnh đề sau đúng hay sai</w:t>
        <w:br/>
        <w:t>d)</w:t>
      </w:r>
    </w:p>
    <w:p>
      <w:pPr>
        <w:pStyle w:val="ListParagraph"/>
      </w:pPr>
      <w:r>
        <w:rPr>
          <w:sz w:val="22"/>
        </w:rPr>
        <w:t>A. Đúng</w:t>
      </w:r>
    </w:p>
    <w:p>
      <w:pPr>
        <w:pStyle w:val="ListParagraph"/>
      </w:pPr>
      <w:r>
        <w:rPr>
          <w:sz w:val="22"/>
        </w:rPr>
        <w:t>B. Sai</w:t>
      </w:r>
    </w:p>
    <w:p/>
    <w:p>
      <w:r>
        <w:rPr>
          <w:b/>
          <w:sz w:val="24"/>
        </w:rPr>
        <w:t>Câu 29: Lớp  có  bạn, biết rằng có  bạn chơi cầu lông;  bạn chơi bóng đá và  không chơi môn nào. Gọi  là số bạn chơi cả hai môn, khi đó giá trị  bằng</w:t>
      </w:r>
    </w:p>
    <w:p/>
    <w:p>
      <w:r>
        <w:rPr>
          <w:b/>
          <w:sz w:val="24"/>
        </w:rPr>
        <w:t>Câu 30: Cho . Gọi  là số tập con của  gồm bốn phần tử và có chứa phần tử và . Tính .</w:t>
      </w:r>
    </w:p>
    <w:p/>
    <w:p>
      <w:r>
        <w:rPr>
          <w:b/>
          <w:sz w:val="24"/>
        </w:rPr>
        <w:t>Câu 31: Để chuẩn bị cho Hội Khoẻ Phù Đổng của tỉnh, trường THPT X có 42 học sinh đăng kí tham gia. Trong đó có 20 học sinh đăng kí thi cầu lông, 22 học sinh đăng kí thi bóng chuyền, 21 học sinh đăng kí thi nhảy cao, 3 em đăng kí tham gia cả 3 môn. Biết mỗi em đều đăng kí ít nhất 1 môn, hỏi số em đăng kí tham gia đúng 1 môn trong ba môn trên là bao nhiêu em?</w:t>
      </w:r>
    </w:p>
    <w:p/>
    <w:p>
      <w:r>
        <w:rPr>
          <w:b/>
          <w:sz w:val="24"/>
        </w:rPr>
        <w:t>Câu 32: Có bao nhiêu tập  thỏa mãn: ?</w:t>
      </w:r>
    </w:p>
    <w:p/>
    <w:p>
      <w:r>
        <w:rPr>
          <w:b/>
          <w:sz w:val="24"/>
        </w:rPr>
        <w:t>Câu 33: Học sinh lớp 10A trường THPT X có 25 em thích chơi bóng chuyền, 30 em thích chơi bóng đá, 15 em thích cả hai môn và 5 không thích cả hai môn. Hỏi lớp 10A có bao nhiêu học sinh?</w:t>
      </w:r>
    </w:p>
    <w:p/>
    <w:p>
      <w:r>
        <w:rPr>
          <w:b/>
          <w:sz w:val="24"/>
        </w:rPr>
        <w:t>Câu 34: Cho hai tập hợp khác rỗngvà . Có bao nhiêu giá trị nguyên dương của tham số  để ?</w:t>
      </w:r>
    </w:p>
    <w:p/>
    <w:p>
      <w:r>
        <w:t>──────────────────────────────────────────────────</w:t>
      </w:r>
    </w:p>
    <w:p>
      <w:r>
        <w:rPr>
          <w:b/>
        </w:rPr>
        <w:t>BẢNG ĐÁP ÁN &amp; LỜI GIẢI CHI TIẾT</w:t>
      </w:r>
    </w:p>
    <w:p>
      <w:r>
        <w:rPr>
          <w:b/>
        </w:rPr>
        <w:t>Câu 1: Đáp án đúng: C</w:t>
      </w:r>
    </w:p>
    <w:p>
      <w:r>
        <w:rPr>
          <w:b/>
        </w:rPr>
        <w:t>Câu 2: Đáp án đúng: B</w:t>
      </w:r>
    </w:p>
    <w:p>
      <w:r>
        <w:rPr>
          <w:b/>
        </w:rPr>
        <w:t>Câu 3: Đáp án đúng: C</w:t>
      </w:r>
    </w:p>
    <w:p>
      <w:r>
        <w:rPr>
          <w:b/>
        </w:rPr>
        <w:t>Câu 4: Đáp án đúng: None</w:t>
      </w:r>
    </w:p>
    <w:p>
      <w:r>
        <w:rPr>
          <w:b/>
        </w:rPr>
        <w:t>Câu 5: Đáp án đúng: D</w:t>
      </w:r>
    </w:p>
    <w:p>
      <w:r>
        <w:rPr>
          <w:b/>
        </w:rPr>
        <w:t>Câu 6: Đáp án đúng: D</w:t>
      </w:r>
    </w:p>
    <w:p>
      <w:r>
        <w:rPr>
          <w:b/>
        </w:rPr>
        <w:t>Câu 7: Đáp án đúng: None</w:t>
      </w:r>
    </w:p>
    <w:p>
      <w:r>
        <w:rPr>
          <w:b/>
        </w:rPr>
        <w:t>Câu 8: Đáp án đúng: None</w:t>
      </w:r>
    </w:p>
    <w:p>
      <w:r>
        <w:rPr>
          <w:b/>
        </w:rPr>
        <w:t>Câu 9: Đáp án đúng: B</w:t>
      </w:r>
    </w:p>
    <w:p>
      <w:r>
        <w:rPr>
          <w:b/>
        </w:rPr>
        <w:t>Câu 10: Đáp án đúng: D</w:t>
      </w:r>
    </w:p>
    <w:p>
      <w:r>
        <w:rPr>
          <w:b/>
        </w:rPr>
        <w:t>Câu 11: Đáp án đúng: D</w:t>
      </w:r>
    </w:p>
    <w:p>
      <w:r>
        <w:rPr>
          <w:b/>
        </w:rPr>
        <w:t>Câu 12: Đáp án đúng: C</w:t>
      </w:r>
    </w:p>
    <w:p>
      <w:r>
        <w:rPr>
          <w:b/>
        </w:rPr>
        <w:t>Câu 13: Đáp án đúng: A</w:t>
      </w:r>
    </w:p>
    <w:p>
      <w:r>
        <w:rPr>
          <w:b/>
        </w:rPr>
        <w:t>Câu 14: Đáp án đúng: A</w:t>
      </w:r>
    </w:p>
    <w:p>
      <w:r>
        <w:rPr>
          <w:b/>
        </w:rPr>
        <w:t>Câu 15: Đáp án đúng: A</w:t>
      </w:r>
    </w:p>
    <w:p>
      <w:r>
        <w:rPr>
          <w:b/>
        </w:rPr>
        <w:t>Câu 16: Đáp án đúng: A</w:t>
      </w:r>
    </w:p>
    <w:p>
      <w:r>
        <w:rPr>
          <w:b/>
        </w:rPr>
        <w:t>Câu 17: Đáp án đúng: A</w:t>
      </w:r>
    </w:p>
    <w:p>
      <w:r>
        <w:rPr>
          <w:b/>
        </w:rPr>
        <w:t>Câu 18: Đáp án đúng: A</w:t>
      </w:r>
    </w:p>
    <w:p>
      <w:r>
        <w:rPr>
          <w:b/>
        </w:rPr>
        <w:t>Câu 19: Đáp án đúng: A</w:t>
      </w:r>
    </w:p>
    <w:p>
      <w:r>
        <w:rPr>
          <w:b/>
        </w:rPr>
        <w:t>Câu 20: Đáp án đúng: A</w:t>
      </w:r>
    </w:p>
    <w:p>
      <w:r>
        <w:rPr>
          <w:b/>
        </w:rPr>
        <w:t>Câu 21: Đáp án đúng: A</w:t>
      </w:r>
    </w:p>
    <w:p>
      <w:r>
        <w:rPr>
          <w:b/>
        </w:rPr>
        <w:t>Câu 22: Đáp án đúng: A</w:t>
      </w:r>
    </w:p>
    <w:p>
      <w:r>
        <w:rPr>
          <w:b/>
        </w:rPr>
        <w:t>Câu 23: Đáp án đúng: A</w:t>
      </w:r>
    </w:p>
    <w:p>
      <w:r>
        <w:rPr>
          <w:b/>
        </w:rPr>
        <w:t>Câu 24: Đáp án đúng: A</w:t>
      </w:r>
    </w:p>
    <w:p>
      <w:r>
        <w:rPr>
          <w:b/>
        </w:rPr>
        <w:t>Câu 25: Đáp án đúng: A</w:t>
      </w:r>
    </w:p>
    <w:p>
      <w:r>
        <w:rPr>
          <w:b/>
        </w:rPr>
        <w:t>Câu 26: Đáp án đúng: A</w:t>
      </w:r>
    </w:p>
    <w:p>
      <w:r>
        <w:rPr>
          <w:b/>
        </w:rPr>
        <w:t>Câu 27: Đáp án đúng: A</w:t>
      </w:r>
    </w:p>
    <w:p>
      <w:r>
        <w:rPr>
          <w:b/>
        </w:rPr>
        <w:t>Câu 28: Đáp án đúng: A</w:t>
      </w:r>
    </w:p>
    <w:p>
      <w:r>
        <w:rPr>
          <w:b/>
        </w:rPr>
        <w:t>Câu 29: Đáp án đúng: None</w:t>
      </w:r>
    </w:p>
    <w:p>
      <w:r>
        <w:rPr>
          <w:b/>
        </w:rPr>
        <w:t>Câu 30: Đáp án đúng: None</w:t>
      </w:r>
    </w:p>
    <w:p>
      <w:r>
        <w:rPr>
          <w:b/>
        </w:rPr>
        <w:t>Câu 31: Đáp án đúng: 24</w:t>
      </w:r>
    </w:p>
    <w:p>
      <w:r>
        <w:rPr>
          <w:b/>
        </w:rPr>
        <w:t>Câu 32: Đáp án đúng: None</w:t>
      </w:r>
    </w:p>
    <w:p>
      <w:r>
        <w:rPr>
          <w:b/>
        </w:rPr>
        <w:t>Câu 33: Đáp án đúng: 45</w:t>
      </w:r>
    </w:p>
    <w:p>
      <w:r>
        <w:rPr>
          <w:b/>
        </w:rPr>
        <w:t>Câu 34: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