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1</w:t>
      </w:r>
    </w:p>
    <w:p>
      <w:pPr>
        <w:jc w:val="center"/>
      </w:pPr>
      <w:r>
        <w:rPr>
          <w:sz w:val="22"/>
        </w:rPr>
        <w:t>Số câu: 90    Thời gian: _____ phút    Họ và tên: _________________________</w:t>
      </w:r>
    </w:p>
    <w:p/>
    <w:p>
      <w:r>
        <w:rPr>
          <w:b/>
          <w:sz w:val="24"/>
        </w:rPr>
        <w:t>Câu 1: Câu 1: Các hoạt động kinh tế cơ bản trong đời sống xã hội gồm</w:t>
      </w:r>
    </w:p>
    <w:p>
      <w:pPr>
        <w:pStyle w:val="ListParagraph"/>
      </w:pPr>
      <w:r>
        <w:rPr>
          <w:sz w:val="22"/>
        </w:rPr>
        <w:t>A. sản xuất, phân phối, trao đổi, tiêu dùng</w:t>
      </w:r>
    </w:p>
    <w:p>
      <w:pPr>
        <w:pStyle w:val="ListParagraph"/>
      </w:pPr>
      <w:r>
        <w:rPr>
          <w:sz w:val="22"/>
        </w:rPr>
        <w:t>B. sản xuất, kinh doanh, đầu tư, tiết kiệm</w:t>
      </w:r>
    </w:p>
    <w:p>
      <w:pPr>
        <w:pStyle w:val="ListParagraph"/>
      </w:pPr>
      <w:r>
        <w:rPr>
          <w:sz w:val="22"/>
        </w:rPr>
        <w:t>C. mua bán, trao đổi, tiêu dùng, đầu cơ</w:t>
      </w:r>
    </w:p>
    <w:p>
      <w:pPr>
        <w:pStyle w:val="ListParagraph"/>
      </w:pPr>
      <w:r>
        <w:rPr>
          <w:sz w:val="22"/>
        </w:rPr>
        <w:t>D. sản xuất, tiêu dùng, xuất khẩu, nhập khẩu</w:t>
      </w:r>
    </w:p>
    <w:p/>
    <w:p>
      <w:r>
        <w:rPr>
          <w:b/>
          <w:sz w:val="24"/>
        </w:rPr>
        <w:t>Câu 2: Câu 2: Hoạt động nào trực tiếp tạo ra của cải vật chất cho xã hội?</w:t>
      </w:r>
    </w:p>
    <w:p>
      <w:pPr>
        <w:pStyle w:val="ListParagraph"/>
      </w:pPr>
      <w:r>
        <w:rPr>
          <w:sz w:val="22"/>
        </w:rPr>
        <w:t>A. Sản xuất</w:t>
      </w:r>
    </w:p>
    <w:p>
      <w:pPr>
        <w:pStyle w:val="ListParagraph"/>
      </w:pPr>
      <w:r>
        <w:rPr>
          <w:sz w:val="22"/>
        </w:rPr>
        <w:t>B. Phân phối</w:t>
      </w:r>
    </w:p>
    <w:p>
      <w:pPr>
        <w:pStyle w:val="ListParagraph"/>
      </w:pPr>
      <w:r>
        <w:rPr>
          <w:sz w:val="22"/>
        </w:rPr>
        <w:t>C. Trao đổi</w:t>
      </w:r>
    </w:p>
    <w:p>
      <w:pPr>
        <w:pStyle w:val="ListParagraph"/>
      </w:pPr>
      <w:r>
        <w:rPr>
          <w:sz w:val="22"/>
        </w:rPr>
        <w:t>D. Tiêu dùng</w:t>
      </w:r>
    </w:p>
    <w:p/>
    <w:p>
      <w:r>
        <w:rPr>
          <w:b/>
          <w:sz w:val="24"/>
        </w:rPr>
        <w:t>Câu 3: Câu 3: Chủ thể nào giữ vai trò quản lý, điều tiết nền kinh tế?</w:t>
      </w:r>
    </w:p>
    <w:p>
      <w:pPr>
        <w:pStyle w:val="ListParagraph"/>
      </w:pPr>
      <w:r>
        <w:rPr>
          <w:sz w:val="22"/>
        </w:rPr>
        <w:t>A. Nhà nước</w:t>
      </w:r>
    </w:p>
    <w:p>
      <w:pPr>
        <w:pStyle w:val="ListParagraph"/>
      </w:pPr>
      <w:r>
        <w:rPr>
          <w:sz w:val="22"/>
        </w:rPr>
        <w:t>B. Doanh nghiệp</w:t>
      </w:r>
    </w:p>
    <w:p>
      <w:pPr>
        <w:pStyle w:val="ListParagraph"/>
      </w:pPr>
      <w:r>
        <w:rPr>
          <w:sz w:val="22"/>
        </w:rPr>
        <w:t>C. Hộ gia đình</w:t>
      </w:r>
    </w:p>
    <w:p>
      <w:pPr>
        <w:pStyle w:val="ListParagraph"/>
      </w:pPr>
      <w:r>
        <w:rPr>
          <w:sz w:val="22"/>
        </w:rPr>
        <w:t>D. Người tiêu dùng</w:t>
      </w:r>
    </w:p>
    <w:p/>
    <w:p>
      <w:r>
        <w:rPr>
          <w:b/>
          <w:sz w:val="24"/>
        </w:rPr>
        <w:t>Câu 4: Câu 4: Thị trường là nơi diễn ra hoạt động</w:t>
      </w:r>
    </w:p>
    <w:p>
      <w:pPr>
        <w:pStyle w:val="ListParagraph"/>
      </w:pPr>
      <w:r>
        <w:rPr>
          <w:sz w:val="22"/>
        </w:rPr>
        <w:t>A. mua bán, trao đổi hàng hóa, dịch vụ</w:t>
      </w:r>
    </w:p>
    <w:p>
      <w:pPr>
        <w:pStyle w:val="ListParagraph"/>
      </w:pPr>
      <w:r>
        <w:rPr>
          <w:sz w:val="22"/>
        </w:rPr>
        <w:t>B. sản xuất hàng hóa, dịch vụ</w:t>
      </w:r>
    </w:p>
    <w:p>
      <w:pPr>
        <w:pStyle w:val="ListParagraph"/>
      </w:pPr>
      <w:r>
        <w:rPr>
          <w:sz w:val="22"/>
        </w:rPr>
        <w:t>C. tiêu dùng hàng hóa, dịch vụ</w:t>
      </w:r>
    </w:p>
    <w:p>
      <w:pPr>
        <w:pStyle w:val="ListParagraph"/>
      </w:pPr>
      <w:r>
        <w:rPr>
          <w:sz w:val="22"/>
        </w:rPr>
        <w:t>D. phân phối hàng hóa, dịch vụ</w:t>
      </w:r>
    </w:p>
    <w:p/>
    <w:p>
      <w:r>
        <w:rPr>
          <w:b/>
          <w:sz w:val="24"/>
        </w:rPr>
        <w:t>Câu 5: Câu 5: Giá cả thị trường được hình thành chủ yếu dựa trên</w:t>
      </w:r>
    </w:p>
    <w:p>
      <w:pPr>
        <w:pStyle w:val="ListParagraph"/>
      </w:pPr>
      <w:r>
        <w:rPr>
          <w:sz w:val="22"/>
        </w:rPr>
        <w:t>A. quan hệ cung - cầu</w:t>
      </w:r>
    </w:p>
    <w:p>
      <w:pPr>
        <w:pStyle w:val="ListParagraph"/>
      </w:pPr>
      <w:r>
        <w:rPr>
          <w:sz w:val="22"/>
        </w:rPr>
        <w:t>B. ý muốn của người bán</w:t>
      </w:r>
    </w:p>
    <w:p>
      <w:pPr>
        <w:pStyle w:val="ListParagraph"/>
      </w:pPr>
      <w:r>
        <w:rPr>
          <w:sz w:val="22"/>
        </w:rPr>
        <w:t>C. ý muốn của người mua</w:t>
      </w:r>
    </w:p>
    <w:p>
      <w:pPr>
        <w:pStyle w:val="ListParagraph"/>
      </w:pPr>
      <w:r>
        <w:rPr>
          <w:sz w:val="22"/>
        </w:rPr>
        <w:t>D. quyết định của nhà nước</w:t>
      </w:r>
    </w:p>
    <w:p/>
    <w:p>
      <w:r>
        <w:rPr>
          <w:b/>
          <w:sz w:val="24"/>
        </w:rPr>
        <w:t>Câu 6: Câu 6: Cung là lượng hàng hóa, dịch vụ mà người bán</w:t>
      </w:r>
    </w:p>
    <w:p>
      <w:pPr>
        <w:pStyle w:val="ListParagraph"/>
      </w:pPr>
      <w:r>
        <w:rPr>
          <w:sz w:val="22"/>
        </w:rPr>
        <w:t>A. có khả năng bán ở các mức giá khác nhau</w:t>
      </w:r>
    </w:p>
    <w:p>
      <w:pPr>
        <w:pStyle w:val="ListParagraph"/>
      </w:pPr>
      <w:r>
        <w:rPr>
          <w:sz w:val="22"/>
        </w:rPr>
        <w:t>B. muốn mua ở các mức giá khác nhau</w:t>
      </w:r>
    </w:p>
    <w:p>
      <w:pPr>
        <w:pStyle w:val="ListParagraph"/>
      </w:pPr>
      <w:r>
        <w:rPr>
          <w:sz w:val="22"/>
        </w:rPr>
        <w:t>C. bắt buộc phải bán ở một mức giá</w:t>
      </w:r>
    </w:p>
    <w:p>
      <w:pPr>
        <w:pStyle w:val="ListParagraph"/>
      </w:pPr>
      <w:r>
        <w:rPr>
          <w:sz w:val="22"/>
        </w:rPr>
        <w:t>D. được nhà nước giao bán</w:t>
      </w:r>
    </w:p>
    <w:p/>
    <w:p>
      <w:r>
        <w:rPr>
          <w:b/>
          <w:sz w:val="24"/>
        </w:rPr>
        <w:t>Câu 7: Câu 7: Cầu là lượng hàng hóa, dịch vụ mà người mua</w:t>
      </w:r>
    </w:p>
    <w:p>
      <w:pPr>
        <w:pStyle w:val="ListParagraph"/>
      </w:pPr>
      <w:r>
        <w:rPr>
          <w:sz w:val="22"/>
        </w:rPr>
        <w:t>A. có khả năng mua ở các mức giá khác nhau</w:t>
      </w:r>
    </w:p>
    <w:p>
      <w:pPr>
        <w:pStyle w:val="ListParagraph"/>
      </w:pPr>
      <w:r>
        <w:rPr>
          <w:sz w:val="22"/>
        </w:rPr>
        <w:t>B. muốn bán ở các mức giá khác nhau</w:t>
      </w:r>
    </w:p>
    <w:p>
      <w:pPr>
        <w:pStyle w:val="ListParagraph"/>
      </w:pPr>
      <w:r>
        <w:rPr>
          <w:sz w:val="22"/>
        </w:rPr>
        <w:t>C. bắt buộc phải mua ở một mức giá</w:t>
      </w:r>
    </w:p>
    <w:p>
      <w:pPr>
        <w:pStyle w:val="ListParagraph"/>
      </w:pPr>
      <w:r>
        <w:rPr>
          <w:sz w:val="22"/>
        </w:rPr>
        <w:t>D. được nhà nước phân phối</w:t>
      </w:r>
    </w:p>
    <w:p/>
    <w:p>
      <w:r>
        <w:rPr>
          <w:b/>
          <w:sz w:val="24"/>
        </w:rPr>
        <w:t>Câu 8: Câu 8: Khi cung lớn hơn cầu, giá cả thị trường thường</w:t>
      </w:r>
    </w:p>
    <w:p>
      <w:pPr>
        <w:pStyle w:val="ListParagraph"/>
      </w:pPr>
      <w:r>
        <w:rPr>
          <w:sz w:val="22"/>
        </w:rPr>
        <w:t>A. giảm</w:t>
      </w:r>
    </w:p>
    <w:p>
      <w:pPr>
        <w:pStyle w:val="ListParagraph"/>
      </w:pPr>
      <w:r>
        <w:rPr>
          <w:sz w:val="22"/>
        </w:rPr>
        <w:t>B. tăng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gấp đôi</w:t>
      </w:r>
    </w:p>
    <w:p/>
    <w:p>
      <w:r>
        <w:rPr>
          <w:b/>
          <w:sz w:val="24"/>
        </w:rPr>
        <w:t>Câu 9: Câu 9: Khi cầu lớn hơn cung, giá cả thị trường thường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giảm một nửa</w:t>
      </w:r>
    </w:p>
    <w:p/>
    <w:p>
      <w:r>
        <w:rPr>
          <w:b/>
          <w:sz w:val="24"/>
        </w:rPr>
        <w:t>Câu 10: Câu 10: Ngân sách nhà nước là toàn bộ các khoản</w:t>
      </w:r>
    </w:p>
    <w:p>
      <w:pPr>
        <w:pStyle w:val="ListParagraph"/>
      </w:pPr>
      <w:r>
        <w:rPr>
          <w:sz w:val="22"/>
        </w:rPr>
        <w:t>A. thu và chi của nhà nước trong một thời kỳ nhất định</w:t>
      </w:r>
    </w:p>
    <w:p>
      <w:pPr>
        <w:pStyle w:val="ListParagraph"/>
      </w:pPr>
      <w:r>
        <w:rPr>
          <w:sz w:val="22"/>
        </w:rPr>
        <w:t>B. thu của các doanh nghiệp</w:t>
      </w:r>
    </w:p>
    <w:p>
      <w:pPr>
        <w:pStyle w:val="ListParagraph"/>
      </w:pPr>
      <w:r>
        <w:rPr>
          <w:sz w:val="22"/>
        </w:rPr>
        <w:t>C. chi của các hộ gia đình</w:t>
      </w:r>
    </w:p>
    <w:p>
      <w:pPr>
        <w:pStyle w:val="ListParagraph"/>
      </w:pPr>
      <w:r>
        <w:rPr>
          <w:sz w:val="22"/>
        </w:rPr>
        <w:t>D. thu và chi của ngân hàng thương mại</w:t>
      </w:r>
    </w:p>
    <w:p/>
    <w:p>
      <w:r>
        <w:rPr>
          <w:b/>
          <w:sz w:val="24"/>
        </w:rPr>
        <w:t>Câu 11: Câu 11: Nguồn thu chủ yếu của ngân sách nhà nước là</w:t>
      </w:r>
    </w:p>
    <w:p>
      <w:pPr>
        <w:pStyle w:val="ListParagraph"/>
      </w:pPr>
      <w:r>
        <w:rPr>
          <w:sz w:val="22"/>
        </w:rPr>
        <w:t>A. thuế</w:t>
      </w:r>
    </w:p>
    <w:p>
      <w:pPr>
        <w:pStyle w:val="ListParagraph"/>
      </w:pPr>
      <w:r>
        <w:rPr>
          <w:sz w:val="22"/>
        </w:rPr>
        <w:t>B. phí và lệ phí</w:t>
      </w:r>
    </w:p>
    <w:p>
      <w:pPr>
        <w:pStyle w:val="ListParagraph"/>
      </w:pPr>
      <w:r>
        <w:rPr>
          <w:sz w:val="22"/>
        </w:rPr>
        <w:t>C. viện trợ quốc tế</w:t>
      </w:r>
    </w:p>
    <w:p>
      <w:pPr>
        <w:pStyle w:val="ListParagraph"/>
      </w:pPr>
      <w:r>
        <w:rPr>
          <w:sz w:val="22"/>
        </w:rPr>
        <w:t>D. lợi nhuận doanh nghiệp</w:t>
      </w:r>
    </w:p>
    <w:p/>
    <w:p>
      <w:r>
        <w:rPr>
          <w:b/>
          <w:sz w:val="24"/>
        </w:rPr>
        <w:t>Câu 12: Câu 12: Thuế là khoản nộp</w:t>
      </w:r>
    </w:p>
    <w:p>
      <w:pPr>
        <w:pStyle w:val="ListParagraph"/>
      </w:pPr>
      <w:r>
        <w:rPr>
          <w:sz w:val="22"/>
        </w:rPr>
        <w:t>A. bắt buộc theo quy định của pháp luật</w:t>
      </w:r>
    </w:p>
    <w:p>
      <w:pPr>
        <w:pStyle w:val="ListParagraph"/>
      </w:pPr>
      <w:r>
        <w:rPr>
          <w:sz w:val="22"/>
        </w:rPr>
        <w:t>B. tự nguyện của công dân</w:t>
      </w:r>
    </w:p>
    <w:p>
      <w:pPr>
        <w:pStyle w:val="ListParagraph"/>
      </w:pPr>
      <w:r>
        <w:rPr>
          <w:sz w:val="22"/>
        </w:rPr>
        <w:t>C. chỉ áp dụng cho doanh nghiệp</w:t>
      </w:r>
    </w:p>
    <w:p>
      <w:pPr>
        <w:pStyle w:val="ListParagraph"/>
      </w:pPr>
      <w:r>
        <w:rPr>
          <w:sz w:val="22"/>
        </w:rPr>
        <w:t>D. không cần hoàn trả trực tiếp</w:t>
      </w:r>
    </w:p>
    <w:p/>
    <w:p>
      <w:r>
        <w:rPr>
          <w:b/>
          <w:sz w:val="24"/>
        </w:rPr>
        <w:t>Câu 13: Câu 13: Vai trò nào không phải của thuế?</w:t>
      </w:r>
    </w:p>
    <w:p>
      <w:pPr>
        <w:pStyle w:val="ListParagraph"/>
      </w:pPr>
      <w:r>
        <w:rPr>
          <w:sz w:val="22"/>
        </w:rPr>
        <w:t>A. Tạo ra lợi nhuận trực tiếp cho doanh nghiệp</w:t>
      </w:r>
    </w:p>
    <w:p>
      <w:pPr>
        <w:pStyle w:val="ListParagraph"/>
      </w:pPr>
      <w:r>
        <w:rPr>
          <w:sz w:val="22"/>
        </w:rPr>
        <w:t>B. Điều tiết kinh tế</w:t>
      </w:r>
    </w:p>
    <w:p>
      <w:pPr>
        <w:pStyle w:val="ListParagraph"/>
      </w:pPr>
      <w:r>
        <w:rPr>
          <w:sz w:val="22"/>
        </w:rPr>
        <w:t>C. Ổn định ngân sách nhà nước</w:t>
      </w:r>
    </w:p>
    <w:p>
      <w:pPr>
        <w:pStyle w:val="ListParagraph"/>
      </w:pPr>
      <w:r>
        <w:rPr>
          <w:sz w:val="22"/>
        </w:rPr>
        <w:t>D. Điều hòa thu nhập</w:t>
      </w:r>
    </w:p>
    <w:p/>
    <w:p>
      <w:r>
        <w:rPr>
          <w:b/>
          <w:sz w:val="24"/>
        </w:rPr>
        <w:t>Câu 14: Câu 14: Thuế thu nhập cá nhân đánh vào</w:t>
      </w:r>
    </w:p>
    <w:p>
      <w:pPr>
        <w:pStyle w:val="ListParagraph"/>
      </w:pPr>
      <w:r>
        <w:rPr>
          <w:sz w:val="22"/>
        </w:rPr>
        <w:t>A. thu nhập của cá nhân</w:t>
      </w:r>
    </w:p>
    <w:p>
      <w:pPr>
        <w:pStyle w:val="ListParagraph"/>
      </w:pPr>
      <w:r>
        <w:rPr>
          <w:sz w:val="22"/>
        </w:rPr>
        <w:t>B. giá trị tăng thêm của hàng hóa</w:t>
      </w:r>
    </w:p>
    <w:p>
      <w:pPr>
        <w:pStyle w:val="ListParagraph"/>
      </w:pPr>
      <w:r>
        <w:rPr>
          <w:sz w:val="22"/>
        </w:rPr>
        <w:t>C. tài nguyên thiên nhiên</w:t>
      </w:r>
    </w:p>
    <w:p>
      <w:pPr>
        <w:pStyle w:val="ListParagraph"/>
      </w:pPr>
      <w:r>
        <w:rPr>
          <w:sz w:val="22"/>
        </w:rPr>
        <w:t>D. đất đai</w:t>
      </w:r>
    </w:p>
    <w:p/>
    <w:p>
      <w:r>
        <w:rPr>
          <w:b/>
          <w:sz w:val="24"/>
        </w:rPr>
        <w:t>Câu 15: Câu 15: Thuế giá trị gia tăng đánh vào</w:t>
      </w:r>
    </w:p>
    <w:p>
      <w:pPr>
        <w:pStyle w:val="ListParagraph"/>
      </w:pPr>
      <w:r>
        <w:rPr>
          <w:sz w:val="22"/>
        </w:rPr>
        <w:t>A. giá trị tăng thêm của hàng hóa, dịch vụ</w:t>
      </w:r>
    </w:p>
    <w:p>
      <w:pPr>
        <w:pStyle w:val="ListParagraph"/>
      </w:pPr>
      <w:r>
        <w:rPr>
          <w:sz w:val="22"/>
        </w:rPr>
        <w:t>B. thu nhập của doanh nghiệp</w:t>
      </w:r>
    </w:p>
    <w:p>
      <w:pPr>
        <w:pStyle w:val="ListParagraph"/>
      </w:pPr>
      <w:r>
        <w:rPr>
          <w:sz w:val="22"/>
        </w:rPr>
        <w:t>C. thu nhập của cá nhân</w:t>
      </w:r>
    </w:p>
    <w:p>
      <w:pPr>
        <w:pStyle w:val="ListParagraph"/>
      </w:pPr>
      <w:r>
        <w:rPr>
          <w:sz w:val="22"/>
        </w:rPr>
        <w:t>D. tài sản thừa kế</w:t>
      </w:r>
    </w:p>
    <w:p/>
    <w:p>
      <w:r>
        <w:rPr>
          <w:b/>
          <w:sz w:val="24"/>
        </w:rPr>
        <w:t>Câu 16: Câu 16: Pháp luật là hệ thống các quy tắc xử sự chung do</w:t>
      </w:r>
    </w:p>
    <w:p>
      <w:pPr>
        <w:pStyle w:val="ListParagraph"/>
      </w:pPr>
      <w:r>
        <w:rPr>
          <w:sz w:val="22"/>
        </w:rPr>
        <w:t>A. nhà nước ban hành và bảo đảm thực hiện</w:t>
      </w:r>
    </w:p>
    <w:p>
      <w:pPr>
        <w:pStyle w:val="ListParagraph"/>
      </w:pPr>
      <w:r>
        <w:rPr>
          <w:sz w:val="22"/>
        </w:rPr>
        <w:t>B. công dân tự giác ban hành</w:t>
      </w:r>
    </w:p>
    <w:p>
      <w:pPr>
        <w:pStyle w:val="ListParagraph"/>
      </w:pPr>
      <w:r>
        <w:rPr>
          <w:sz w:val="22"/>
        </w:rPr>
        <w:t>C. tổ chức xã hội ban hành</w:t>
      </w:r>
    </w:p>
    <w:p>
      <w:pPr>
        <w:pStyle w:val="ListParagraph"/>
      </w:pPr>
      <w:r>
        <w:rPr>
          <w:sz w:val="22"/>
        </w:rPr>
        <w:t>D. doanh nghiệp ban hành</w:t>
      </w:r>
    </w:p>
    <w:p/>
    <w:p>
      <w:r>
        <w:rPr>
          <w:b/>
          <w:sz w:val="24"/>
        </w:rPr>
        <w:t>Câu 17: Câu 17: Đặc trưng nào không phải của pháp luật?</w:t>
      </w:r>
    </w:p>
    <w:p>
      <w:pPr>
        <w:pStyle w:val="ListParagraph"/>
      </w:pPr>
      <w:r>
        <w:rPr>
          <w:sz w:val="22"/>
        </w:rPr>
        <w:t>A. Tính tự nguyện, không bắt buộc</w:t>
      </w:r>
    </w:p>
    <w:p>
      <w:pPr>
        <w:pStyle w:val="ListParagraph"/>
      </w:pPr>
      <w:r>
        <w:rPr>
          <w:sz w:val="22"/>
        </w:rPr>
        <w:t>B. Tính quy phạm phổ biến</w:t>
      </w:r>
    </w:p>
    <w:p>
      <w:pPr>
        <w:pStyle w:val="ListParagraph"/>
      </w:pPr>
      <w:r>
        <w:rPr>
          <w:sz w:val="22"/>
        </w:rPr>
        <w:t>C. Tính quyền lực, bắt buộc chung</w:t>
      </w:r>
    </w:p>
    <w:p>
      <w:pPr>
        <w:pStyle w:val="ListParagraph"/>
      </w:pPr>
      <w:r>
        <w:rPr>
          <w:sz w:val="22"/>
        </w:rPr>
        <w:t>D. Tính xác định chặt chẽ về mặt hình thức</w:t>
      </w:r>
    </w:p>
    <w:p/>
    <w:p>
      <w:r>
        <w:rPr>
          <w:b/>
          <w:sz w:val="24"/>
        </w:rPr>
        <w:t>Câu 18: Câu 18: Nhà nước Cộng hòa xã hội chủ nghĩa Việt Nam là</w:t>
      </w:r>
    </w:p>
    <w:p>
      <w:pPr>
        <w:pStyle w:val="ListParagraph"/>
      </w:pPr>
      <w:r>
        <w:rPr>
          <w:sz w:val="22"/>
        </w:rPr>
        <w:t>A. nhà nước pháp quyền xã hội chủ nghĩa của nhân dân, do nhân dân, vì nhân dân</w:t>
      </w:r>
    </w:p>
    <w:p>
      <w:pPr>
        <w:pStyle w:val="ListParagraph"/>
      </w:pPr>
      <w:r>
        <w:rPr>
          <w:sz w:val="22"/>
        </w:rPr>
        <w:t>B. nhà nước tư sản</w:t>
      </w:r>
    </w:p>
    <w:p>
      <w:pPr>
        <w:pStyle w:val="ListParagraph"/>
      </w:pPr>
      <w:r>
        <w:rPr>
          <w:sz w:val="22"/>
        </w:rPr>
        <w:t>C. nhà nước phong kiến</w:t>
      </w:r>
    </w:p>
    <w:p>
      <w:pPr>
        <w:pStyle w:val="ListParagraph"/>
      </w:pPr>
      <w:r>
        <w:rPr>
          <w:sz w:val="22"/>
        </w:rPr>
        <w:t>D. nhà nước thần quyền</w:t>
      </w:r>
    </w:p>
    <w:p/>
    <w:p>
      <w:r>
        <w:rPr>
          <w:b/>
          <w:sz w:val="24"/>
        </w:rPr>
        <w:t>Câu 19: Câu 19: Quốc hội là cơ quan</w:t>
      </w:r>
    </w:p>
    <w:p>
      <w:pPr>
        <w:pStyle w:val="ListParagraph"/>
      </w:pPr>
      <w:r>
        <w:rPr>
          <w:sz w:val="22"/>
        </w:rPr>
        <w:t>A. lập pháp</w:t>
      </w:r>
    </w:p>
    <w:p>
      <w:pPr>
        <w:pStyle w:val="ListParagraph"/>
      </w:pPr>
      <w:r>
        <w:rPr>
          <w:sz w:val="22"/>
        </w:rPr>
        <w:t>B. hành pháp</w:t>
      </w:r>
    </w:p>
    <w:p>
      <w:pPr>
        <w:pStyle w:val="ListParagraph"/>
      </w:pPr>
      <w:r>
        <w:rPr>
          <w:sz w:val="22"/>
        </w:rPr>
        <w:t>C. tư pháp</w:t>
      </w:r>
    </w:p>
    <w:p>
      <w:pPr>
        <w:pStyle w:val="ListParagraph"/>
      </w:pPr>
      <w:r>
        <w:rPr>
          <w:sz w:val="22"/>
        </w:rPr>
        <w:t>D. kiểm sát</w:t>
      </w:r>
    </w:p>
    <w:p/>
    <w:p>
      <w:r>
        <w:rPr>
          <w:b/>
          <w:sz w:val="24"/>
        </w:rPr>
        <w:t>Câu 20: Câu 20: Chính phủ là cơ quan</w:t>
      </w:r>
    </w:p>
    <w:p>
      <w:pPr>
        <w:pStyle w:val="ListParagraph"/>
      </w:pPr>
      <w:r>
        <w:rPr>
          <w:sz w:val="22"/>
        </w:rPr>
        <w:t>A. hành chính nhà nước cao nhất</w:t>
      </w:r>
    </w:p>
    <w:p>
      <w:pPr>
        <w:pStyle w:val="ListParagraph"/>
      </w:pPr>
      <w:r>
        <w:rPr>
          <w:sz w:val="22"/>
        </w:rPr>
        <w:t>B. lập pháp cao nhất</w:t>
      </w:r>
    </w:p>
    <w:p>
      <w:pPr>
        <w:pStyle w:val="ListParagraph"/>
      </w:pPr>
      <w:r>
        <w:rPr>
          <w:sz w:val="22"/>
        </w:rPr>
        <w:t>C. tư pháp cao nhất</w:t>
      </w:r>
    </w:p>
    <w:p>
      <w:pPr>
        <w:pStyle w:val="ListParagraph"/>
      </w:pPr>
      <w:r>
        <w:rPr>
          <w:sz w:val="22"/>
        </w:rPr>
        <w:t>D. kiểm sát cao nhất</w:t>
      </w:r>
    </w:p>
    <w:p/>
    <w:p>
      <w:r>
        <w:rPr>
          <w:b/>
          <w:sz w:val="24"/>
        </w:rPr>
        <w:t>Câu 21: Câu 21: Tòa án nhân dân là cơ quan</w:t>
      </w:r>
    </w:p>
    <w:p>
      <w:pPr>
        <w:pStyle w:val="ListParagraph"/>
      </w:pPr>
      <w:r>
        <w:rPr>
          <w:sz w:val="22"/>
        </w:rPr>
        <w:t>A. xét xử, thực hiện quyền tư pháp</w:t>
      </w:r>
    </w:p>
    <w:p>
      <w:pPr>
        <w:pStyle w:val="ListParagraph"/>
      </w:pPr>
      <w:r>
        <w:rPr>
          <w:sz w:val="22"/>
        </w:rPr>
        <w:t>B. ban hành pháp luật</w:t>
      </w:r>
    </w:p>
    <w:p>
      <w:pPr>
        <w:pStyle w:val="ListParagraph"/>
      </w:pPr>
      <w:r>
        <w:rPr>
          <w:sz w:val="22"/>
        </w:rPr>
        <w:t>C. quản lý hành chính</w:t>
      </w:r>
    </w:p>
    <w:p>
      <w:pPr>
        <w:pStyle w:val="ListParagraph"/>
      </w:pPr>
      <w:r>
        <w:rPr>
          <w:sz w:val="22"/>
        </w:rPr>
        <w:t>D. kiểm sát hoạt động tư pháp</w:t>
      </w:r>
    </w:p>
    <w:p/>
    <w:p>
      <w:r>
        <w:rPr>
          <w:b/>
          <w:sz w:val="24"/>
        </w:rPr>
        <w:t>Câu 22: Câu 22: Viện kiểm sát nhân dân thực hiện chức năng</w:t>
      </w:r>
    </w:p>
    <w:p>
      <w:pPr>
        <w:pStyle w:val="ListParagraph"/>
      </w:pPr>
      <w:r>
        <w:rPr>
          <w:sz w:val="22"/>
        </w:rPr>
        <w:t>A. thực hành quyền công tố và kiểm sát hoạt động tư pháp</w:t>
      </w:r>
    </w:p>
    <w:p>
      <w:pPr>
        <w:pStyle w:val="ListParagraph"/>
      </w:pPr>
      <w:r>
        <w:rPr>
          <w:sz w:val="22"/>
        </w:rPr>
        <w:t>B. xét xử các vụ án</w:t>
      </w:r>
    </w:p>
    <w:p>
      <w:pPr>
        <w:pStyle w:val="ListParagraph"/>
      </w:pPr>
      <w:r>
        <w:rPr>
          <w:sz w:val="22"/>
        </w:rPr>
        <w:t>C. ban hành hiến pháp</w:t>
      </w:r>
    </w:p>
    <w:p>
      <w:pPr>
        <w:pStyle w:val="ListParagraph"/>
      </w:pPr>
      <w:r>
        <w:rPr>
          <w:sz w:val="22"/>
        </w:rPr>
        <w:t>D. quản lý ngân sách nhà nước</w:t>
      </w:r>
    </w:p>
    <w:p/>
    <w:p>
      <w:r>
        <w:rPr>
          <w:b/>
          <w:sz w:val="24"/>
        </w:rPr>
        <w:t>Câu 23: Câu 23: Hiến pháp là văn bản pháp luật có hiệu lực pháp lý</w:t>
      </w:r>
    </w:p>
    <w:p>
      <w:pPr>
        <w:pStyle w:val="ListParagraph"/>
      </w:pPr>
      <w:r>
        <w:rPr>
          <w:sz w:val="22"/>
        </w:rPr>
        <w:t>A. cao nhất</w:t>
      </w:r>
    </w:p>
    <w:p>
      <w:pPr>
        <w:pStyle w:val="ListParagraph"/>
      </w:pPr>
      <w:r>
        <w:rPr>
          <w:sz w:val="22"/>
        </w:rPr>
        <w:t>B. thấp nhất</w:t>
      </w:r>
    </w:p>
    <w:p>
      <w:pPr>
        <w:pStyle w:val="ListParagraph"/>
      </w:pPr>
      <w:r>
        <w:rPr>
          <w:sz w:val="22"/>
        </w:rPr>
        <w:t>C. ngang bằng với luật</w:t>
      </w:r>
    </w:p>
    <w:p>
      <w:pPr>
        <w:pStyle w:val="ListParagraph"/>
      </w:pPr>
      <w:r>
        <w:rPr>
          <w:sz w:val="22"/>
        </w:rPr>
        <w:t>D. chỉ áp dụng cho một số tỉnh</w:t>
      </w:r>
    </w:p>
    <w:p/>
    <w:p>
      <w:r>
        <w:rPr>
          <w:b/>
          <w:sz w:val="24"/>
        </w:rPr>
        <w:t>Câu 24: Câu 24: Cơ quan nào có quyền ban hành Hiến pháp?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Tòa án nhân dân tối cao</w:t>
      </w:r>
    </w:p>
    <w:p>
      <w:pPr>
        <w:pStyle w:val="ListParagraph"/>
      </w:pPr>
      <w:r>
        <w:rPr>
          <w:sz w:val="22"/>
        </w:rPr>
        <w:t>D. Viện kiểm sát nhân dân tối cao</w:t>
      </w:r>
    </w:p>
    <w:p/>
    <w:p>
      <w:r>
        <w:rPr>
          <w:b/>
          <w:sz w:val="24"/>
        </w:rPr>
        <w:t>Câu 25: Câu 25: Công dân bình đẳng trước pháp luật là bình đẳng về</w:t>
      </w:r>
    </w:p>
    <w:p>
      <w:pPr>
        <w:pStyle w:val="ListParagraph"/>
      </w:pPr>
      <w:r>
        <w:rPr>
          <w:sz w:val="22"/>
        </w:rPr>
        <w:t>A. quyền, nghĩa vụ và trách nhiệm pháp lý</w:t>
      </w:r>
    </w:p>
    <w:p>
      <w:pPr>
        <w:pStyle w:val="ListParagraph"/>
      </w:pPr>
      <w:r>
        <w:rPr>
          <w:sz w:val="22"/>
        </w:rPr>
        <w:t>B. thu nhập và tài sản</w:t>
      </w:r>
    </w:p>
    <w:p>
      <w:pPr>
        <w:pStyle w:val="ListParagraph"/>
      </w:pPr>
      <w:r>
        <w:rPr>
          <w:sz w:val="22"/>
        </w:rPr>
        <w:t>C. địa vị xã hội</w:t>
      </w:r>
    </w:p>
    <w:p>
      <w:pPr>
        <w:pStyle w:val="ListParagraph"/>
      </w:pPr>
      <w:r>
        <w:rPr>
          <w:sz w:val="22"/>
        </w:rPr>
        <w:t>D. năng lực trí tuệ</w:t>
      </w:r>
    </w:p>
    <w:p/>
    <w:p>
      <w:r>
        <w:rPr>
          <w:b/>
          <w:sz w:val="24"/>
        </w:rPr>
        <w:t>Câu 26: Câu 26: Kinh doanh là hoạt động</w:t>
      </w:r>
    </w:p>
    <w:p>
      <w:pPr>
        <w:pStyle w:val="ListParagraph"/>
      </w:pPr>
      <w:r>
        <w:rPr>
          <w:sz w:val="22"/>
        </w:rPr>
        <w:t>A. sản xuất, mua bán, cung ứng dịch vụ nhằm mục đích sinh lời</w:t>
      </w:r>
    </w:p>
    <w:p>
      <w:pPr>
        <w:pStyle w:val="ListParagraph"/>
      </w:pPr>
      <w:r>
        <w:rPr>
          <w:sz w:val="22"/>
        </w:rPr>
        <w:t>B. tiêu dùng hàng hóa</w:t>
      </w:r>
    </w:p>
    <w:p>
      <w:pPr>
        <w:pStyle w:val="ListParagraph"/>
      </w:pPr>
      <w:r>
        <w:rPr>
          <w:sz w:val="22"/>
        </w:rPr>
        <w:t>C. làm từ thiện</w:t>
      </w:r>
    </w:p>
    <w:p>
      <w:pPr>
        <w:pStyle w:val="ListParagraph"/>
      </w:pPr>
      <w:r>
        <w:rPr>
          <w:sz w:val="22"/>
        </w:rPr>
        <w:t>D. quản lý nhà nước</w:t>
      </w:r>
    </w:p>
    <w:p/>
    <w:p>
      <w:r>
        <w:rPr>
          <w:b/>
          <w:sz w:val="24"/>
        </w:rPr>
        <w:t>Câu 27: Câu 27: Doanh nghiệp là tổ chức kinh tế có tên riêng, có tài sản và</w:t>
      </w:r>
    </w:p>
    <w:p>
      <w:pPr>
        <w:pStyle w:val="ListParagraph"/>
      </w:pPr>
      <w:r>
        <w:rPr>
          <w:sz w:val="22"/>
        </w:rPr>
        <w:t>A. hoạt động kinh doanh theo quy định của pháp luật</w:t>
      </w:r>
    </w:p>
    <w:p>
      <w:pPr>
        <w:pStyle w:val="ListParagraph"/>
      </w:pPr>
      <w:r>
        <w:rPr>
          <w:sz w:val="22"/>
        </w:rPr>
        <w:t>B. không cần đăng ký kinh doanh</w:t>
      </w:r>
    </w:p>
    <w:p>
      <w:pPr>
        <w:pStyle w:val="ListParagraph"/>
      </w:pPr>
      <w:r>
        <w:rPr>
          <w:sz w:val="22"/>
        </w:rPr>
        <w:t>C. chỉ hoạt động phi lợi nhuận</w:t>
      </w:r>
    </w:p>
    <w:p>
      <w:pPr>
        <w:pStyle w:val="ListParagraph"/>
      </w:pPr>
      <w:r>
        <w:rPr>
          <w:sz w:val="22"/>
        </w:rPr>
        <w:t>D. do nhà nước bao cấp toàn bộ</w:t>
      </w:r>
    </w:p>
    <w:p/>
    <w:p>
      <w:r>
        <w:rPr>
          <w:b/>
          <w:sz w:val="24"/>
        </w:rPr>
        <w:t>Câu 28: Câu 28: Hộ kinh doanh cá thể do</w:t>
      </w:r>
    </w:p>
    <w:p>
      <w:pPr>
        <w:pStyle w:val="ListParagraph"/>
      </w:pPr>
      <w:r>
        <w:rPr>
          <w:sz w:val="22"/>
        </w:rPr>
        <w:t>A. một cá nhân hoặc hộ gia đình làm chủ</w:t>
      </w:r>
    </w:p>
    <w:p>
      <w:pPr>
        <w:pStyle w:val="ListParagraph"/>
      </w:pPr>
      <w:r>
        <w:rPr>
          <w:sz w:val="22"/>
        </w:rPr>
        <w:t>B. nhiều cổ đông làm chủ</w:t>
      </w:r>
    </w:p>
    <w:p>
      <w:pPr>
        <w:pStyle w:val="ListParagraph"/>
      </w:pPr>
      <w:r>
        <w:rPr>
          <w:sz w:val="22"/>
        </w:rPr>
        <w:t>C. nhà nước làm chủ</w:t>
      </w:r>
    </w:p>
    <w:p>
      <w:pPr>
        <w:pStyle w:val="ListParagraph"/>
      </w:pPr>
      <w:r>
        <w:rPr>
          <w:sz w:val="22"/>
        </w:rPr>
        <w:t>D. người nước ngoài làm chủ</w:t>
      </w:r>
    </w:p>
    <w:p/>
    <w:p>
      <w:r>
        <w:rPr>
          <w:b/>
          <w:sz w:val="24"/>
        </w:rPr>
        <w:t>Câu 29: Câu 29: Tín dụng là quan hệ vay mượn dựa trên nguyên tắc</w:t>
      </w:r>
    </w:p>
    <w:p>
      <w:pPr>
        <w:pStyle w:val="ListParagraph"/>
      </w:pPr>
      <w:r>
        <w:rPr>
          <w:sz w:val="22"/>
        </w:rPr>
        <w:t>A. có hoàn trả cả gốc và lãi sau một thời gian nhất định</w:t>
      </w:r>
    </w:p>
    <w:p>
      <w:pPr>
        <w:pStyle w:val="ListParagraph"/>
      </w:pPr>
      <w:r>
        <w:rPr>
          <w:sz w:val="22"/>
        </w:rPr>
        <w:t>B. không cần hoàn trả</w:t>
      </w:r>
    </w:p>
    <w:p>
      <w:pPr>
        <w:pStyle w:val="ListParagraph"/>
      </w:pPr>
      <w:r>
        <w:rPr>
          <w:sz w:val="22"/>
        </w:rPr>
        <w:t>C. chỉ hoàn trả gốc</w:t>
      </w:r>
    </w:p>
    <w:p>
      <w:pPr>
        <w:pStyle w:val="ListParagraph"/>
      </w:pPr>
      <w:r>
        <w:rPr>
          <w:sz w:val="22"/>
        </w:rPr>
        <w:t>D. chỉ hoàn trả lãi</w:t>
      </w:r>
    </w:p>
    <w:p/>
    <w:p>
      <w:r>
        <w:rPr>
          <w:b/>
          <w:sz w:val="24"/>
        </w:rPr>
        <w:t>Câu 30: Câu 30: Ngân hàng thương mại là tổ chức</w:t>
      </w:r>
    </w:p>
    <w:p>
      <w:pPr>
        <w:pStyle w:val="ListParagraph"/>
      </w:pPr>
      <w:r>
        <w:rPr>
          <w:sz w:val="22"/>
        </w:rPr>
        <w:t>A. kinh doanh tiền tệ và dịch vụ ngân hàng</w:t>
      </w:r>
    </w:p>
    <w:p>
      <w:pPr>
        <w:pStyle w:val="ListParagraph"/>
      </w:pPr>
      <w:r>
        <w:rPr>
          <w:sz w:val="22"/>
        </w:rPr>
        <w:t>B. sản xuất hàng hóa</w:t>
      </w:r>
    </w:p>
    <w:p>
      <w:pPr>
        <w:pStyle w:val="ListParagraph"/>
      </w:pPr>
      <w:r>
        <w:rPr>
          <w:sz w:val="22"/>
        </w:rPr>
        <w:t>C. quản lý nhà nước về giáo dục</w:t>
      </w:r>
    </w:p>
    <w:p>
      <w:pPr>
        <w:pStyle w:val="ListParagraph"/>
      </w:pPr>
      <w:r>
        <w:rPr>
          <w:sz w:val="22"/>
        </w:rPr>
        <w:t>D. cung cấp dịch vụ y tế</w:t>
      </w:r>
    </w:p>
    <w:p/>
    <w:p>
      <w:r>
        <w:rPr>
          <w:b/>
          <w:sz w:val="24"/>
        </w:rPr>
        <w:t>Câu 31: Câu 31: Lãi suất là</w:t>
      </w:r>
    </w:p>
    <w:p>
      <w:pPr>
        <w:pStyle w:val="ListParagraph"/>
      </w:pPr>
      <w:r>
        <w:rPr>
          <w:sz w:val="22"/>
        </w:rPr>
        <w:t>A. giá cả của quyền sử dụng vốn trong một thời gian nhất định</w:t>
      </w:r>
    </w:p>
    <w:p>
      <w:pPr>
        <w:pStyle w:val="ListParagraph"/>
      </w:pPr>
      <w:r>
        <w:rPr>
          <w:sz w:val="22"/>
        </w:rPr>
        <w:t>B. giá bán hàng hóa trên thị trường</w:t>
      </w:r>
    </w:p>
    <w:p>
      <w:pPr>
        <w:pStyle w:val="ListParagraph"/>
      </w:pPr>
      <w:r>
        <w:rPr>
          <w:sz w:val="22"/>
        </w:rPr>
        <w:t>C. mức thuế phải nộp</w:t>
      </w:r>
    </w:p>
    <w:p>
      <w:pPr>
        <w:pStyle w:val="ListParagraph"/>
      </w:pPr>
      <w:r>
        <w:rPr>
          <w:sz w:val="22"/>
        </w:rPr>
        <w:t>D. tiền lương của người lao động</w:t>
      </w:r>
    </w:p>
    <w:p/>
    <w:p>
      <w:r>
        <w:rPr>
          <w:b/>
          <w:sz w:val="24"/>
        </w:rPr>
        <w:t>Câu 32: Câu 32: Đầu tư là việc bỏ vốn vào hoạt động kinh tế nhằm</w:t>
      </w:r>
    </w:p>
    <w:p>
      <w:pPr>
        <w:pStyle w:val="ListParagraph"/>
      </w:pPr>
      <w:r>
        <w:rPr>
          <w:sz w:val="22"/>
        </w:rPr>
        <w:t>A. thu lợi nhuận trong tương lai</w:t>
      </w:r>
    </w:p>
    <w:p>
      <w:pPr>
        <w:pStyle w:val="ListParagraph"/>
      </w:pPr>
      <w:r>
        <w:rPr>
          <w:sz w:val="22"/>
        </w:rPr>
        <w:t>B. tiêu dùng ngay lập tức</w:t>
      </w:r>
    </w:p>
    <w:p>
      <w:pPr>
        <w:pStyle w:val="ListParagraph"/>
      </w:pPr>
      <w:r>
        <w:rPr>
          <w:sz w:val="22"/>
        </w:rPr>
        <w:t>C. làm từ thiện</w:t>
      </w:r>
    </w:p>
    <w:p>
      <w:pPr>
        <w:pStyle w:val="ListParagraph"/>
      </w:pPr>
      <w:r>
        <w:rPr>
          <w:sz w:val="22"/>
        </w:rPr>
        <w:t>D. nộp thuế</w:t>
      </w:r>
    </w:p>
    <w:p/>
    <w:p>
      <w:r>
        <w:rPr>
          <w:b/>
          <w:sz w:val="24"/>
        </w:rPr>
        <w:t>Câu 33: Câu 33: Cạnh tranh là sự ganh đua giữa các chủ thể kinh tế nhằm</w:t>
      </w:r>
    </w:p>
    <w:p>
      <w:pPr>
        <w:pStyle w:val="ListParagraph"/>
      </w:pPr>
      <w:r>
        <w:rPr>
          <w:sz w:val="22"/>
        </w:rPr>
        <w:t>A. giành lợi thế trong sản xuất, tiêu thụ hàng hóa</w:t>
      </w:r>
    </w:p>
    <w:p>
      <w:pPr>
        <w:pStyle w:val="ListParagraph"/>
      </w:pPr>
      <w:r>
        <w:rPr>
          <w:sz w:val="22"/>
        </w:rPr>
        <w:t>B. hợp tác cùng phát triển</w:t>
      </w:r>
    </w:p>
    <w:p>
      <w:pPr>
        <w:pStyle w:val="ListParagraph"/>
      </w:pPr>
      <w:r>
        <w:rPr>
          <w:sz w:val="22"/>
        </w:rPr>
        <w:t>C. chia sẻ lợi nhuận</w:t>
      </w:r>
    </w:p>
    <w:p>
      <w:pPr>
        <w:pStyle w:val="ListParagraph"/>
      </w:pPr>
      <w:r>
        <w:rPr>
          <w:sz w:val="22"/>
        </w:rPr>
        <w:t>D. giảm chi phí sản xuất</w:t>
      </w:r>
    </w:p>
    <w:p/>
    <w:p>
      <w:r>
        <w:rPr>
          <w:b/>
          <w:sz w:val="24"/>
        </w:rPr>
        <w:t>Câu 34: Câu 34: Cạnh tranh có vai trò nào sau đây?</w:t>
      </w:r>
    </w:p>
    <w:p>
      <w:pPr>
        <w:pStyle w:val="ListParagraph"/>
      </w:pPr>
      <w:r>
        <w:rPr>
          <w:sz w:val="22"/>
        </w:rPr>
        <w:t>A. Động lực thúc đẩy kinh tế phát triển</w:t>
      </w:r>
    </w:p>
    <w:p>
      <w:pPr>
        <w:pStyle w:val="ListParagraph"/>
      </w:pPr>
      <w:r>
        <w:rPr>
          <w:sz w:val="22"/>
        </w:rPr>
        <w:t>B. Kìm hãm sản xuất</w:t>
      </w:r>
    </w:p>
    <w:p>
      <w:pPr>
        <w:pStyle w:val="ListParagraph"/>
      </w:pPr>
      <w:r>
        <w:rPr>
          <w:sz w:val="22"/>
        </w:rPr>
        <w:t>C. Triệt tiêu thị trường</w:t>
      </w:r>
    </w:p>
    <w:p>
      <w:pPr>
        <w:pStyle w:val="ListParagraph"/>
      </w:pPr>
      <w:r>
        <w:rPr>
          <w:sz w:val="22"/>
        </w:rPr>
        <w:t>D. Làm giảm chất lượng hàng hóa</w:t>
      </w:r>
    </w:p>
    <w:p/>
    <w:p>
      <w:r>
        <w:rPr>
          <w:b/>
          <w:sz w:val="24"/>
        </w:rPr>
        <w:t>Câu 35: Câu 35: Độc quyền là tình trạng thị trường trong đó</w:t>
      </w:r>
    </w:p>
    <w:p>
      <w:pPr>
        <w:pStyle w:val="ListParagraph"/>
      </w:pPr>
      <w:r>
        <w:rPr>
          <w:sz w:val="22"/>
        </w:rPr>
        <w:t>A. một hoặc một số chủ thể có khả năng chi phối giá cả và số lượng hàng hóa</w:t>
      </w:r>
    </w:p>
    <w:p>
      <w:pPr>
        <w:pStyle w:val="ListParagraph"/>
      </w:pPr>
      <w:r>
        <w:rPr>
          <w:sz w:val="22"/>
        </w:rPr>
        <w:t>B. nhiều chủ thể cùng bán một loại hàng hóa</w:t>
      </w:r>
    </w:p>
    <w:p>
      <w:pPr>
        <w:pStyle w:val="ListParagraph"/>
      </w:pPr>
      <w:r>
        <w:rPr>
          <w:sz w:val="22"/>
        </w:rPr>
        <w:t>C. người mua quyết định giá</w:t>
      </w:r>
    </w:p>
    <w:p>
      <w:pPr>
        <w:pStyle w:val="ListParagraph"/>
      </w:pPr>
      <w:r>
        <w:rPr>
          <w:sz w:val="22"/>
        </w:rPr>
        <w:t>D. nhà nước bãi bỏ thị trường</w:t>
      </w:r>
    </w:p>
    <w:p/>
    <w:p>
      <w:r>
        <w:rPr>
          <w:b/>
          <w:sz w:val="24"/>
        </w:rPr>
        <w:t>Câu 36: Câu 36: Lạm phát là tình trạng</w:t>
      </w:r>
    </w:p>
    <w:p>
      <w:pPr>
        <w:pStyle w:val="ListParagraph"/>
      </w:pPr>
      <w:r>
        <w:rPr>
          <w:sz w:val="22"/>
        </w:rPr>
        <w:t>A. mức giá chung của hàng hóa, dịch vụ tăng liên tục trong một thời gian dài</w:t>
      </w:r>
    </w:p>
    <w:p>
      <w:pPr>
        <w:pStyle w:val="ListParagraph"/>
      </w:pPr>
      <w:r>
        <w:rPr>
          <w:sz w:val="22"/>
        </w:rPr>
        <w:t>B. giá một mặt hàng tăng</w:t>
      </w:r>
    </w:p>
    <w:p>
      <w:pPr>
        <w:pStyle w:val="ListParagraph"/>
      </w:pPr>
      <w:r>
        <w:rPr>
          <w:sz w:val="22"/>
        </w:rPr>
        <w:t>C. giá cả toàn bộ hàng hóa giảm</w:t>
      </w:r>
    </w:p>
    <w:p>
      <w:pPr>
        <w:pStyle w:val="ListParagraph"/>
      </w:pPr>
      <w:r>
        <w:rPr>
          <w:sz w:val="22"/>
        </w:rPr>
        <w:t>D. thu nhập của người dân tăng</w:t>
      </w:r>
    </w:p>
    <w:p/>
    <w:p>
      <w:r>
        <w:rPr>
          <w:b/>
          <w:sz w:val="24"/>
        </w:rPr>
        <w:t>Câu 37: Câu 37: Thất nghiệp là tình trạng người trong độ tuổi lao động</w:t>
      </w:r>
    </w:p>
    <w:p>
      <w:pPr>
        <w:pStyle w:val="ListParagraph"/>
      </w:pPr>
      <w:r>
        <w:rPr>
          <w:sz w:val="22"/>
        </w:rPr>
        <w:t>A. có khả năng lao động, mong muốn làm việc nhưng không tìm được việc làm</w:t>
      </w:r>
    </w:p>
    <w:p>
      <w:pPr>
        <w:pStyle w:val="ListParagraph"/>
      </w:pPr>
      <w:r>
        <w:rPr>
          <w:sz w:val="22"/>
        </w:rPr>
        <w:t>B. không muốn làm việc</w:t>
      </w:r>
    </w:p>
    <w:p>
      <w:pPr>
        <w:pStyle w:val="ListParagraph"/>
      </w:pPr>
      <w:r>
        <w:rPr>
          <w:sz w:val="22"/>
        </w:rPr>
        <w:t>C. đang đi học</w:t>
      </w:r>
    </w:p>
    <w:p>
      <w:pPr>
        <w:pStyle w:val="ListParagraph"/>
      </w:pPr>
      <w:r>
        <w:rPr>
          <w:sz w:val="22"/>
        </w:rPr>
        <w:t>D. đã nghỉ hưu</w:t>
      </w:r>
    </w:p>
    <w:p/>
    <w:p>
      <w:r>
        <w:rPr>
          <w:b/>
          <w:sz w:val="24"/>
        </w:rPr>
        <w:t>Câu 38: Câu 38: GDP là chỉ tiêu phản ánh</w:t>
      </w:r>
    </w:p>
    <w:p>
      <w:pPr>
        <w:pStyle w:val="ListParagraph"/>
      </w:pPr>
      <w:r>
        <w:rPr>
          <w:sz w:val="22"/>
        </w:rPr>
        <w:t>A. tổng sản phẩm quốc nội</w:t>
      </w:r>
    </w:p>
    <w:p>
      <w:pPr>
        <w:pStyle w:val="ListParagraph"/>
      </w:pPr>
      <w:r>
        <w:rPr>
          <w:sz w:val="22"/>
        </w:rPr>
        <w:t>B. tổng sản phẩm quốc gia</w:t>
      </w:r>
    </w:p>
    <w:p>
      <w:pPr>
        <w:pStyle w:val="ListParagraph"/>
      </w:pPr>
      <w:r>
        <w:rPr>
          <w:sz w:val="22"/>
        </w:rPr>
        <w:t>C. thu nhập bình quân đầu người</w:t>
      </w:r>
    </w:p>
    <w:p>
      <w:pPr>
        <w:pStyle w:val="ListParagraph"/>
      </w:pPr>
      <w:r>
        <w:rPr>
          <w:sz w:val="22"/>
        </w:rPr>
        <w:t>D. tỷ lệ lạm phát</w:t>
      </w:r>
    </w:p>
    <w:p/>
    <w:p>
      <w:r>
        <w:rPr>
          <w:b/>
          <w:sz w:val="24"/>
        </w:rPr>
        <w:t>Câu 39: Câu 39: GNP là chỉ tiêu phản ánh</w:t>
      </w:r>
    </w:p>
    <w:p>
      <w:pPr>
        <w:pStyle w:val="ListParagraph"/>
      </w:pPr>
      <w:r>
        <w:rPr>
          <w:sz w:val="22"/>
        </w:rPr>
        <w:t>A. tổng sản phẩm quốc gia</w:t>
      </w:r>
    </w:p>
    <w:p>
      <w:pPr>
        <w:pStyle w:val="ListParagraph"/>
      </w:pPr>
      <w:r>
        <w:rPr>
          <w:sz w:val="22"/>
        </w:rPr>
        <w:t>B. tổng sản phẩm quốc nội</w:t>
      </w:r>
    </w:p>
    <w:p>
      <w:pPr>
        <w:pStyle w:val="ListParagraph"/>
      </w:pPr>
      <w:r>
        <w:rPr>
          <w:sz w:val="22"/>
        </w:rPr>
        <w:t>C. tổng kim ngạch xuất khẩu</w:t>
      </w:r>
    </w:p>
    <w:p>
      <w:pPr>
        <w:pStyle w:val="ListParagraph"/>
      </w:pPr>
      <w:r>
        <w:rPr>
          <w:sz w:val="22"/>
        </w:rPr>
        <w:t>D. tổng thu ngân sách</w:t>
      </w:r>
    </w:p>
    <w:p/>
    <w:p>
      <w:r>
        <w:rPr>
          <w:b/>
          <w:sz w:val="24"/>
        </w:rPr>
        <w:t>Câu 40: Câu 40: Tăng trưởng kinh tế là sự gia tăng của</w:t>
      </w:r>
    </w:p>
    <w:p>
      <w:pPr>
        <w:pStyle w:val="ListParagraph"/>
      </w:pPr>
      <w:r>
        <w:rPr>
          <w:sz w:val="22"/>
        </w:rPr>
        <w:t>A. sản phẩm quốc gia hoặc thu nhập bình quân đầu người</w:t>
      </w:r>
    </w:p>
    <w:p>
      <w:pPr>
        <w:pStyle w:val="ListParagraph"/>
      </w:pPr>
      <w:r>
        <w:rPr>
          <w:sz w:val="22"/>
        </w:rPr>
        <w:t>B. dân số</w:t>
      </w:r>
    </w:p>
    <w:p>
      <w:pPr>
        <w:pStyle w:val="ListParagraph"/>
      </w:pPr>
      <w:r>
        <w:rPr>
          <w:sz w:val="22"/>
        </w:rPr>
        <w:t>C. giá cả hàng hóa</w:t>
      </w:r>
    </w:p>
    <w:p>
      <w:pPr>
        <w:pStyle w:val="ListParagraph"/>
      </w:pPr>
      <w:r>
        <w:rPr>
          <w:sz w:val="22"/>
        </w:rPr>
        <w:t>D. thuế</w:t>
      </w:r>
    </w:p>
    <w:p/>
    <w:p>
      <w:r>
        <w:rPr>
          <w:b/>
          <w:sz w:val="24"/>
        </w:rPr>
        <w:t>Câu 41: Câu 41: Phát triển kinh tế là quá trình tăng trưởng kinh tế gắn với</w:t>
      </w:r>
    </w:p>
    <w:p>
      <w:pPr>
        <w:pStyle w:val="ListParagraph"/>
      </w:pPr>
      <w:r>
        <w:rPr>
          <w:sz w:val="22"/>
        </w:rPr>
        <w:t>A. chuyển dịch cơ cấu kinh tế và tiến bộ xã hội</w:t>
      </w:r>
    </w:p>
    <w:p>
      <w:pPr>
        <w:pStyle w:val="ListParagraph"/>
      </w:pPr>
      <w:r>
        <w:rPr>
          <w:sz w:val="22"/>
        </w:rPr>
        <w:t>B. gia tăng dân số</w:t>
      </w:r>
    </w:p>
    <w:p>
      <w:pPr>
        <w:pStyle w:val="ListParagraph"/>
      </w:pPr>
      <w:r>
        <w:rPr>
          <w:sz w:val="22"/>
        </w:rPr>
        <w:t>C. tăng giá hàng hóa</w:t>
      </w:r>
    </w:p>
    <w:p>
      <w:pPr>
        <w:pStyle w:val="ListParagraph"/>
      </w:pPr>
      <w:r>
        <w:rPr>
          <w:sz w:val="22"/>
        </w:rPr>
        <w:t>D. giảm thuế</w:t>
      </w:r>
    </w:p>
    <w:p/>
    <w:p>
      <w:r>
        <w:rPr>
          <w:b/>
          <w:sz w:val="24"/>
        </w:rPr>
        <w:t>Câu 42: Câu 42: Quan hệ cung - cầu có ảnh hưởng trực tiếp đến</w:t>
      </w:r>
    </w:p>
    <w:p>
      <w:pPr>
        <w:pStyle w:val="ListParagraph"/>
      </w:pPr>
      <w:r>
        <w:rPr>
          <w:sz w:val="22"/>
        </w:rPr>
        <w:t>A. giá cả thị trường</w:t>
      </w:r>
    </w:p>
    <w:p>
      <w:pPr>
        <w:pStyle w:val="ListParagraph"/>
      </w:pPr>
      <w:r>
        <w:rPr>
          <w:sz w:val="22"/>
        </w:rPr>
        <w:t>B. thuế suất</w:t>
      </w:r>
    </w:p>
    <w:p>
      <w:pPr>
        <w:pStyle w:val="ListParagraph"/>
      </w:pPr>
      <w:r>
        <w:rPr>
          <w:sz w:val="22"/>
        </w:rPr>
        <w:t>C. ngân sách nhà nước</w:t>
      </w:r>
    </w:p>
    <w:p>
      <w:pPr>
        <w:pStyle w:val="ListParagraph"/>
      </w:pPr>
      <w:r>
        <w:rPr>
          <w:sz w:val="22"/>
        </w:rPr>
        <w:t>D. pháp luật</w:t>
      </w:r>
    </w:p>
    <w:p/>
    <w:p>
      <w:r>
        <w:rPr>
          <w:b/>
          <w:sz w:val="24"/>
        </w:rPr>
        <w:t>Câu 43: Câu 43: Giá trần là mức giá</w:t>
      </w:r>
    </w:p>
    <w:p>
      <w:pPr>
        <w:pStyle w:val="ListParagraph"/>
      </w:pPr>
      <w:r>
        <w:rPr>
          <w:sz w:val="22"/>
        </w:rPr>
        <w:t>A. tối đa mà người bán được phép bán</w:t>
      </w:r>
    </w:p>
    <w:p>
      <w:pPr>
        <w:pStyle w:val="ListParagraph"/>
      </w:pPr>
      <w:r>
        <w:rPr>
          <w:sz w:val="22"/>
        </w:rPr>
        <w:t>B. tối thiểu mà người mua phải mua</w:t>
      </w:r>
    </w:p>
    <w:p>
      <w:pPr>
        <w:pStyle w:val="ListParagraph"/>
      </w:pPr>
      <w:r>
        <w:rPr>
          <w:sz w:val="22"/>
        </w:rPr>
        <w:t>C. do thị trường tự quyết định</w:t>
      </w:r>
    </w:p>
    <w:p>
      <w:pPr>
        <w:pStyle w:val="ListParagraph"/>
      </w:pPr>
      <w:r>
        <w:rPr>
          <w:sz w:val="22"/>
        </w:rPr>
        <w:t>D. dành cho hàng cấm</w:t>
      </w:r>
    </w:p>
    <w:p/>
    <w:p>
      <w:r>
        <w:rPr>
          <w:b/>
          <w:sz w:val="24"/>
        </w:rPr>
        <w:t>Câu 44: Câu 44: Giá sàn là mức giá</w:t>
      </w:r>
    </w:p>
    <w:p>
      <w:pPr>
        <w:pStyle w:val="ListParagraph"/>
      </w:pPr>
      <w:r>
        <w:rPr>
          <w:sz w:val="22"/>
        </w:rPr>
        <w:t>A. tối thiểu mà người bán được phép bán</w:t>
      </w:r>
    </w:p>
    <w:p>
      <w:pPr>
        <w:pStyle w:val="ListParagraph"/>
      </w:pPr>
      <w:r>
        <w:rPr>
          <w:sz w:val="22"/>
        </w:rPr>
        <w:t>B. tối đa mà người mua phải trả</w:t>
      </w:r>
    </w:p>
    <w:p>
      <w:pPr>
        <w:pStyle w:val="ListParagraph"/>
      </w:pPr>
      <w:r>
        <w:rPr>
          <w:sz w:val="22"/>
        </w:rPr>
        <w:t>C. do người mua quyết định</w:t>
      </w:r>
    </w:p>
    <w:p>
      <w:pPr>
        <w:pStyle w:val="ListParagraph"/>
      </w:pPr>
      <w:r>
        <w:rPr>
          <w:sz w:val="22"/>
        </w:rPr>
        <w:t>D. dành cho hàng khuyến mại</w:t>
      </w:r>
    </w:p>
    <w:p/>
    <w:p>
      <w:r>
        <w:rPr>
          <w:b/>
          <w:sz w:val="24"/>
        </w:rPr>
        <w:t>Câu 45: Câu 45: Trợ cấp xã hội nhằm hỗ trợ</w:t>
      </w:r>
    </w:p>
    <w:p>
      <w:pPr>
        <w:pStyle w:val="ListParagraph"/>
      </w:pPr>
      <w:r>
        <w:rPr>
          <w:sz w:val="22"/>
        </w:rPr>
        <w:t>A. các đối tượng yếu thế, gặp khó khăn trong xã hội</w:t>
      </w:r>
    </w:p>
    <w:p>
      <w:pPr>
        <w:pStyle w:val="ListParagraph"/>
      </w:pPr>
      <w:r>
        <w:rPr>
          <w:sz w:val="22"/>
        </w:rPr>
        <w:t>B. các doanh nghiệp lớn</w:t>
      </w:r>
    </w:p>
    <w:p>
      <w:pPr>
        <w:pStyle w:val="ListParagraph"/>
      </w:pPr>
      <w:r>
        <w:rPr>
          <w:sz w:val="22"/>
        </w:rPr>
        <w:t>C. người có thu nhập cao</w:t>
      </w:r>
    </w:p>
    <w:p>
      <w:pPr>
        <w:pStyle w:val="ListParagraph"/>
      </w:pPr>
      <w:r>
        <w:rPr>
          <w:sz w:val="22"/>
        </w:rPr>
        <w:t>D. các ngân hàng thương mại</w:t>
      </w:r>
    </w:p>
    <w:p/>
    <w:p>
      <w:r>
        <w:rPr>
          <w:b/>
          <w:sz w:val="24"/>
        </w:rPr>
        <w:t>Câu 46: Câu 46: Bảo hiểm xã hội là chế độ bảo đảm cho người lao động khi</w:t>
      </w:r>
    </w:p>
    <w:p>
      <w:pPr>
        <w:pStyle w:val="ListParagraph"/>
      </w:pPr>
      <w:r>
        <w:rPr>
          <w:sz w:val="22"/>
        </w:rPr>
        <w:t>A. ốm đau, thai sản, tai nạn lao động, hưu trí, tử tuất</w:t>
      </w:r>
    </w:p>
    <w:p>
      <w:pPr>
        <w:pStyle w:val="ListParagraph"/>
      </w:pPr>
      <w:r>
        <w:rPr>
          <w:sz w:val="22"/>
        </w:rPr>
        <w:t>B. mua sắm hàng hóa</w:t>
      </w:r>
    </w:p>
    <w:p>
      <w:pPr>
        <w:pStyle w:val="ListParagraph"/>
      </w:pPr>
      <w:r>
        <w:rPr>
          <w:sz w:val="22"/>
        </w:rPr>
        <w:t>C. đi du lịch</w:t>
      </w:r>
    </w:p>
    <w:p>
      <w:pPr>
        <w:pStyle w:val="ListParagraph"/>
      </w:pPr>
      <w:r>
        <w:rPr>
          <w:sz w:val="22"/>
        </w:rPr>
        <w:t>D. đầu tư chứng khoán</w:t>
      </w:r>
    </w:p>
    <w:p/>
    <w:p>
      <w:r>
        <w:rPr>
          <w:b/>
          <w:sz w:val="24"/>
        </w:rPr>
        <w:t>Câu 47: Câu 47: Quyền tự do kinh doanh của công dân được thực hiện trong khuôn khổ</w:t>
      </w:r>
    </w:p>
    <w:p>
      <w:pPr>
        <w:pStyle w:val="ListParagraph"/>
      </w:pPr>
      <w:r>
        <w:rPr>
          <w:sz w:val="22"/>
        </w:rPr>
        <w:t>A. pháp luật</w:t>
      </w:r>
    </w:p>
    <w:p>
      <w:pPr>
        <w:pStyle w:val="ListParagraph"/>
      </w:pPr>
      <w:r>
        <w:rPr>
          <w:sz w:val="22"/>
        </w:rPr>
        <w:t>B. tự do tuyệt đối</w:t>
      </w:r>
    </w:p>
    <w:p>
      <w:pPr>
        <w:pStyle w:val="ListParagraph"/>
      </w:pPr>
      <w:r>
        <w:rPr>
          <w:sz w:val="22"/>
        </w:rPr>
        <w:t>C. ý muốn cá nhân</w:t>
      </w:r>
    </w:p>
    <w:p>
      <w:pPr>
        <w:pStyle w:val="ListParagraph"/>
      </w:pPr>
      <w:r>
        <w:rPr>
          <w:sz w:val="22"/>
        </w:rPr>
        <w:t>D. quy định của doanh nghiệp</w:t>
      </w:r>
    </w:p>
    <w:p/>
    <w:p>
      <w:r>
        <w:rPr>
          <w:b/>
          <w:sz w:val="24"/>
        </w:rPr>
        <w:t>Câu 48: Câu 48: Nghĩa vụ nộp thuế thuộc về</w:t>
      </w:r>
    </w:p>
    <w:p>
      <w:pPr>
        <w:pStyle w:val="ListParagraph"/>
      </w:pPr>
      <w:r>
        <w:rPr>
          <w:sz w:val="22"/>
        </w:rPr>
        <w:t>A. công dân và tổ chức theo quy định của pháp luật</w:t>
      </w:r>
    </w:p>
    <w:p>
      <w:pPr>
        <w:pStyle w:val="ListParagraph"/>
      </w:pPr>
      <w:r>
        <w:rPr>
          <w:sz w:val="22"/>
        </w:rPr>
        <w:t>B. chỉ doanh nghiệp</w:t>
      </w:r>
    </w:p>
    <w:p>
      <w:pPr>
        <w:pStyle w:val="ListParagraph"/>
      </w:pPr>
      <w:r>
        <w:rPr>
          <w:sz w:val="22"/>
        </w:rPr>
        <w:t>C. chỉ người có thu nhập cao</w:t>
      </w:r>
    </w:p>
    <w:p>
      <w:pPr>
        <w:pStyle w:val="ListParagraph"/>
      </w:pPr>
      <w:r>
        <w:rPr>
          <w:sz w:val="22"/>
        </w:rPr>
        <w:t>D. chỉ người nước ngoài</w:t>
      </w:r>
    </w:p>
    <w:p/>
    <w:p>
      <w:r>
        <w:rPr>
          <w:b/>
          <w:sz w:val="24"/>
        </w:rPr>
        <w:t>Câu 49: Câu 49: Hành vi trốn thuế là hành vi</w:t>
      </w:r>
    </w:p>
    <w:p>
      <w:pPr>
        <w:pStyle w:val="ListParagraph"/>
      </w:pPr>
      <w:r>
        <w:rPr>
          <w:sz w:val="22"/>
        </w:rPr>
        <w:t>A. vi phạm pháp luật về thuế</w:t>
      </w:r>
    </w:p>
    <w:p>
      <w:pPr>
        <w:pStyle w:val="ListParagraph"/>
      </w:pPr>
      <w:r>
        <w:rPr>
          <w:sz w:val="22"/>
        </w:rPr>
        <w:t>B. tiết kiệm hợp pháp</w:t>
      </w:r>
    </w:p>
    <w:p>
      <w:pPr>
        <w:pStyle w:val="ListParagraph"/>
      </w:pPr>
      <w:r>
        <w:rPr>
          <w:sz w:val="22"/>
        </w:rPr>
        <w:t>C. được nhà nước khuyến khích</w:t>
      </w:r>
    </w:p>
    <w:p>
      <w:pPr>
        <w:pStyle w:val="ListParagraph"/>
      </w:pPr>
      <w:r>
        <w:rPr>
          <w:sz w:val="22"/>
        </w:rPr>
        <w:t>D. không ảnh hưởng đến xã hội</w:t>
      </w:r>
    </w:p>
    <w:p/>
    <w:p>
      <w:r>
        <w:rPr>
          <w:b/>
          <w:sz w:val="24"/>
        </w:rPr>
        <w:t>Câu 50: Câu 50: Buôn bán hàng giả, hàng nhái là hành vi</w:t>
      </w:r>
    </w:p>
    <w:p>
      <w:pPr>
        <w:pStyle w:val="ListParagraph"/>
      </w:pPr>
      <w:r>
        <w:rPr>
          <w:sz w:val="22"/>
        </w:rPr>
        <w:t>A. bị pháp luật nghiêm cấm</w:t>
      </w:r>
    </w:p>
    <w:p>
      <w:pPr>
        <w:pStyle w:val="ListParagraph"/>
      </w:pPr>
      <w:r>
        <w:rPr>
          <w:sz w:val="22"/>
        </w:rPr>
        <w:t>B. được phép kinh doanh</w:t>
      </w:r>
    </w:p>
    <w:p>
      <w:pPr>
        <w:pStyle w:val="ListParagraph"/>
      </w:pPr>
      <w:r>
        <w:rPr>
          <w:sz w:val="22"/>
        </w:rPr>
        <w:t>C. không cần đăng ký</w:t>
      </w:r>
    </w:p>
    <w:p>
      <w:pPr>
        <w:pStyle w:val="ListParagraph"/>
      </w:pPr>
      <w:r>
        <w:rPr>
          <w:sz w:val="22"/>
        </w:rPr>
        <w:t>D. chỉ bị phê bình</w:t>
      </w:r>
    </w:p>
    <w:p/>
    <w:p>
      <w:r>
        <w:rPr>
          <w:b/>
          <w:sz w:val="24"/>
        </w:rPr>
        <w:t>Câu 51: Câu 51: Quyền sở hữu bao gồm các quyền</w:t>
      </w:r>
    </w:p>
    <w:p>
      <w:pPr>
        <w:pStyle w:val="ListParagraph"/>
      </w:pPr>
      <w:r>
        <w:rPr>
          <w:sz w:val="22"/>
        </w:rPr>
        <w:t>A. chiếm hữu, sử dụng và định đoạt</w:t>
      </w:r>
    </w:p>
    <w:p>
      <w:pPr>
        <w:pStyle w:val="ListParagraph"/>
      </w:pPr>
      <w:r>
        <w:rPr>
          <w:sz w:val="22"/>
        </w:rPr>
        <w:t>B. mua, bán và trao đổi</w:t>
      </w:r>
    </w:p>
    <w:p>
      <w:pPr>
        <w:pStyle w:val="ListParagraph"/>
      </w:pPr>
      <w:r>
        <w:rPr>
          <w:sz w:val="22"/>
        </w:rPr>
        <w:t>C. sản xuất, tiêu dùng và đầu tư</w:t>
      </w:r>
    </w:p>
    <w:p>
      <w:pPr>
        <w:pStyle w:val="ListParagraph"/>
      </w:pPr>
      <w:r>
        <w:rPr>
          <w:sz w:val="22"/>
        </w:rPr>
        <w:t>D. cho, tặng và thừa kế</w:t>
      </w:r>
    </w:p>
    <w:p/>
    <w:p>
      <w:r>
        <w:rPr>
          <w:b/>
          <w:sz w:val="24"/>
        </w:rPr>
        <w:t>Câu 52: Câu 52: Hợp đồng dân sự là sự thỏa thuận giữa các bên nhằm</w:t>
      </w:r>
    </w:p>
    <w:p>
      <w:pPr>
        <w:pStyle w:val="ListParagraph"/>
      </w:pPr>
      <w:r>
        <w:rPr>
          <w:sz w:val="22"/>
        </w:rPr>
        <w:t>A. xác lập, thay đổi hoặc chấm dứt quyền, nghĩa vụ dân sự</w:t>
      </w:r>
    </w:p>
    <w:p>
      <w:pPr>
        <w:pStyle w:val="ListParagraph"/>
      </w:pPr>
      <w:r>
        <w:rPr>
          <w:sz w:val="22"/>
        </w:rPr>
        <w:t>B. thành lập doanh nghiệp</w:t>
      </w:r>
    </w:p>
    <w:p>
      <w:pPr>
        <w:pStyle w:val="ListParagraph"/>
      </w:pPr>
      <w:r>
        <w:rPr>
          <w:sz w:val="22"/>
        </w:rPr>
        <w:t>C. ban hành pháp luật</w:t>
      </w:r>
    </w:p>
    <w:p>
      <w:pPr>
        <w:pStyle w:val="ListParagraph"/>
      </w:pPr>
      <w:r>
        <w:rPr>
          <w:sz w:val="22"/>
        </w:rPr>
        <w:t>D. nộp thuế</w:t>
      </w:r>
    </w:p>
    <w:p/>
    <w:p>
      <w:r>
        <w:rPr>
          <w:b/>
          <w:sz w:val="24"/>
        </w:rPr>
        <w:t>Câu 53: Câu 53: Năng lực pháp luật của cá nhân là khả năng có</w:t>
      </w:r>
    </w:p>
    <w:p>
      <w:pPr>
        <w:pStyle w:val="ListParagraph"/>
      </w:pPr>
      <w:r>
        <w:rPr>
          <w:sz w:val="22"/>
        </w:rPr>
        <w:t>A. quyền và nghĩa vụ pháp lý</w:t>
      </w:r>
    </w:p>
    <w:p>
      <w:pPr>
        <w:pStyle w:val="ListParagraph"/>
      </w:pPr>
      <w:r>
        <w:rPr>
          <w:sz w:val="22"/>
        </w:rPr>
        <w:t>B. tài sản</w:t>
      </w:r>
    </w:p>
    <w:p>
      <w:pPr>
        <w:pStyle w:val="ListParagraph"/>
      </w:pPr>
      <w:r>
        <w:rPr>
          <w:sz w:val="22"/>
        </w:rPr>
        <w:t>C. việc làm</w:t>
      </w:r>
    </w:p>
    <w:p>
      <w:pPr>
        <w:pStyle w:val="ListParagraph"/>
      </w:pPr>
      <w:r>
        <w:rPr>
          <w:sz w:val="22"/>
        </w:rPr>
        <w:t>D. thu nhập cao</w:t>
      </w:r>
    </w:p>
    <w:p/>
    <w:p>
      <w:r>
        <w:rPr>
          <w:b/>
          <w:sz w:val="24"/>
        </w:rPr>
        <w:t>Câu 54: Câu 54: Năng lực hành vi dân sự là khả năng bằng hành vi của mình</w:t>
      </w:r>
    </w:p>
    <w:p>
      <w:pPr>
        <w:pStyle w:val="ListParagraph"/>
      </w:pPr>
      <w:r>
        <w:rPr>
          <w:sz w:val="22"/>
        </w:rPr>
        <w:t>A. xác lập và thực hiện quyền, nghĩa vụ dân sự</w:t>
      </w:r>
    </w:p>
    <w:p>
      <w:pPr>
        <w:pStyle w:val="ListParagraph"/>
      </w:pPr>
      <w:r>
        <w:rPr>
          <w:sz w:val="22"/>
        </w:rPr>
        <w:t>B. ban hành pháp luật</w:t>
      </w:r>
    </w:p>
    <w:p>
      <w:pPr>
        <w:pStyle w:val="ListParagraph"/>
      </w:pPr>
      <w:r>
        <w:rPr>
          <w:sz w:val="22"/>
        </w:rPr>
        <w:t>C. quản lý nhà nước</w:t>
      </w:r>
    </w:p>
    <w:p>
      <w:pPr>
        <w:pStyle w:val="ListParagraph"/>
      </w:pPr>
      <w:r>
        <w:rPr>
          <w:sz w:val="22"/>
        </w:rPr>
        <w:t>D. xét xử các vụ án</w:t>
      </w:r>
    </w:p>
    <w:p/>
    <w:p>
      <w:r>
        <w:rPr>
          <w:b/>
          <w:sz w:val="24"/>
        </w:rPr>
        <w:t>Câu 55: Câu 55: Người chưa thành niên là người</w:t>
      </w:r>
    </w:p>
    <w:p>
      <w:pPr>
        <w:pStyle w:val="ListParagraph"/>
      </w:pPr>
      <w:r>
        <w:rPr>
          <w:sz w:val="22"/>
        </w:rPr>
        <w:t>A. dưới 18 tuổi</w:t>
      </w:r>
    </w:p>
    <w:p>
      <w:pPr>
        <w:pStyle w:val="ListParagraph"/>
      </w:pPr>
      <w:r>
        <w:rPr>
          <w:sz w:val="22"/>
        </w:rPr>
        <w:t>B. dưới 16 tuổi</w:t>
      </w:r>
    </w:p>
    <w:p>
      <w:pPr>
        <w:pStyle w:val="ListParagraph"/>
      </w:pPr>
      <w:r>
        <w:rPr>
          <w:sz w:val="22"/>
        </w:rPr>
        <w:t>C. dưới 14 tuổi</w:t>
      </w:r>
    </w:p>
    <w:p>
      <w:pPr>
        <w:pStyle w:val="ListParagraph"/>
      </w:pPr>
      <w:r>
        <w:rPr>
          <w:sz w:val="22"/>
        </w:rPr>
        <w:t>D. từ đủ 18 tuổi trở lên</w:t>
      </w:r>
    </w:p>
    <w:p/>
    <w:p>
      <w:r>
        <w:rPr>
          <w:b/>
          <w:sz w:val="24"/>
        </w:rPr>
        <w:t>Câu 56: Câu 56: Người thành niên là người</w:t>
      </w:r>
    </w:p>
    <w:p>
      <w:pPr>
        <w:pStyle w:val="ListParagraph"/>
      </w:pPr>
      <w:r>
        <w:rPr>
          <w:sz w:val="22"/>
        </w:rPr>
        <w:t>A. từ đủ 18 tuổi trở lên</w:t>
      </w:r>
    </w:p>
    <w:p>
      <w:pPr>
        <w:pStyle w:val="ListParagraph"/>
      </w:pPr>
      <w:r>
        <w:rPr>
          <w:sz w:val="22"/>
        </w:rPr>
        <w:t>B. từ đủ 16 tuổi trở lên</w:t>
      </w:r>
    </w:p>
    <w:p>
      <w:pPr>
        <w:pStyle w:val="ListParagraph"/>
      </w:pPr>
      <w:r>
        <w:rPr>
          <w:sz w:val="22"/>
        </w:rPr>
        <w:t>C. từ đủ 21 tuổi trở lên</w:t>
      </w:r>
    </w:p>
    <w:p>
      <w:pPr>
        <w:pStyle w:val="ListParagraph"/>
      </w:pPr>
      <w:r>
        <w:rPr>
          <w:sz w:val="22"/>
        </w:rPr>
        <w:t>D. dưới 18 tuổi</w:t>
      </w:r>
    </w:p>
    <w:p/>
    <w:p>
      <w:r>
        <w:rPr>
          <w:b/>
          <w:sz w:val="24"/>
        </w:rPr>
        <w:t>Câu 57: Câu 57: Công dân Việt Nam có quyền bầu cử khi</w:t>
      </w:r>
    </w:p>
    <w:p>
      <w:pPr>
        <w:pStyle w:val="ListParagraph"/>
      </w:pPr>
      <w:r>
        <w:rPr>
          <w:sz w:val="22"/>
        </w:rPr>
        <w:t>A. đủ 18 tuổi trở lên</w:t>
      </w:r>
    </w:p>
    <w:p>
      <w:pPr>
        <w:pStyle w:val="ListParagraph"/>
      </w:pPr>
      <w:r>
        <w:rPr>
          <w:sz w:val="22"/>
        </w:rPr>
        <w:t>B. đủ 16 tuổi trở lên</w:t>
      </w:r>
    </w:p>
    <w:p>
      <w:pPr>
        <w:pStyle w:val="ListParagraph"/>
      </w:pPr>
      <w:r>
        <w:rPr>
          <w:sz w:val="22"/>
        </w:rPr>
        <w:t>C. đủ 21 tuổi trở lên</w:t>
      </w:r>
    </w:p>
    <w:p>
      <w:pPr>
        <w:pStyle w:val="ListParagraph"/>
      </w:pPr>
      <w:r>
        <w:rPr>
          <w:sz w:val="22"/>
        </w:rPr>
        <w:t>D. đủ 20 tuổi trở lên</w:t>
      </w:r>
    </w:p>
    <w:p/>
    <w:p>
      <w:r>
        <w:rPr>
          <w:b/>
          <w:sz w:val="24"/>
        </w:rPr>
        <w:t>Câu 58: Câu 58: Công dân Việt Nam có quyền ứng cử đại biểu Quốc hội khi</w:t>
      </w:r>
    </w:p>
    <w:p>
      <w:pPr>
        <w:pStyle w:val="ListParagraph"/>
      </w:pPr>
      <w:r>
        <w:rPr>
          <w:sz w:val="22"/>
        </w:rPr>
        <w:t>A. đủ 21 tuổi trở lên</w:t>
      </w:r>
    </w:p>
    <w:p>
      <w:pPr>
        <w:pStyle w:val="ListParagraph"/>
      </w:pPr>
      <w:r>
        <w:rPr>
          <w:sz w:val="22"/>
        </w:rPr>
        <w:t>B. đủ 18 tuổi trở lên</w:t>
      </w:r>
    </w:p>
    <w:p>
      <w:pPr>
        <w:pStyle w:val="ListParagraph"/>
      </w:pPr>
      <w:r>
        <w:rPr>
          <w:sz w:val="22"/>
        </w:rPr>
        <w:t>C. đủ 20 tuổi trở lên</w:t>
      </w:r>
    </w:p>
    <w:p>
      <w:pPr>
        <w:pStyle w:val="ListParagraph"/>
      </w:pPr>
      <w:r>
        <w:rPr>
          <w:sz w:val="22"/>
        </w:rPr>
        <w:t>D. đủ 25 tuổi trở lên</w:t>
      </w:r>
    </w:p>
    <w:p/>
    <w:p>
      <w:r>
        <w:rPr>
          <w:b/>
          <w:sz w:val="24"/>
        </w:rPr>
        <w:t>Câu 59: Câu 59: Nghĩa vụ quân sự là nghĩa vụ của</w:t>
      </w:r>
    </w:p>
    <w:p>
      <w:pPr>
        <w:pStyle w:val="ListParagraph"/>
      </w:pPr>
      <w:r>
        <w:rPr>
          <w:sz w:val="22"/>
        </w:rPr>
        <w:t>A. công dân nam trong độ tuổi quy định</w:t>
      </w:r>
    </w:p>
    <w:p>
      <w:pPr>
        <w:pStyle w:val="ListParagraph"/>
      </w:pPr>
      <w:r>
        <w:rPr>
          <w:sz w:val="22"/>
        </w:rPr>
        <w:t>B. tất cả công dân không phân biệt giới tính</w:t>
      </w:r>
    </w:p>
    <w:p>
      <w:pPr>
        <w:pStyle w:val="ListParagraph"/>
      </w:pPr>
      <w:r>
        <w:rPr>
          <w:sz w:val="22"/>
        </w:rPr>
        <w:t>C. chỉ người từ đủ 25 tuổi</w:t>
      </w:r>
    </w:p>
    <w:p>
      <w:pPr>
        <w:pStyle w:val="ListParagraph"/>
      </w:pPr>
      <w:r>
        <w:rPr>
          <w:sz w:val="22"/>
        </w:rPr>
        <w:t>D. chỉ người có trình độ đại học</w:t>
      </w:r>
    </w:p>
    <w:p/>
    <w:p>
      <w:r>
        <w:rPr>
          <w:b/>
          <w:sz w:val="24"/>
        </w:rPr>
        <w:t>Câu 60: Câu 60: Trách nhiệm pháp lý là</w:t>
      </w:r>
    </w:p>
    <w:p>
      <w:pPr>
        <w:pStyle w:val="ListParagraph"/>
      </w:pPr>
      <w:r>
        <w:rPr>
          <w:sz w:val="22"/>
        </w:rPr>
        <w:t>A. hậu quả bất lợi mà người vi phạm pháp luật phải gánh chịu</w:t>
      </w:r>
    </w:p>
    <w:p>
      <w:pPr>
        <w:pStyle w:val="ListParagraph"/>
      </w:pPr>
      <w:r>
        <w:rPr>
          <w:sz w:val="22"/>
        </w:rPr>
        <w:t>B. quyền lợi của người vi phạm</w:t>
      </w:r>
    </w:p>
    <w:p>
      <w:pPr>
        <w:pStyle w:val="ListParagraph"/>
      </w:pPr>
      <w:r>
        <w:rPr>
          <w:sz w:val="22"/>
        </w:rPr>
        <w:t>C. phần thưởng cho người tuân thủ pháp luật</w:t>
      </w:r>
    </w:p>
    <w:p>
      <w:pPr>
        <w:pStyle w:val="ListParagraph"/>
      </w:pPr>
      <w:r>
        <w:rPr>
          <w:sz w:val="22"/>
        </w:rPr>
        <w:t>D. nghĩa vụ đạo đức</w:t>
      </w:r>
    </w:p>
    <w:p/>
    <w:p>
      <w:r>
        <w:rPr>
          <w:b/>
          <w:sz w:val="24"/>
        </w:rPr>
        <w:t>Câu 61: Câu 61: Sản xuất là hoạt động kinh tế cơ bản của xã hội.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62: Câu 62: Tiêu dùng không thuộc hoạt động kinh tế cơ bản.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63: Câu 63: Thị trường chỉ là nơi bán hàng hóa.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64: Câu 64: Cung và cầu có mối quan hệ tác động qua lại với nhau.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65: Câu 65: Khi cung lớn hơn cầu, giá cả thị trường thường tăng.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66: Câu 66: Ngân sách nhà nước do Quốc hội quyết định.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67: Câu 67: Thuế là khoản nộp không bắt buộc.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68: Câu 68: Thuế góp phần điều tiết nền kinh tế.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69: Câu 69: Pháp luật do nhà nước ban hành.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70: Câu 70: Mọi người đều bình đẳng trước pháp luật.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71: Câu 71: Quốc hội là cơ quan tư pháp.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72: Câu 72: Chính phủ là cơ quan hành chính nhà nước cao nhất.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73: Câu 73: Tòa án nhân dân thực hiện quyền tư pháp.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74: Câu 74: Hiến pháp là văn bản pháp luật có hiệu lực cao nhất.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75: Câu 75: Công dân không có nghĩa vụ nộp thuế.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76: Câu 76: Kinh doanh là hoạt động có mục đích sinh lời.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77: Câu 77: Mọi người đều có quyền tự do kinh doanh mọi ngành nghề.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78: Câu 78: Tín dụng là quan hệ vay mượn có hoàn trả cả gốc và lãi.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79: Câu 79: Lãi suất là giá cả của quyền sử dụng vốn.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80: Câu 80: Cạnh tranh chỉ có tác động tiêu cực.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81: Câu 81: Lạm phát là sự tăng giá của một mặt hàng.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82: Câu 82: GDP là tổng sản phẩm quốc nội.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83: Câu 83: Thất nghiệp là tình trạng người có việc làm nhưng không muốn làm.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84: Câu 84: Nhà nước không can thiệp vào nền kinh tế.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85: Câu 85: Hàng giả, hàng nhái được phép kinh doanh.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86: Câu 86: Người từ đủ 18 tuổi có quyền bầu cử.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87: Câu 87: Người từ đủ 21 tuổi có quyền ứng cử đại biểu Quốc hội.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88: Câu 88: Người chưa thành niên là người dưới 18 tuổi.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89: Câu 89: Mọi công dân đều có nghĩa vụ quân sự khi đủ 18 tuổi.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90: Câu 90: Trách nhiệm pháp lý là hậu quả bất lợi mà người vi phạm phải gánh chịu.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B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B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B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B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B</w:t>
      </w:r>
    </w:p>
    <w:p>
      <w:r>
        <w:rPr>
          <w:b/>
        </w:rPr>
        <w:t>Câu 76: Đáp án đúng: A</w:t>
      </w:r>
    </w:p>
    <w:p>
      <w:r>
        <w:rPr>
          <w:b/>
        </w:rPr>
        <w:t>Câu 77: Đáp án đúng: B</w:t>
      </w:r>
    </w:p>
    <w:p>
      <w:r>
        <w:rPr>
          <w:b/>
        </w:rPr>
        <w:t>Câu 78: Đáp án đúng: A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B</w:t>
      </w:r>
    </w:p>
    <w:p>
      <w:r>
        <w:rPr>
          <w:b/>
        </w:rPr>
        <w:t>Câu 81: Đáp án đúng: B</w:t>
      </w:r>
    </w:p>
    <w:p>
      <w:r>
        <w:rPr>
          <w:b/>
        </w:rPr>
        <w:t>Câu 82: Đáp án đúng: A</w:t>
      </w:r>
    </w:p>
    <w:p>
      <w:r>
        <w:rPr>
          <w:b/>
        </w:rPr>
        <w:t>Câu 83: Đáp án đúng: B</w:t>
      </w:r>
    </w:p>
    <w:p>
      <w:r>
        <w:rPr>
          <w:b/>
        </w:rPr>
        <w:t>Câu 84: Đáp án đúng: B</w:t>
      </w:r>
    </w:p>
    <w:p>
      <w:r>
        <w:rPr>
          <w:b/>
        </w:rPr>
        <w:t>Câu 85: Đáp án đúng: B</w:t>
      </w:r>
    </w:p>
    <w:p>
      <w:r>
        <w:rPr>
          <w:b/>
        </w:rPr>
        <w:t>Câu 86: Đáp án đúng: A</w:t>
      </w:r>
    </w:p>
    <w:p>
      <w:r>
        <w:rPr>
          <w:b/>
        </w:rPr>
        <w:t>Câu 87: Đáp án đúng: A</w:t>
      </w:r>
    </w:p>
    <w:p>
      <w:r>
        <w:rPr>
          <w:b/>
        </w:rPr>
        <w:t>Câu 88: Đáp án đúng: A</w:t>
      </w:r>
    </w:p>
    <w:p>
      <w:r>
        <w:rPr>
          <w:b/>
        </w:rPr>
        <w:t>Câu 89: Đáp án đúng: B</w:t>
      </w:r>
    </w:p>
    <w:p>
      <w:r>
        <w:rPr>
          <w:b/>
        </w:rPr>
        <w:t>Câu 90: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