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30 câu sinh học về trao đổi nước và khoáng ở ...</w:t>
      </w:r>
    </w:p>
    <w:p>
      <w:pPr>
        <w:jc w:val="center"/>
      </w:pPr>
      <w:r>
        <w:rPr>
          <w:sz w:val="22"/>
        </w:rPr>
        <w:t>Số câu: 29    Thời gian: _____ phút    Họ và tên: _________________________</w:t>
      </w:r>
    </w:p>
    <w:p/>
    <w:p>
      <w:r>
        <w:rPr>
          <w:b/>
          <w:sz w:val="24"/>
        </w:rPr>
        <w:t>Câu 1: Ở thực vật, nước được hấp thụ chủ yếu qua bộ phận nào?</w:t>
      </w:r>
    </w:p>
    <w:p>
      <w:pPr>
        <w:pStyle w:val="ListParagraph"/>
      </w:pPr>
      <w:r>
        <w:rPr>
          <w:sz w:val="22"/>
        </w:rPr>
        <w:t>A. Lá</w:t>
      </w:r>
    </w:p>
    <w:p>
      <w:pPr>
        <w:pStyle w:val="ListParagraph"/>
      </w:pPr>
      <w:r>
        <w:rPr>
          <w:sz w:val="22"/>
        </w:rPr>
        <w:t>B. Rễ</w:t>
      </w:r>
    </w:p>
    <w:p>
      <w:pPr>
        <w:pStyle w:val="ListParagraph"/>
      </w:pPr>
      <w:r>
        <w:rPr>
          <w:sz w:val="22"/>
        </w:rPr>
        <w:t>C. Thân</w:t>
      </w:r>
    </w:p>
    <w:p>
      <w:pPr>
        <w:pStyle w:val="ListParagraph"/>
      </w:pPr>
      <w:r>
        <w:rPr>
          <w:sz w:val="22"/>
        </w:rPr>
        <w:t>D. Hoa</w:t>
      </w:r>
    </w:p>
    <w:p/>
    <w:p>
      <w:r>
        <w:rPr>
          <w:b/>
          <w:sz w:val="24"/>
        </w:rPr>
        <w:t>Câu 2: Quá trình hấp thụ nước ở rễ cây diễn ra theo cơ chế nào?</w:t>
      </w:r>
    </w:p>
    <w:p>
      <w:pPr>
        <w:pStyle w:val="ListParagraph"/>
      </w:pPr>
      <w:r>
        <w:rPr>
          <w:sz w:val="22"/>
        </w:rPr>
        <w:t>A. Thẩm thấu</w:t>
      </w:r>
    </w:p>
    <w:p>
      <w:pPr>
        <w:pStyle w:val="ListParagraph"/>
      </w:pPr>
      <w:r>
        <w:rPr>
          <w:sz w:val="22"/>
        </w:rPr>
        <w:t>B. Khuếch tán</w:t>
      </w:r>
    </w:p>
    <w:p>
      <w:pPr>
        <w:pStyle w:val="ListParagraph"/>
      </w:pPr>
      <w:r>
        <w:rPr>
          <w:sz w:val="22"/>
        </w:rPr>
        <w:t>C. Vận chuyển tích cực</w:t>
      </w:r>
    </w:p>
    <w:p>
      <w:pPr>
        <w:pStyle w:val="ListParagraph"/>
      </w:pPr>
      <w:r>
        <w:rPr>
          <w:sz w:val="22"/>
        </w:rPr>
        <w:t>D. Ẩm bào</w:t>
      </w:r>
    </w:p>
    <w:p/>
    <w:p>
      <w:r>
        <w:rPr>
          <w:b/>
          <w:sz w:val="24"/>
        </w:rPr>
        <w:t>Câu 3: Dịch tế bào lông hút có nồng độ chất tan như thế nào so với dịch đất?</w:t>
      </w:r>
    </w:p>
    <w:p>
      <w:pPr>
        <w:pStyle w:val="ListParagraph"/>
      </w:pPr>
      <w:r>
        <w:rPr>
          <w:sz w:val="22"/>
        </w:rPr>
        <w:t>A. Cao hơn</w:t>
      </w:r>
    </w:p>
    <w:p>
      <w:pPr>
        <w:pStyle w:val="ListParagraph"/>
      </w:pPr>
      <w:r>
        <w:rPr>
          <w:sz w:val="22"/>
        </w:rPr>
        <w:t>B. Thấp hơn</w:t>
      </w:r>
    </w:p>
    <w:p>
      <w:pPr>
        <w:pStyle w:val="ListParagraph"/>
      </w:pPr>
      <w:r>
        <w:rPr>
          <w:sz w:val="22"/>
        </w:rPr>
        <w:t>C. Bằng nhau</w:t>
      </w:r>
    </w:p>
    <w:p>
      <w:pPr>
        <w:pStyle w:val="ListParagraph"/>
      </w:pPr>
      <w:r>
        <w:rPr>
          <w:sz w:val="22"/>
        </w:rPr>
        <w:t>D. Không xác định</w:t>
      </w:r>
    </w:p>
    <w:p/>
    <w:p>
      <w:r>
        <w:rPr>
          <w:b/>
          <w:sz w:val="24"/>
        </w:rPr>
        <w:t>Câu 4: Con đường vận chuyển nước và khoáng từ lông hút vào mạch gỗ của rễ theo con đường nào?</w:t>
      </w:r>
    </w:p>
    <w:p>
      <w:pPr>
        <w:pStyle w:val="ListParagraph"/>
      </w:pPr>
      <w:r>
        <w:rPr>
          <w:sz w:val="22"/>
        </w:rPr>
        <w:t>A. Con đường gian bào</w:t>
      </w:r>
    </w:p>
    <w:p>
      <w:pPr>
        <w:pStyle w:val="ListParagraph"/>
      </w:pPr>
      <w:r>
        <w:rPr>
          <w:sz w:val="22"/>
        </w:rPr>
        <w:t>B. Con đường tế bào chất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Con đường mạch rây</w:t>
      </w:r>
    </w:p>
    <w:p/>
    <w:p>
      <w:r>
        <w:rPr>
          <w:b/>
          <w:sz w:val="24"/>
        </w:rPr>
        <w:t>Câu 5: Động lực nào sau đây không phải là động lực của dòng mạch gỗ?</w:t>
      </w:r>
    </w:p>
    <w:p>
      <w:pPr>
        <w:pStyle w:val="ListParagraph"/>
      </w:pPr>
      <w:r>
        <w:rPr>
          <w:sz w:val="22"/>
        </w:rPr>
        <w:t>A. Lực hút của lá</w:t>
      </w:r>
    </w:p>
    <w:p>
      <w:pPr>
        <w:pStyle w:val="ListParagraph"/>
      </w:pPr>
      <w:r>
        <w:rPr>
          <w:sz w:val="22"/>
        </w:rPr>
        <w:t>B. Lực đẩy của rễ</w:t>
      </w:r>
    </w:p>
    <w:p>
      <w:pPr>
        <w:pStyle w:val="ListParagraph"/>
      </w:pPr>
      <w:r>
        <w:rPr>
          <w:sz w:val="22"/>
        </w:rPr>
        <w:t>C. Lực liên kết giữa các phân tử nước</w:t>
      </w:r>
    </w:p>
    <w:p>
      <w:pPr>
        <w:pStyle w:val="ListParagraph"/>
      </w:pPr>
      <w:r>
        <w:rPr>
          <w:sz w:val="22"/>
        </w:rPr>
        <w:t>D. Lực đẩy của mạch rây</w:t>
      </w:r>
    </w:p>
    <w:p/>
    <w:p>
      <w:r>
        <w:rPr>
          <w:b/>
          <w:sz w:val="24"/>
        </w:rPr>
        <w:t>Câu 6: Thoát hơi nước ở lá chủ yếu qua con đường nào?</w:t>
      </w:r>
    </w:p>
    <w:p>
      <w:pPr>
        <w:pStyle w:val="ListParagraph"/>
      </w:pPr>
      <w:r>
        <w:rPr>
          <w:sz w:val="22"/>
        </w:rPr>
        <w:t>A. Qua cutin</w:t>
      </w:r>
    </w:p>
    <w:p>
      <w:pPr>
        <w:pStyle w:val="ListParagraph"/>
      </w:pPr>
      <w:r>
        <w:rPr>
          <w:sz w:val="22"/>
        </w:rPr>
        <w:t>B. Qua khí khổng</w:t>
      </w:r>
    </w:p>
    <w:p>
      <w:pPr>
        <w:pStyle w:val="ListParagraph"/>
      </w:pPr>
      <w:r>
        <w:rPr>
          <w:sz w:val="22"/>
        </w:rPr>
        <w:t>C. Qua lớp biểu bì</w:t>
      </w:r>
    </w:p>
    <w:p>
      <w:pPr>
        <w:pStyle w:val="ListParagraph"/>
      </w:pPr>
      <w:r>
        <w:rPr>
          <w:sz w:val="22"/>
        </w:rPr>
        <w:t>D. Qua lông hút</w:t>
      </w:r>
    </w:p>
    <w:p/>
    <w:p>
      <w:r>
        <w:rPr>
          <w:b/>
          <w:sz w:val="24"/>
        </w:rPr>
        <w:t>Câu 7: Vai trò nào sau đây không phải của thoát hơi nước?</w:t>
      </w:r>
    </w:p>
    <w:p>
      <w:pPr>
        <w:pStyle w:val="ListParagraph"/>
      </w:pPr>
      <w:r>
        <w:rPr>
          <w:sz w:val="22"/>
        </w:rPr>
        <w:t>A. Tạo lực hút đầu trên</w:t>
      </w:r>
    </w:p>
    <w:p>
      <w:pPr>
        <w:pStyle w:val="ListParagraph"/>
      </w:pPr>
      <w:r>
        <w:rPr>
          <w:sz w:val="22"/>
        </w:rPr>
        <w:t>B. Điều hòa nhiệt độ lá</w:t>
      </w:r>
    </w:p>
    <w:p>
      <w:pPr>
        <w:pStyle w:val="ListParagraph"/>
      </w:pPr>
      <w:r>
        <w:rPr>
          <w:sz w:val="22"/>
        </w:rPr>
        <w:t>C. Cung cấp CO2 cho quang hợp</w:t>
      </w:r>
    </w:p>
    <w:p>
      <w:pPr>
        <w:pStyle w:val="ListParagraph"/>
      </w:pPr>
      <w:r>
        <w:rPr>
          <w:sz w:val="22"/>
        </w:rPr>
        <w:t>D. Vận chuyển nước và khoáng</w:t>
      </w:r>
    </w:p>
    <w:p/>
    <w:p>
      <w:r>
        <w:rPr>
          <w:b/>
          <w:sz w:val="24"/>
        </w:rPr>
        <w:t>Câu 8: Cây nào sau đây là cây C4?</w:t>
      </w:r>
    </w:p>
    <w:p>
      <w:pPr>
        <w:pStyle w:val="ListParagraph"/>
      </w:pPr>
      <w:r>
        <w:rPr>
          <w:sz w:val="22"/>
        </w:rPr>
        <w:t>A. Lúa</w:t>
      </w:r>
    </w:p>
    <w:p>
      <w:pPr>
        <w:pStyle w:val="ListParagraph"/>
      </w:pPr>
      <w:r>
        <w:rPr>
          <w:sz w:val="22"/>
        </w:rPr>
        <w:t>B. Ngô</w:t>
      </w:r>
    </w:p>
    <w:p>
      <w:pPr>
        <w:pStyle w:val="ListParagraph"/>
      </w:pPr>
      <w:r>
        <w:rPr>
          <w:sz w:val="22"/>
        </w:rPr>
        <w:t>C. Đậu</w:t>
      </w:r>
    </w:p>
    <w:p>
      <w:pPr>
        <w:pStyle w:val="ListParagraph"/>
      </w:pPr>
      <w:r>
        <w:rPr>
          <w:sz w:val="22"/>
        </w:rPr>
        <w:t>D. Khoai tây</w:t>
      </w:r>
    </w:p>
    <w:p/>
    <w:p>
      <w:r>
        <w:rPr>
          <w:b/>
          <w:sz w:val="24"/>
        </w:rPr>
        <w:t>Câu 9: Cây nào sau đây là cây CAM?</w:t>
      </w:r>
    </w:p>
    <w:p>
      <w:pPr>
        <w:pStyle w:val="ListParagraph"/>
      </w:pPr>
      <w:r>
        <w:rPr>
          <w:sz w:val="22"/>
        </w:rPr>
        <w:t>A. Xương rồng</w:t>
      </w:r>
    </w:p>
    <w:p>
      <w:pPr>
        <w:pStyle w:val="ListParagraph"/>
      </w:pPr>
      <w:r>
        <w:rPr>
          <w:sz w:val="22"/>
        </w:rPr>
        <w:t>B. Lúa</w:t>
      </w:r>
    </w:p>
    <w:p>
      <w:pPr>
        <w:pStyle w:val="ListParagraph"/>
      </w:pPr>
      <w:r>
        <w:rPr>
          <w:sz w:val="22"/>
        </w:rPr>
        <w:t>C. Ngô</w:t>
      </w:r>
    </w:p>
    <w:p>
      <w:pPr>
        <w:pStyle w:val="ListParagraph"/>
      </w:pPr>
      <w:r>
        <w:rPr>
          <w:sz w:val="22"/>
        </w:rPr>
        <w:t>D. Đậu</w:t>
      </w:r>
    </w:p>
    <w:p/>
    <w:p>
      <w:r>
        <w:rPr>
          <w:b/>
          <w:sz w:val="24"/>
        </w:rPr>
        <w:t>Câu 10: Nguyên tố nào sau đây là nguyên tố đại lượng?</w:t>
      </w:r>
    </w:p>
    <w:p>
      <w:pPr>
        <w:pStyle w:val="ListParagraph"/>
      </w:pPr>
      <w:r>
        <w:rPr>
          <w:sz w:val="22"/>
        </w:rPr>
        <w:t>A. Fe</w:t>
      </w:r>
    </w:p>
    <w:p>
      <w:pPr>
        <w:pStyle w:val="ListParagraph"/>
      </w:pPr>
      <w:r>
        <w:rPr>
          <w:sz w:val="22"/>
        </w:rPr>
        <w:t>B. Mn</w:t>
      </w:r>
    </w:p>
    <w:p>
      <w:pPr>
        <w:pStyle w:val="ListParagraph"/>
      </w:pPr>
      <w:r>
        <w:rPr>
          <w:sz w:val="22"/>
        </w:rPr>
        <w:t>C. N</w:t>
      </w:r>
    </w:p>
    <w:p>
      <w:pPr>
        <w:pStyle w:val="ListParagraph"/>
      </w:pPr>
      <w:r>
        <w:rPr>
          <w:sz w:val="22"/>
        </w:rPr>
        <w:t>D. Zn</w:t>
      </w:r>
    </w:p>
    <w:p/>
    <w:p>
      <w:r>
        <w:rPr>
          <w:b/>
          <w:sz w:val="24"/>
        </w:rPr>
        <w:t>Câu 11: Nguyên tố nào sau đây là nguyên tố vi lượng?</w:t>
      </w:r>
    </w:p>
    <w:p>
      <w:pPr>
        <w:pStyle w:val="ListParagraph"/>
      </w:pPr>
      <w:r>
        <w:rPr>
          <w:sz w:val="22"/>
        </w:rPr>
        <w:t>A. N</w:t>
      </w:r>
    </w:p>
    <w:p>
      <w:pPr>
        <w:pStyle w:val="ListParagraph"/>
      </w:pPr>
      <w:r>
        <w:rPr>
          <w:sz w:val="22"/>
        </w:rPr>
        <w:t>B. P</w:t>
      </w:r>
    </w:p>
    <w:p>
      <w:pPr>
        <w:pStyle w:val="ListParagraph"/>
      </w:pPr>
      <w:r>
        <w:rPr>
          <w:sz w:val="22"/>
        </w:rPr>
        <w:t>C. K</w:t>
      </w:r>
    </w:p>
    <w:p>
      <w:pPr>
        <w:pStyle w:val="ListParagraph"/>
      </w:pPr>
      <w:r>
        <w:rPr>
          <w:sz w:val="22"/>
        </w:rPr>
        <w:t>D. Fe</w:t>
      </w:r>
    </w:p>
    <w:p/>
    <w:p>
      <w:r>
        <w:rPr>
          <w:b/>
          <w:sz w:val="24"/>
        </w:rPr>
        <w:t>Câu 12: Vai trò chính của nitơ đối với thực vật là gì?</w:t>
      </w:r>
    </w:p>
    <w:p>
      <w:pPr>
        <w:pStyle w:val="ListParagraph"/>
      </w:pPr>
      <w:r>
        <w:rPr>
          <w:sz w:val="22"/>
        </w:rPr>
        <w:t>A. Thành phần của protein, axit nucleic</w:t>
      </w:r>
    </w:p>
    <w:p>
      <w:pPr>
        <w:pStyle w:val="ListParagraph"/>
      </w:pPr>
      <w:r>
        <w:rPr>
          <w:sz w:val="22"/>
        </w:rPr>
        <w:t>B. Thành phần của diệp lục</w:t>
      </w:r>
    </w:p>
    <w:p>
      <w:pPr>
        <w:pStyle w:val="ListParagraph"/>
      </w:pPr>
      <w:r>
        <w:rPr>
          <w:sz w:val="22"/>
        </w:rPr>
        <w:t>C. Hoạt hóa enzyme</w:t>
      </w:r>
    </w:p>
    <w:p>
      <w:pPr>
        <w:pStyle w:val="ListParagraph"/>
      </w:pPr>
      <w:r>
        <w:rPr>
          <w:sz w:val="22"/>
        </w:rPr>
        <w:t>D. Điều hòa áp suất thẩm thấu</w:t>
      </w:r>
    </w:p>
    <w:p/>
    <w:p>
      <w:r>
        <w:rPr>
          <w:b/>
          <w:sz w:val="24"/>
        </w:rPr>
        <w:t>Câu 13: Vai trò chính của photpho đối với thực vật là gì?</w:t>
      </w:r>
    </w:p>
    <w:p>
      <w:pPr>
        <w:pStyle w:val="ListParagraph"/>
      </w:pPr>
      <w:r>
        <w:rPr>
          <w:sz w:val="22"/>
        </w:rPr>
        <w:t>A. Thành phần của protein</w:t>
      </w:r>
    </w:p>
    <w:p>
      <w:pPr>
        <w:pStyle w:val="ListParagraph"/>
      </w:pPr>
      <w:r>
        <w:rPr>
          <w:sz w:val="22"/>
        </w:rPr>
        <w:t>B. Thành phần của axit nucleic, ATP</w:t>
      </w:r>
    </w:p>
    <w:p>
      <w:pPr>
        <w:pStyle w:val="ListParagraph"/>
      </w:pPr>
      <w:r>
        <w:rPr>
          <w:sz w:val="22"/>
        </w:rPr>
        <w:t>C. Thành phần của diệp lục</w:t>
      </w:r>
    </w:p>
    <w:p>
      <w:pPr>
        <w:pStyle w:val="ListParagraph"/>
      </w:pPr>
      <w:r>
        <w:rPr>
          <w:sz w:val="22"/>
        </w:rPr>
        <w:t>D. Hoạt hóa enzyme</w:t>
      </w:r>
    </w:p>
    <w:p/>
    <w:p>
      <w:r>
        <w:rPr>
          <w:b/>
          <w:sz w:val="24"/>
        </w:rPr>
        <w:t>Câu 14: Vai trò chính của kali đối với thực vật là gì?</w:t>
      </w:r>
    </w:p>
    <w:p>
      <w:pPr>
        <w:pStyle w:val="ListParagraph"/>
      </w:pPr>
      <w:r>
        <w:rPr>
          <w:sz w:val="22"/>
        </w:rPr>
        <w:t>A. Thành phần của protein</w:t>
      </w:r>
    </w:p>
    <w:p>
      <w:pPr>
        <w:pStyle w:val="ListParagraph"/>
      </w:pPr>
      <w:r>
        <w:rPr>
          <w:sz w:val="22"/>
        </w:rPr>
        <w:t>B. Thành phần của axit nucleic</w:t>
      </w:r>
    </w:p>
    <w:p>
      <w:pPr>
        <w:pStyle w:val="ListParagraph"/>
      </w:pPr>
      <w:r>
        <w:rPr>
          <w:sz w:val="22"/>
        </w:rPr>
        <w:t>C. Điều hòa áp suất thẩm thấu, hoạt hóa enzyme</w:t>
      </w:r>
    </w:p>
    <w:p>
      <w:pPr>
        <w:pStyle w:val="ListParagraph"/>
      </w:pPr>
      <w:r>
        <w:rPr>
          <w:sz w:val="22"/>
        </w:rPr>
        <w:t>D. Thành phần của diệp lục</w:t>
      </w:r>
    </w:p>
    <w:p/>
    <w:p>
      <w:r>
        <w:rPr>
          <w:b/>
          <w:sz w:val="24"/>
        </w:rPr>
        <w:t>Câu 15: Quá trình cố định nitơ phân tử được thực hiện bởi nhóm vi sinh vật nào?</w:t>
      </w:r>
    </w:p>
    <w:p>
      <w:pPr>
        <w:pStyle w:val="ListParagraph"/>
      </w:pPr>
      <w:r>
        <w:rPr>
          <w:sz w:val="22"/>
        </w:rPr>
        <w:t>A. Vi khuẩn nitrat hóa</w:t>
      </w:r>
    </w:p>
    <w:p>
      <w:pPr>
        <w:pStyle w:val="ListParagraph"/>
      </w:pPr>
      <w:r>
        <w:rPr>
          <w:sz w:val="22"/>
        </w:rPr>
        <w:t>B. Vi khuẩn phản nitrat hóa</w:t>
      </w:r>
    </w:p>
    <w:p>
      <w:pPr>
        <w:pStyle w:val="ListParagraph"/>
      </w:pPr>
      <w:r>
        <w:rPr>
          <w:sz w:val="22"/>
        </w:rPr>
        <w:t>C. Vi khuẩn cố định nitơ</w:t>
      </w:r>
    </w:p>
    <w:p>
      <w:pPr>
        <w:pStyle w:val="ListParagraph"/>
      </w:pPr>
      <w:r>
        <w:rPr>
          <w:sz w:val="22"/>
        </w:rPr>
        <w:t>D. Vi khuẩn amon hóa</w:t>
      </w:r>
    </w:p>
    <w:p/>
    <w:p>
      <w:r>
        <w:rPr>
          <w:b/>
          <w:sz w:val="24"/>
        </w:rPr>
        <w:t>Câu 16: Quá trình chuyển hóa nitrat thành nitơ phân tử được thực hiện bởi nhóm vi sinh vật nào?</w:t>
      </w:r>
    </w:p>
    <w:p>
      <w:pPr>
        <w:pStyle w:val="ListParagraph"/>
      </w:pPr>
      <w:r>
        <w:rPr>
          <w:sz w:val="22"/>
        </w:rPr>
        <w:t>A. Vi khuẩn nitrat hóa</w:t>
      </w:r>
    </w:p>
    <w:p>
      <w:pPr>
        <w:pStyle w:val="ListParagraph"/>
      </w:pPr>
      <w:r>
        <w:rPr>
          <w:sz w:val="22"/>
        </w:rPr>
        <w:t>B. Vi khuẩn phản nitrat hóa</w:t>
      </w:r>
    </w:p>
    <w:p>
      <w:pPr>
        <w:pStyle w:val="ListParagraph"/>
      </w:pPr>
      <w:r>
        <w:rPr>
          <w:sz w:val="22"/>
        </w:rPr>
        <w:t>C. Vi khuẩn cố định nitơ</w:t>
      </w:r>
    </w:p>
    <w:p>
      <w:pPr>
        <w:pStyle w:val="ListParagraph"/>
      </w:pPr>
      <w:r>
        <w:rPr>
          <w:sz w:val="22"/>
        </w:rPr>
        <w:t>D. Vi khuẩn amon hóa</w:t>
      </w:r>
    </w:p>
    <w:p/>
    <w:p>
      <w:r>
        <w:rPr>
          <w:b/>
          <w:sz w:val="24"/>
        </w:rPr>
        <w:t>Câu 17: Quá trình chuyển hóa nitơ hữu cơ thành amoni được thực hiện bởi nhóm vi sinh vật nào?</w:t>
      </w:r>
    </w:p>
    <w:p>
      <w:pPr>
        <w:pStyle w:val="ListParagraph"/>
      </w:pPr>
      <w:r>
        <w:rPr>
          <w:sz w:val="22"/>
        </w:rPr>
        <w:t>A. Vi khuẩn nitrat hóa</w:t>
      </w:r>
    </w:p>
    <w:p>
      <w:pPr>
        <w:pStyle w:val="ListParagraph"/>
      </w:pPr>
      <w:r>
        <w:rPr>
          <w:sz w:val="22"/>
        </w:rPr>
        <w:t>B. Vi khuẩn phản nitrat hóa</w:t>
      </w:r>
    </w:p>
    <w:p>
      <w:pPr>
        <w:pStyle w:val="ListParagraph"/>
      </w:pPr>
      <w:r>
        <w:rPr>
          <w:sz w:val="22"/>
        </w:rPr>
        <w:t>C. Vi khuẩn cố định nitơ</w:t>
      </w:r>
    </w:p>
    <w:p>
      <w:pPr>
        <w:pStyle w:val="ListParagraph"/>
      </w:pPr>
      <w:r>
        <w:rPr>
          <w:sz w:val="22"/>
        </w:rPr>
        <w:t>D. Vi khuẩn amon hóa</w:t>
      </w:r>
    </w:p>
    <w:p/>
    <w:p>
      <w:r>
        <w:rPr>
          <w:b/>
          <w:sz w:val="24"/>
        </w:rPr>
        <w:t>Câu 18: Quá trình chuyển hóa amoni thành nitrat được thực hiện bởi nhóm vi sinh vật nào?</w:t>
      </w:r>
    </w:p>
    <w:p>
      <w:pPr>
        <w:pStyle w:val="ListParagraph"/>
      </w:pPr>
      <w:r>
        <w:rPr>
          <w:sz w:val="22"/>
        </w:rPr>
        <w:t>A. Vi khuẩn nitrat hóa</w:t>
      </w:r>
    </w:p>
    <w:p>
      <w:pPr>
        <w:pStyle w:val="ListParagraph"/>
      </w:pPr>
      <w:r>
        <w:rPr>
          <w:sz w:val="22"/>
        </w:rPr>
        <w:t>B. Vi khuẩn phản nitrat hóa</w:t>
      </w:r>
    </w:p>
    <w:p>
      <w:pPr>
        <w:pStyle w:val="ListParagraph"/>
      </w:pPr>
      <w:r>
        <w:rPr>
          <w:sz w:val="22"/>
        </w:rPr>
        <w:t>C. Vi khuẩn cố định nitơ</w:t>
      </w:r>
    </w:p>
    <w:p>
      <w:pPr>
        <w:pStyle w:val="ListParagraph"/>
      </w:pPr>
      <w:r>
        <w:rPr>
          <w:sz w:val="22"/>
        </w:rPr>
        <w:t>D. Vi khuẩn amon hóa</w:t>
      </w:r>
    </w:p>
    <w:p/>
    <w:p>
      <w:r>
        <w:rPr>
          <w:b/>
          <w:sz w:val="24"/>
        </w:rPr>
        <w:t>Câu 19: Đặc điểm nào sau đây không đúng với cây ưa sáng?</w:t>
      </w:r>
    </w:p>
    <w:p>
      <w:pPr>
        <w:pStyle w:val="ListParagraph"/>
      </w:pPr>
      <w:r>
        <w:rPr>
          <w:sz w:val="22"/>
        </w:rPr>
        <w:t>A. Lá nhỏ, dày</w:t>
      </w:r>
    </w:p>
    <w:p>
      <w:pPr>
        <w:pStyle w:val="ListParagraph"/>
      </w:pPr>
      <w:r>
        <w:rPr>
          <w:sz w:val="22"/>
        </w:rPr>
        <w:t>B. Phiến lá lớn, mỏng</w:t>
      </w:r>
    </w:p>
    <w:p>
      <w:pPr>
        <w:pStyle w:val="ListParagraph"/>
      </w:pPr>
      <w:r>
        <w:rPr>
          <w:sz w:val="22"/>
        </w:rPr>
        <w:t>C. Thân cao, phân cành nhiều</w:t>
      </w:r>
    </w:p>
    <w:p>
      <w:pPr>
        <w:pStyle w:val="ListParagraph"/>
      </w:pPr>
      <w:r>
        <w:rPr>
          <w:sz w:val="22"/>
        </w:rPr>
        <w:t>D. Lá xếp xiên</w:t>
      </w:r>
    </w:p>
    <w:p/>
    <w:p>
      <w:r>
        <w:rPr>
          <w:b/>
          <w:sz w:val="24"/>
        </w:rPr>
        <w:t>Câu 20: Đặc điểm nào sau đây không đúng với cây ưa bóng?</w:t>
      </w:r>
    </w:p>
    <w:p>
      <w:pPr>
        <w:pStyle w:val="ListParagraph"/>
      </w:pPr>
      <w:r>
        <w:rPr>
          <w:sz w:val="22"/>
        </w:rPr>
        <w:t>A. Lá lớn, mỏng</w:t>
      </w:r>
    </w:p>
    <w:p>
      <w:pPr>
        <w:pStyle w:val="ListParagraph"/>
      </w:pPr>
      <w:r>
        <w:rPr>
          <w:sz w:val="22"/>
        </w:rPr>
        <w:t>B. Phiến lá nhỏ, dày</w:t>
      </w:r>
    </w:p>
    <w:p>
      <w:pPr>
        <w:pStyle w:val="ListParagraph"/>
      </w:pPr>
      <w:r>
        <w:rPr>
          <w:sz w:val="22"/>
        </w:rPr>
        <w:t>C. Thân thấp, ít phân cành</w:t>
      </w:r>
    </w:p>
    <w:p>
      <w:pPr>
        <w:pStyle w:val="ListParagraph"/>
      </w:pPr>
      <w:r>
        <w:rPr>
          <w:sz w:val="22"/>
        </w:rPr>
        <w:t>D. Lá xếp ngang</w:t>
      </w:r>
    </w:p>
    <w:p/>
    <w:p>
      <w:r>
        <w:rPr>
          <w:b/>
          <w:sz w:val="24"/>
        </w:rPr>
        <w:t>Câu 21: Cân bằng nước ở thực vật là gì?</w:t>
      </w:r>
    </w:p>
    <w:p>
      <w:pPr>
        <w:pStyle w:val="ListParagraph"/>
      </w:pPr>
      <w:r>
        <w:rPr>
          <w:sz w:val="22"/>
        </w:rPr>
        <w:t>A. Lượng nước hấp thụ bằng lượng nước thoát ra</w:t>
      </w:r>
    </w:p>
    <w:p>
      <w:pPr>
        <w:pStyle w:val="ListParagraph"/>
      </w:pPr>
      <w:r>
        <w:rPr>
          <w:sz w:val="22"/>
        </w:rPr>
        <w:t>B. Lượng nước hấp thụ lớn hơn lượng nước thoát ra</w:t>
      </w:r>
    </w:p>
    <w:p>
      <w:pPr>
        <w:pStyle w:val="ListParagraph"/>
      </w:pPr>
      <w:r>
        <w:rPr>
          <w:sz w:val="22"/>
        </w:rPr>
        <w:t>C. Lượng nước hấp thụ nhỏ hơn lượng nước thoát ra</w:t>
      </w:r>
    </w:p>
    <w:p>
      <w:pPr>
        <w:pStyle w:val="ListParagraph"/>
      </w:pPr>
      <w:r>
        <w:rPr>
          <w:sz w:val="22"/>
        </w:rPr>
        <w:t>D. Lượng nước hấp thụ không đổi</w:t>
      </w:r>
    </w:p>
    <w:p/>
    <w:p>
      <w:r>
        <w:rPr>
          <w:b/>
          <w:sz w:val="24"/>
        </w:rPr>
        <w:t>Câu 22: Hiện tượng cây bị héo khi thiếu nước là do?</w:t>
      </w:r>
    </w:p>
    <w:p>
      <w:pPr>
        <w:pStyle w:val="ListParagraph"/>
      </w:pPr>
      <w:r>
        <w:rPr>
          <w:sz w:val="22"/>
        </w:rPr>
        <w:t>A. Mất cân bằng nước</w:t>
      </w:r>
    </w:p>
    <w:p>
      <w:pPr>
        <w:pStyle w:val="ListParagraph"/>
      </w:pPr>
      <w:r>
        <w:rPr>
          <w:sz w:val="22"/>
        </w:rPr>
        <w:t>B. Thừa nước</w:t>
      </w:r>
    </w:p>
    <w:p>
      <w:pPr>
        <w:pStyle w:val="ListParagraph"/>
      </w:pPr>
      <w:r>
        <w:rPr>
          <w:sz w:val="22"/>
        </w:rPr>
        <w:t>C. Thiếu ánh sáng</w:t>
      </w:r>
    </w:p>
    <w:p>
      <w:pPr>
        <w:pStyle w:val="ListParagraph"/>
      </w:pPr>
      <w:r>
        <w:rPr>
          <w:sz w:val="22"/>
        </w:rPr>
        <w:t>D. Thiếu khoáng</w:t>
      </w:r>
    </w:p>
    <w:p/>
    <w:p>
      <w:r>
        <w:rPr>
          <w:b/>
          <w:sz w:val="24"/>
        </w:rPr>
        <w:t>Câu 23: Biện pháp nào sau đây giúp cây trồng chống chịu hạn?</w:t>
      </w:r>
    </w:p>
    <w:p>
      <w:pPr>
        <w:pStyle w:val="ListParagraph"/>
      </w:pPr>
      <w:r>
        <w:rPr>
          <w:sz w:val="22"/>
        </w:rPr>
        <w:t>A. Tưới nước đầy đủ</w:t>
      </w:r>
    </w:p>
    <w:p>
      <w:pPr>
        <w:pStyle w:val="ListParagraph"/>
      </w:pPr>
      <w:r>
        <w:rPr>
          <w:sz w:val="22"/>
        </w:rPr>
        <w:t>B. Che phủ đất</w:t>
      </w:r>
    </w:p>
    <w:p>
      <w:pPr>
        <w:pStyle w:val="ListParagraph"/>
      </w:pPr>
      <w:r>
        <w:rPr>
          <w:sz w:val="22"/>
        </w:rPr>
        <w:t>C. Chọn giống chịu hạn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24: Vì sao cây trên cạn bị ngập úng lâu ngày sẽ chết?</w:t>
      </w:r>
    </w:p>
    <w:p>
      <w:pPr>
        <w:pStyle w:val="ListParagraph"/>
      </w:pPr>
      <w:r>
        <w:rPr>
          <w:sz w:val="22"/>
        </w:rPr>
        <w:t>A. Rễ thiếu oxy, không hô hấp được</w:t>
      </w:r>
    </w:p>
    <w:p>
      <w:pPr>
        <w:pStyle w:val="ListParagraph"/>
      </w:pPr>
      <w:r>
        <w:rPr>
          <w:sz w:val="22"/>
        </w:rPr>
        <w:t>B. Rễ bị thối</w:t>
      </w:r>
    </w:p>
    <w:p>
      <w:pPr>
        <w:pStyle w:val="ListParagraph"/>
      </w:pPr>
      <w:r>
        <w:rPr>
          <w:sz w:val="22"/>
        </w:rPr>
        <w:t>C. Cây không hấp thụ được nước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25: Quá trình vận chuyển nước trong thân cây gỗ cao chủ yếu nhờ?</w:t>
      </w:r>
    </w:p>
    <w:p>
      <w:pPr>
        <w:pStyle w:val="ListParagraph"/>
      </w:pPr>
      <w:r>
        <w:rPr>
          <w:sz w:val="22"/>
        </w:rPr>
        <w:t>A. Lực đẩy của rễ</w:t>
      </w:r>
    </w:p>
    <w:p>
      <w:pPr>
        <w:pStyle w:val="ListParagraph"/>
      </w:pPr>
      <w:r>
        <w:rPr>
          <w:sz w:val="22"/>
        </w:rPr>
        <w:t>B. Lực hút của lá</w:t>
      </w:r>
    </w:p>
    <w:p>
      <w:pPr>
        <w:pStyle w:val="ListParagraph"/>
      </w:pPr>
      <w:r>
        <w:rPr>
          <w:sz w:val="22"/>
        </w:rPr>
        <w:t>C. Lực liên kết giữa các phân tử nước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26: Dòng mạch rây vận chuyển chủ yếu chất gì?</w:t>
      </w:r>
    </w:p>
    <w:p>
      <w:pPr>
        <w:pStyle w:val="ListParagraph"/>
      </w:pPr>
      <w:r>
        <w:rPr>
          <w:sz w:val="22"/>
        </w:rPr>
        <w:t>A. Nước và khoáng</w:t>
      </w:r>
    </w:p>
    <w:p>
      <w:pPr>
        <w:pStyle w:val="ListParagraph"/>
      </w:pPr>
      <w:r>
        <w:rPr>
          <w:sz w:val="22"/>
        </w:rPr>
        <w:t>B. Chất hữu cơ</w:t>
      </w:r>
    </w:p>
    <w:p>
      <w:pPr>
        <w:pStyle w:val="ListParagraph"/>
      </w:pPr>
      <w:r>
        <w:rPr>
          <w:sz w:val="22"/>
        </w:rPr>
        <w:t>C. Chất hữu cơ và khoáng</w:t>
      </w:r>
    </w:p>
    <w:p>
      <w:pPr>
        <w:pStyle w:val="ListParagraph"/>
      </w:pPr>
      <w:r>
        <w:rPr>
          <w:sz w:val="22"/>
        </w:rPr>
        <w:t>D. Nước và chất hữu cơ</w:t>
      </w:r>
    </w:p>
    <w:p/>
    <w:p>
      <w:r>
        <w:rPr>
          <w:b/>
          <w:sz w:val="24"/>
        </w:rPr>
        <w:t>Câu 27: Động lực của dòng mạch rây là?</w:t>
      </w:r>
    </w:p>
    <w:p>
      <w:pPr>
        <w:pStyle w:val="ListParagraph"/>
      </w:pPr>
      <w:r>
        <w:rPr>
          <w:sz w:val="22"/>
        </w:rPr>
        <w:t>A. Lực đẩy của rễ</w:t>
      </w:r>
    </w:p>
    <w:p>
      <w:pPr>
        <w:pStyle w:val="ListParagraph"/>
      </w:pPr>
      <w:r>
        <w:rPr>
          <w:sz w:val="22"/>
        </w:rPr>
        <w:t>B. Lực hút của lá</w:t>
      </w:r>
    </w:p>
    <w:p>
      <w:pPr>
        <w:pStyle w:val="ListParagraph"/>
      </w:pPr>
      <w:r>
        <w:rPr>
          <w:sz w:val="22"/>
        </w:rPr>
        <w:t>C. Chênh lệch áp suất thẩm thấu</w:t>
      </w:r>
    </w:p>
    <w:p>
      <w:pPr>
        <w:pStyle w:val="ListParagraph"/>
      </w:pPr>
      <w:r>
        <w:rPr>
          <w:sz w:val="22"/>
        </w:rPr>
        <w:t>D. Lực liên kết giữa các phân tử nước</w:t>
      </w:r>
    </w:p>
    <w:p/>
    <w:p>
      <w:r>
        <w:rPr>
          <w:b/>
          <w:sz w:val="24"/>
        </w:rPr>
        <w:t>Câu 28: Vì sao khi bón phân cho cây trồng cần phải tưới nước đầy đủ?</w:t>
      </w:r>
    </w:p>
    <w:p>
      <w:pPr>
        <w:pStyle w:val="ListParagraph"/>
      </w:pPr>
      <w:r>
        <w:rPr>
          <w:sz w:val="22"/>
        </w:rPr>
        <w:t>A. Để hòa tan phân bón</w:t>
      </w:r>
    </w:p>
    <w:p>
      <w:pPr>
        <w:pStyle w:val="ListParagraph"/>
      </w:pPr>
      <w:r>
        <w:rPr>
          <w:sz w:val="22"/>
        </w:rPr>
        <w:t>B. Để cây hấp thụ được phân bón</w:t>
      </w:r>
    </w:p>
    <w:p>
      <w:pPr>
        <w:pStyle w:val="ListParagraph"/>
      </w:pPr>
      <w:r>
        <w:rPr>
          <w:sz w:val="22"/>
        </w:rPr>
        <w:t>C. Để tránh hiện tượng cháy lá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29: Vì sao khi trồng cây, người ta thường cắt bớt lá?</w:t>
      </w:r>
    </w:p>
    <w:p>
      <w:pPr>
        <w:pStyle w:val="ListParagraph"/>
      </w:pPr>
      <w:r>
        <w:rPr>
          <w:sz w:val="22"/>
        </w:rPr>
        <w:t>A. Giảm thoát hơi nước</w:t>
      </w:r>
    </w:p>
    <w:p>
      <w:pPr>
        <w:pStyle w:val="ListParagraph"/>
      </w:pPr>
      <w:r>
        <w:rPr>
          <w:sz w:val="22"/>
        </w:rPr>
        <w:t>B. Giảm quang hợp</w:t>
      </w:r>
    </w:p>
    <w:p>
      <w:pPr>
        <w:pStyle w:val="ListParagraph"/>
      </w:pPr>
      <w:r>
        <w:rPr>
          <w:sz w:val="22"/>
        </w:rPr>
        <w:t>C. Giảm hô hấp</w:t>
      </w:r>
    </w:p>
    <w:p>
      <w:pPr>
        <w:pStyle w:val="ListParagraph"/>
      </w:pPr>
      <w:r>
        <w:rPr>
          <w:sz w:val="22"/>
        </w:rPr>
        <w:t>D. Giảm hấp thụ nước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