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Tiếng Anh lớp 3 - Mâu thuẫn chủ yếu trong lòng các nước tư bản chủ n</w:t>
      </w:r>
    </w:p>
    <w:p>
      <w:pPr>
        <w:jc w:val="center"/>
      </w:pPr>
      <w:r>
        <w:rPr>
          <w:sz w:val="22"/>
        </w:rPr>
        <w:t>Số câu: 27    Thời gian: _____ phút    Họ và tên: _________________________</w:t>
      </w:r>
    </w:p>
    <w:p/>
    <w:p>
      <w:r>
        <w:rPr>
          <w:b/>
          <w:sz w:val="24"/>
        </w:rPr>
        <w:t>Câu 1: Mâu thuẫn chủ yếu trong lòng các nước tư bản chủ nghĩa vào cuối thế kỷ XIX – đầu thế kỷ XX là gì?</w:t>
      </w:r>
    </w:p>
    <w:p>
      <w:pPr>
        <w:pStyle w:val="ListParagraph"/>
      </w:pPr>
      <w:r>
        <w:rPr>
          <w:sz w:val="22"/>
        </w:rPr>
        <w:t>A. Lật đổ chế độ phong kiến, thực dân cùng tàn tích của nó.</w:t>
      </w:r>
    </w:p>
    <w:p>
      <w:pPr>
        <w:pStyle w:val="ListParagraph"/>
      </w:pPr>
      <w:r>
        <w:rPr>
          <w:sz w:val="22"/>
        </w:rPr>
        <w:t>B. Tạo điều kiện cho sự phát triển của nền kinh tế tư bản chủ nghĩa.</w:t>
      </w:r>
    </w:p>
    <w:p>
      <w:pPr>
        <w:pStyle w:val="ListParagraph"/>
      </w:pPr>
      <w:r>
        <w:rPr>
          <w:sz w:val="22"/>
        </w:rPr>
        <w:t>C. Thiết lập nền thống trị của giai cấp tư sản.</w:t>
      </w:r>
    </w:p>
    <w:p>
      <w:pPr>
        <w:pStyle w:val="ListParagraph"/>
      </w:pPr>
      <w:r>
        <w:rPr>
          <w:sz w:val="22"/>
        </w:rPr>
        <w:t>D. Mở ra thời đại mới: thời đại thắng lợi của chủ nghĩa xã hội.</w:t>
      </w:r>
    </w:p>
    <w:p/>
    <w:p>
      <w:r>
        <w:rPr>
          <w:b/>
          <w:sz w:val="24"/>
        </w:rPr>
        <w:t>Câu 2: Đâu không phải là mục tiêu của các cuộc cách mạng tư sản?</w:t>
      </w:r>
    </w:p>
    <w:p>
      <w:pPr>
        <w:pStyle w:val="ListParagraph"/>
      </w:pPr>
      <w:r>
        <w:rPr>
          <w:sz w:val="22"/>
        </w:rPr>
        <w:t>A. Lật đổ chế độ phong kiến, thực dân cùng tàn tích của nó.</w:t>
      </w:r>
    </w:p>
    <w:p>
      <w:pPr>
        <w:pStyle w:val="ListParagraph"/>
      </w:pPr>
      <w:r>
        <w:rPr>
          <w:sz w:val="22"/>
        </w:rPr>
        <w:t>B. Tạo điều kiện cho sự phát triển của nền kinh tế tư bản chủ nghĩa.</w:t>
      </w:r>
    </w:p>
    <w:p>
      <w:pPr>
        <w:pStyle w:val="ListParagraph"/>
      </w:pPr>
      <w:r>
        <w:rPr>
          <w:sz w:val="22"/>
        </w:rPr>
        <w:t>C. Thiết lập nền thống trị của giai cấp tư sản.</w:t>
      </w:r>
    </w:p>
    <w:p>
      <w:pPr>
        <w:pStyle w:val="ListParagraph"/>
      </w:pPr>
      <w:r>
        <w:rPr>
          <w:sz w:val="22"/>
        </w:rPr>
        <w:t>D. Mở ra thời đại mới: thời đại thắng lợi của chủ nghĩa xã hội.</w:t>
      </w:r>
    </w:p>
    <w:p/>
    <w:p>
      <w:r>
        <w:rPr>
          <w:b/>
          <w:sz w:val="24"/>
        </w:rPr>
        <w:t>Câu 3: Từ thế kỷ XVIII đến cuối thế kỷ XIX gắn với sự hình thành của</w:t>
      </w:r>
    </w:p>
    <w:p>
      <w:pPr>
        <w:pStyle w:val="ListParagraph"/>
      </w:pPr>
      <w:r>
        <w:rPr>
          <w:sz w:val="22"/>
        </w:rPr>
        <w:t>A. chủ nghĩa tư bản độc quyền.</w:t>
      </w:r>
    </w:p>
    <w:p>
      <w:pPr>
        <w:pStyle w:val="ListParagraph"/>
      </w:pPr>
      <w:r>
        <w:rPr>
          <w:sz w:val="22"/>
        </w:rPr>
        <w:t>B. chủ nghĩa tư bản hiện đại.</w:t>
      </w:r>
    </w:p>
    <w:p>
      <w:pPr>
        <w:pStyle w:val="ListParagraph"/>
      </w:pPr>
      <w:r>
        <w:rPr>
          <w:sz w:val="22"/>
        </w:rPr>
        <w:t>C. chủ nghĩa tư bản tự do cạnh tranh.</w:t>
      </w:r>
    </w:p>
    <w:p>
      <w:pPr>
        <w:pStyle w:val="ListParagraph"/>
      </w:pPr>
      <w:r>
        <w:rPr>
          <w:sz w:val="22"/>
        </w:rPr>
        <w:t>D. hệ thống xã hội chủ nghĩa.</w:t>
      </w:r>
    </w:p>
    <w:p/>
    <w:p>
      <w:r>
        <w:rPr>
          <w:b/>
          <w:sz w:val="24"/>
        </w:rPr>
        <w:t>Câu 4: Chủ nghĩa tư bản hiện đại có biểu hiện tiêu biểu nào?</w:t>
      </w:r>
    </w:p>
    <w:p>
      <w:pPr>
        <w:pStyle w:val="ListParagraph"/>
      </w:pPr>
      <w:r>
        <w:rPr>
          <w:sz w:val="22"/>
        </w:rPr>
        <w:t>A. Có nguồn nguyên liệu và nhân công dồi dào.</w:t>
      </w:r>
    </w:p>
    <w:p>
      <w:pPr>
        <w:pStyle w:val="ListParagraph"/>
      </w:pPr>
      <w:r>
        <w:rPr>
          <w:sz w:val="22"/>
        </w:rPr>
        <w:t>B. Có khả năng giải quyết tốt tranh chấp, xung đột trên thế giới.</w:t>
      </w:r>
    </w:p>
    <w:p>
      <w:pPr>
        <w:pStyle w:val="ListParagraph"/>
      </w:pPr>
      <w:r>
        <w:rPr>
          <w:sz w:val="22"/>
        </w:rPr>
        <w:t>C. Có sự phân hóa giàu nghèo ngày càng sâu sắc giữa các nước tư bản.</w:t>
      </w:r>
    </w:p>
    <w:p>
      <w:pPr>
        <w:pStyle w:val="ListParagraph"/>
      </w:pPr>
      <w:r>
        <w:rPr>
          <w:sz w:val="22"/>
        </w:rPr>
        <w:t>D. Có sức sản xuất phát triển cao trên cơ sở thành tựu cách mạng khoa học - công nghệ.</w:t>
      </w:r>
    </w:p>
    <w:p/>
    <w:p>
      <w:r>
        <w:rPr>
          <w:b/>
          <w:sz w:val="24"/>
        </w:rPr>
        <w:t>Câu 5: Thách thức mà Chủ nghĩa tư bản hiện đại phải đối mặt là gì?</w:t>
      </w:r>
    </w:p>
    <w:p>
      <w:pPr>
        <w:pStyle w:val="ListParagraph"/>
      </w:pPr>
      <w:r>
        <w:rPr>
          <w:sz w:val="22"/>
        </w:rPr>
        <w:t>A. Khủng hoảng kinh tế, tài chính mang tính toàn cầu.</w:t>
      </w:r>
    </w:p>
    <w:p>
      <w:pPr>
        <w:pStyle w:val="ListParagraph"/>
      </w:pPr>
      <w:r>
        <w:rPr>
          <w:sz w:val="22"/>
        </w:rPr>
        <w:t>B. Sức sản xuất của các ngành kinh tế ngày càng cao.</w:t>
      </w:r>
    </w:p>
    <w:p>
      <w:pPr>
        <w:pStyle w:val="ListParagraph"/>
      </w:pPr>
      <w:r>
        <w:rPr>
          <w:sz w:val="22"/>
        </w:rPr>
        <w:t>C. Khoa học công nghệ phát triển và ngày càng mở rộng.</w:t>
      </w:r>
    </w:p>
    <w:p>
      <w:pPr>
        <w:pStyle w:val="ListParagraph"/>
      </w:pPr>
      <w:r>
        <w:rPr>
          <w:sz w:val="22"/>
        </w:rPr>
        <w:t>D. Lực lượng lao động ngày càng chất lượng cao.</w:t>
      </w:r>
    </w:p>
    <w:p/>
    <w:p>
      <w:r>
        <w:rPr>
          <w:b/>
          <w:sz w:val="24"/>
        </w:rPr>
        <w:t>Câu 6: Để giải quyết những mâu thuẫn xung quanh vấn đề thuộc địa vào đầu thế kỷ XX, các nước đế quốc đã</w:t>
      </w:r>
    </w:p>
    <w:p>
      <w:pPr>
        <w:pStyle w:val="ListParagraph"/>
      </w:pPr>
      <w:r>
        <w:rPr>
          <w:sz w:val="22"/>
        </w:rPr>
        <w:t>A. thành lập liên minh các nước đế quốc để chống lại nước Anh.</w:t>
      </w:r>
    </w:p>
    <w:p>
      <w:pPr>
        <w:pStyle w:val="ListParagraph"/>
      </w:pPr>
      <w:r>
        <w:rPr>
          <w:sz w:val="22"/>
        </w:rPr>
        <w:t>B. tiến hành cải cách kinh tế, chính trị sâu rộng để tạo ảnh hưởng.</w:t>
      </w:r>
    </w:p>
    <w:p>
      <w:pPr>
        <w:pStyle w:val="ListParagraph"/>
      </w:pPr>
      <w:r>
        <w:rPr>
          <w:sz w:val="22"/>
        </w:rPr>
        <w:t>C. đàn áp các phong trào đấu tranh của nhân dân trong nước.</w:t>
      </w:r>
    </w:p>
    <w:p>
      <w:pPr>
        <w:pStyle w:val="ListParagraph"/>
      </w:pPr>
      <w:r>
        <w:rPr>
          <w:sz w:val="22"/>
        </w:rPr>
        <w:t>D. gây ra cuộc chiến tranh thế giới để chia lại thị trường, thuộc địa.</w:t>
      </w:r>
    </w:p>
    <w:p/>
    <w:p>
      <w:r>
        <w:rPr>
          <w:b/>
          <w:sz w:val="24"/>
        </w:rPr>
        <w:t>Câu 7: Đặc điểm mới của Chủ nghĩa tư bản hiện đại là</w:t>
      </w:r>
    </w:p>
    <w:p>
      <w:pPr>
        <w:pStyle w:val="ListParagraph"/>
      </w:pPr>
      <w:r>
        <w:rPr>
          <w:sz w:val="22"/>
        </w:rPr>
        <w:t>A. Chủ nghĩa tư bản tự do cạnh tranh.</w:t>
      </w:r>
    </w:p>
    <w:p>
      <w:pPr>
        <w:pStyle w:val="ListParagraph"/>
      </w:pPr>
      <w:r>
        <w:rPr>
          <w:sz w:val="22"/>
        </w:rPr>
        <w:t>B. Chủ nghĩa tư bản toàn cầu hóa.</w:t>
      </w:r>
    </w:p>
    <w:p>
      <w:pPr>
        <w:pStyle w:val="ListParagraph"/>
      </w:pPr>
      <w:r>
        <w:rPr>
          <w:sz w:val="22"/>
        </w:rPr>
        <w:t>C. Chủ nghĩa tư bản độc quyền.</w:t>
      </w:r>
    </w:p>
    <w:p>
      <w:pPr>
        <w:pStyle w:val="ListParagraph"/>
      </w:pPr>
      <w:r>
        <w:rPr>
          <w:sz w:val="22"/>
        </w:rPr>
        <w:t>D. Chủ nghĩa tư bản công nghiệp.</w:t>
      </w:r>
    </w:p>
    <w:p/>
    <w:p>
      <w:r>
        <w:rPr>
          <w:b/>
          <w:sz w:val="24"/>
        </w:rPr>
        <w:t>Câu 8: Đại hội Xô viết toàn Nga lần thứ hai khai mạc tại Điện Xmô-nưi (25-10-1917) đã thông quyết định nào sau đây?</w:t>
      </w:r>
    </w:p>
    <w:p>
      <w:pPr>
        <w:pStyle w:val="ListParagraph"/>
      </w:pPr>
      <w:r>
        <w:rPr>
          <w:sz w:val="22"/>
        </w:rPr>
        <w:t>A. Thành lập Chính quyền Xô viết do Lê-nin đứng đầu.</w:t>
      </w:r>
    </w:p>
    <w:p>
      <w:pPr>
        <w:pStyle w:val="ListParagraph"/>
      </w:pPr>
      <w:r>
        <w:rPr>
          <w:sz w:val="22"/>
        </w:rPr>
        <w:t>B. Tham chiến chống Phát xít Nhật ở châu Á.</w:t>
      </w:r>
    </w:p>
    <w:p>
      <w:pPr>
        <w:pStyle w:val="ListParagraph"/>
      </w:pPr>
      <w:r>
        <w:rPr>
          <w:sz w:val="22"/>
        </w:rPr>
        <w:t>C. Thành lập khối Đồng minh chống phát xít.</w:t>
      </w:r>
    </w:p>
    <w:p>
      <w:pPr>
        <w:pStyle w:val="ListParagraph"/>
      </w:pPr>
      <w:r>
        <w:rPr>
          <w:sz w:val="22"/>
        </w:rPr>
        <w:t>D. Thành lập Chính phủ tư sản lâm thời.</w:t>
      </w:r>
    </w:p>
    <w:p/>
    <w:p>
      <w:r>
        <w:rPr>
          <w:b/>
          <w:sz w:val="24"/>
        </w:rPr>
        <w:t>Câu 9: Đại hội lần thứ nhất các Xô viết toàn Liên bang diễn ra ra cuối tháng 12 năm 1922 đã tuyên bố thành lập</w:t>
      </w:r>
    </w:p>
    <w:p>
      <w:pPr>
        <w:pStyle w:val="ListParagraph"/>
      </w:pPr>
      <w:r>
        <w:rPr>
          <w:sz w:val="22"/>
        </w:rPr>
        <w:t>A. Liên bang cộng hoà xã hội chủ nghĩa viết (gọi tắt là Liên xô).</w:t>
      </w:r>
    </w:p>
    <w:p>
      <w:pPr>
        <w:pStyle w:val="ListParagraph"/>
      </w:pPr>
      <w:r>
        <w:rPr>
          <w:sz w:val="22"/>
        </w:rPr>
        <w:t>B. Cộng hoà Xô viết đầu tiên là Nga, Ucraina, Bêlarút và Captazơ.</w:t>
      </w:r>
    </w:p>
    <w:p>
      <w:pPr>
        <w:pStyle w:val="ListParagraph"/>
      </w:pPr>
      <w:r>
        <w:rPr>
          <w:sz w:val="22"/>
        </w:rPr>
        <w:t>C. Cộng đồng các quốc gia độc lập (SNG).</w:t>
      </w:r>
    </w:p>
    <w:p>
      <w:pPr>
        <w:pStyle w:val="ListParagraph"/>
      </w:pPr>
      <w:r>
        <w:rPr>
          <w:sz w:val="22"/>
        </w:rPr>
        <w:t>D. nước Nga Xô viết Xã hội chủ nghĩa.</w:t>
      </w:r>
    </w:p>
    <w:p/>
    <w:p>
      <w:r>
        <w:rPr>
          <w:b/>
          <w:sz w:val="24"/>
        </w:rPr>
        <w:t>Câu 10: Năm 1924, Hiến pháp đầu tiên của Liên Xô đã</w:t>
      </w:r>
    </w:p>
    <w:p>
      <w:pPr>
        <w:pStyle w:val="ListParagraph"/>
      </w:pPr>
      <w:r>
        <w:rPr>
          <w:sz w:val="22"/>
        </w:rPr>
        <w:t>A. hoàn thành quá trình thành lập nhà nước Liên Xô.</w:t>
      </w:r>
    </w:p>
    <w:p>
      <w:pPr>
        <w:pStyle w:val="ListParagraph"/>
      </w:pPr>
      <w:r>
        <w:rPr>
          <w:sz w:val="22"/>
        </w:rPr>
        <w:t>B. kết thúc cuộc chiến tranh bảo vệ tổ quốc.</w:t>
      </w:r>
    </w:p>
    <w:p>
      <w:pPr>
        <w:pStyle w:val="ListParagraph"/>
      </w:pPr>
      <w:r>
        <w:rPr>
          <w:sz w:val="22"/>
        </w:rPr>
        <w:t>C. giải quyết yêu cầu hòa bình cho nhân dân.</w:t>
      </w:r>
    </w:p>
    <w:p>
      <w:pPr>
        <w:pStyle w:val="ListParagraph"/>
      </w:pPr>
      <w:r>
        <w:rPr>
          <w:sz w:val="22"/>
        </w:rPr>
        <w:t>D. giải quyết vấn đề ruộng đất cho nông dân.</w:t>
      </w:r>
    </w:p>
    <w:p/>
    <w:p>
      <w:r>
        <w:rPr>
          <w:b/>
          <w:sz w:val="24"/>
        </w:rPr>
        <w:t>Câu 11: Sự ra đời của Liên bang cộng hoà xã hội chủ nghĩa Xô Viết (1922) đã</w:t>
      </w:r>
    </w:p>
    <w:p>
      <w:pPr>
        <w:pStyle w:val="ListParagraph"/>
      </w:pPr>
      <w:r>
        <w:rPr>
          <w:sz w:val="22"/>
        </w:rPr>
        <w:t>A. giải phóng dân tộc trên toàn thế giới.</w:t>
      </w:r>
    </w:p>
    <w:p>
      <w:pPr>
        <w:pStyle w:val="ListParagraph"/>
      </w:pPr>
      <w:r>
        <w:rPr>
          <w:sz w:val="22"/>
        </w:rPr>
        <w:t>B. liên kết phong trào công nhân các nước tư bản.</w:t>
      </w:r>
    </w:p>
    <w:p>
      <w:pPr>
        <w:pStyle w:val="ListParagraph"/>
      </w:pPr>
      <w:r>
        <w:rPr>
          <w:sz w:val="22"/>
        </w:rPr>
        <w:t>C. tạo sức mạnh tổng hợp để xây dựng đất nước.</w:t>
      </w:r>
    </w:p>
    <w:p>
      <w:pPr>
        <w:pStyle w:val="ListParagraph"/>
      </w:pPr>
      <w:r>
        <w:rPr>
          <w:sz w:val="22"/>
        </w:rPr>
        <w:t>D. đập tan âm mưu xâm lược của các nước đế quốc.</w:t>
      </w:r>
    </w:p>
    <w:p/>
    <w:p>
      <w:r>
        <w:rPr>
          <w:b/>
          <w:sz w:val="24"/>
        </w:rPr>
        <w:t>Câu 12: Liên bang Cộng hoà xã hội chủ nghĩa Xô viết được thành lập trong bối cảnh lịch sử nào sau đây?</w:t>
      </w:r>
    </w:p>
    <w:p>
      <w:pPr>
        <w:pStyle w:val="ListParagraph"/>
      </w:pPr>
      <w:r>
        <w:rPr>
          <w:sz w:val="22"/>
        </w:rPr>
        <w:t>A. Các nước cộng hoà Xô viết phát triển không đồng đều về kinh tế.</w:t>
      </w:r>
    </w:p>
    <w:p>
      <w:pPr>
        <w:pStyle w:val="ListParagraph"/>
      </w:pPr>
      <w:r>
        <w:rPr>
          <w:sz w:val="22"/>
        </w:rPr>
        <w:t>B. Mâu thuẫn giữa các dân tộc Nga với chế độ Nga hoàng gay gắt.</w:t>
      </w:r>
    </w:p>
    <w:p>
      <w:pPr>
        <w:pStyle w:val="ListParagraph"/>
      </w:pPr>
      <w:r>
        <w:rPr>
          <w:sz w:val="22"/>
        </w:rPr>
        <w:t>C. Các nước cộng hoà Xô viết có sự thống nhất về chính sách phát triển.</w:t>
      </w:r>
    </w:p>
    <w:p>
      <w:pPr>
        <w:pStyle w:val="ListParagraph"/>
      </w:pPr>
      <w:r>
        <w:rPr>
          <w:sz w:val="22"/>
        </w:rPr>
        <w:t>D. Mâu thuẫn giữa nước Nga với các nước cộng hoà Xô viết gay gắt.</w:t>
      </w:r>
    </w:p>
    <w:p/>
    <w:p>
      <w:r>
        <w:rPr>
          <w:b/>
          <w:sz w:val="24"/>
        </w:rPr>
        <w:t>Câu 13: Một trong những tư tưởng chỉ đạo của Lê-nin trong việc thành lập Liên bang cộng hoà xã hội chủ nghĩa Xô viết năm 1922 là</w:t>
      </w:r>
    </w:p>
    <w:p>
      <w:pPr>
        <w:pStyle w:val="ListParagraph"/>
      </w:pPr>
      <w:r>
        <w:rPr>
          <w:sz w:val="22"/>
        </w:rPr>
        <w:t>A. sự bình đẳng về mọi mặt.</w:t>
      </w:r>
    </w:p>
    <w:p>
      <w:pPr>
        <w:pStyle w:val="ListParagraph"/>
      </w:pPr>
      <w:r>
        <w:rPr>
          <w:sz w:val="22"/>
        </w:rPr>
        <w:t>B. phân biệt về tôn giáo.</w:t>
      </w:r>
    </w:p>
    <w:p>
      <w:pPr>
        <w:pStyle w:val="ListParagraph"/>
      </w:pPr>
      <w:r>
        <w:rPr>
          <w:sz w:val="22"/>
        </w:rPr>
        <w:t>C. đồng hóa về văn hóa.</w:t>
      </w:r>
    </w:p>
    <w:p>
      <w:pPr>
        <w:pStyle w:val="ListParagraph"/>
      </w:pPr>
      <w:r>
        <w:rPr>
          <w:sz w:val="22"/>
        </w:rPr>
        <w:t>D. phân biệt về chủng tộc.</w:t>
      </w:r>
    </w:p>
    <w:p/>
    <w:p>
      <w:r>
        <w:rPr>
          <w:b/>
          <w:sz w:val="24"/>
        </w:rPr>
        <w:t>Câu 14: Mục tiêu của việc thành lập Liên bang cộng hoà xã hội chủ nghĩa Xô viết là</w:t>
      </w:r>
    </w:p>
    <w:p>
      <w:pPr>
        <w:pStyle w:val="ListParagraph"/>
      </w:pPr>
      <w:r>
        <w:rPr>
          <w:sz w:val="22"/>
        </w:rPr>
        <w:t>A. chống lại sự tấn công của 14 nước đế quốc.</w:t>
      </w:r>
    </w:p>
    <w:p>
      <w:pPr>
        <w:pStyle w:val="ListParagraph"/>
      </w:pPr>
      <w:r>
        <w:rPr>
          <w:sz w:val="22"/>
        </w:rPr>
        <w:t>B. thực hiện hiệu quả chính sách kinh tế mới.</w:t>
      </w:r>
    </w:p>
    <w:p>
      <w:pPr>
        <w:pStyle w:val="ListParagraph"/>
      </w:pPr>
      <w:r>
        <w:rPr>
          <w:sz w:val="22"/>
        </w:rPr>
        <w:t>C. hợp tác, giúp đỡ lẫn nhau để cùng phát triển.</w:t>
      </w:r>
    </w:p>
    <w:p>
      <w:pPr>
        <w:pStyle w:val="ListParagraph"/>
      </w:pPr>
      <w:r>
        <w:rPr>
          <w:sz w:val="22"/>
        </w:rPr>
        <w:t>D. chống lại cuộc tấn công của phát xít Đức.</w:t>
      </w:r>
    </w:p>
    <w:p/>
    <w:p>
      <w:r>
        <w:rPr>
          <w:b/>
          <w:sz w:val="24"/>
        </w:rPr>
        <w:t>Câu 15: Với thắng lợi của các cuộc cách mạng dân chủ nhân dân ở các nước Đông Âu, chủ nghĩa xã hội</w:t>
      </w:r>
    </w:p>
    <w:p>
      <w:pPr>
        <w:pStyle w:val="ListParagraph"/>
      </w:pPr>
      <w:r>
        <w:rPr>
          <w:sz w:val="22"/>
        </w:rPr>
        <w:t>A. vượt ra khỏi phạm vi một nước, trở thành một hệ thống thế giới.</w:t>
      </w:r>
    </w:p>
    <w:p>
      <w:pPr>
        <w:pStyle w:val="ListParagraph"/>
      </w:pPr>
      <w:r>
        <w:rPr>
          <w:sz w:val="22"/>
        </w:rPr>
        <w:t>B. vượt ra khỏi phạm vi một khu vực, trở thành một hệ thống thế giới.</w:t>
      </w:r>
    </w:p>
    <w:p>
      <w:pPr>
        <w:pStyle w:val="ListParagraph"/>
      </w:pPr>
      <w:r>
        <w:rPr>
          <w:sz w:val="22"/>
        </w:rPr>
        <w:t>C. vượt ra khỏi phạm vi một châu lục, trở thành một hệ thống thế giới.</w:t>
      </w:r>
    </w:p>
    <w:p>
      <w:pPr>
        <w:pStyle w:val="ListParagraph"/>
      </w:pPr>
      <w:r>
        <w:rPr>
          <w:sz w:val="22"/>
        </w:rPr>
        <w:t>D. vượt ra khỏi phạm vi một vùng, trở thành một hệ thống toàn cầu.</w:t>
      </w:r>
    </w:p>
    <w:p/>
    <w:p>
      <w:r>
        <w:rPr>
          <w:b/>
          <w:sz w:val="24"/>
        </w:rPr>
        <w:t>Câu 16: Từ cuối những năm 80 của thế kỉ XX, các nước xã hội ở Đông Âu và Liên Xô</w:t>
      </w:r>
    </w:p>
    <w:p>
      <w:pPr>
        <w:pStyle w:val="ListParagraph"/>
      </w:pPr>
      <w:r>
        <w:rPr>
          <w:sz w:val="22"/>
        </w:rPr>
        <w:t>A. phát triển mạnh mẽ, đạt nhiều thành tựu.</w:t>
      </w:r>
    </w:p>
    <w:p>
      <w:pPr>
        <w:pStyle w:val="ListParagraph"/>
      </w:pPr>
      <w:r>
        <w:rPr>
          <w:sz w:val="22"/>
        </w:rPr>
        <w:t>B. bước đầu khôi phục và phát triển kinh tế.</w:t>
      </w:r>
    </w:p>
    <w:p>
      <w:pPr>
        <w:pStyle w:val="ListParagraph"/>
      </w:pPr>
      <w:r>
        <w:rPr>
          <w:sz w:val="22"/>
        </w:rPr>
        <w:t>C. khủng hoảng trầm trọng và đi đến sụp đổ.</w:t>
      </w:r>
    </w:p>
    <w:p>
      <w:pPr>
        <w:pStyle w:val="ListParagraph"/>
      </w:pPr>
      <w:r>
        <w:rPr>
          <w:sz w:val="22"/>
        </w:rPr>
        <w:t>D. vượt qua khủng hoảng và cải cách chế độ.</w:t>
      </w:r>
    </w:p>
    <w:p/>
    <w:p>
      <w:r>
        <w:rPr>
          <w:b/>
          <w:sz w:val="24"/>
        </w:rPr>
        <w:t>Câu 17: Việc các nước châu Á, đặc biệt là Trung Quốc, đi theo con đường xây dựng chủ nghĩa xã hội</w:t>
      </w:r>
    </w:p>
    <w:p>
      <w:pPr>
        <w:pStyle w:val="ListParagraph"/>
      </w:pPr>
      <w:r>
        <w:rPr>
          <w:sz w:val="22"/>
        </w:rPr>
        <w:t>A. đánh dấu sự mở rộng, tăng cường sức mạnh của chủ nghĩa xã hội.</w:t>
      </w:r>
    </w:p>
    <w:p>
      <w:pPr>
        <w:pStyle w:val="ListParagraph"/>
      </w:pPr>
      <w:r>
        <w:rPr>
          <w:sz w:val="22"/>
        </w:rPr>
        <w:t>B. đánh dấu sự hình thành của hệ thống xã hội chủ nghĩa trên thế giới.</w:t>
      </w:r>
    </w:p>
    <w:p>
      <w:pPr>
        <w:pStyle w:val="ListParagraph"/>
      </w:pPr>
      <w:r>
        <w:rPr>
          <w:sz w:val="22"/>
        </w:rPr>
        <w:t>C. xác lập hoàn chỉnh cục diện hai phe: tư bản chủ nghĩa và xã hội chủ nghĩa.</w:t>
      </w:r>
    </w:p>
    <w:p>
      <w:pPr>
        <w:pStyle w:val="ListParagraph"/>
      </w:pPr>
      <w:r>
        <w:rPr>
          <w:sz w:val="22"/>
        </w:rPr>
        <w:t>D. khẳng định sự thắng lợi hoàn toàn của chủ nghĩa xã hội ở khu vực châu Á.</w:t>
      </w:r>
    </w:p>
    <w:p/>
    <w:p>
      <w:r>
        <w:rPr>
          <w:b/>
          <w:sz w:val="24"/>
        </w:rPr>
        <w:t>Câu 18: Quốc gia nào sau đây mở rộng phạm vi không gian của chủ nghĩa xã hội sang khu vực Mĩ Latinh?</w:t>
      </w:r>
    </w:p>
    <w:p>
      <w:pPr>
        <w:pStyle w:val="ListParagraph"/>
      </w:pPr>
      <w:r>
        <w:rPr>
          <w:sz w:val="22"/>
        </w:rPr>
        <w:t>A. Cuba.</w:t>
      </w:r>
    </w:p>
    <w:p>
      <w:pPr>
        <w:pStyle w:val="ListParagraph"/>
      </w:pPr>
      <w:r>
        <w:rPr>
          <w:sz w:val="22"/>
        </w:rPr>
        <w:t>B. Ai Cập.</w:t>
      </w:r>
    </w:p>
    <w:p>
      <w:pPr>
        <w:pStyle w:val="ListParagraph"/>
      </w:pPr>
      <w:r>
        <w:rPr>
          <w:sz w:val="22"/>
        </w:rPr>
        <w:t>C. Braxin.</w:t>
      </w:r>
    </w:p>
    <w:p>
      <w:pPr>
        <w:pStyle w:val="ListParagraph"/>
      </w:pPr>
      <w:r>
        <w:rPr>
          <w:sz w:val="22"/>
        </w:rPr>
        <w:t>D. Libi.</w:t>
      </w:r>
    </w:p>
    <w:p/>
    <w:p>
      <w:r>
        <w:rPr>
          <w:b/>
          <w:sz w:val="24"/>
        </w:rPr>
        <w:t>Câu 19: Sự kiện nào sau đây đã đánh dấu chủ nghĩa xã hội mở rộng từ châu Âu sang châu Á?</w:t>
      </w:r>
    </w:p>
    <w:p>
      <w:pPr>
        <w:pStyle w:val="ListParagraph"/>
      </w:pPr>
      <w:r>
        <w:rPr>
          <w:sz w:val="22"/>
        </w:rPr>
        <w:t>A. Thắng lợi của cách mạng Trung Quốc (1949).</w:t>
      </w:r>
    </w:p>
    <w:p>
      <w:pPr>
        <w:pStyle w:val="ListParagraph"/>
      </w:pPr>
      <w:r>
        <w:rPr>
          <w:sz w:val="22"/>
        </w:rPr>
        <w:t>B. Nước Cộng hòa Ấn Độ thành lập (1950).</w:t>
      </w:r>
    </w:p>
    <w:p>
      <w:pPr>
        <w:pStyle w:val="ListParagraph"/>
      </w:pPr>
      <w:r>
        <w:rPr>
          <w:sz w:val="22"/>
        </w:rPr>
        <w:t>C. Chiến thắng Điện Biên Phủ ở Việt Nam (1954).</w:t>
      </w:r>
    </w:p>
    <w:p>
      <w:pPr>
        <w:pStyle w:val="ListParagraph"/>
      </w:pPr>
      <w:r>
        <w:rPr>
          <w:sz w:val="22"/>
        </w:rPr>
        <w:t>D. Nước Cộng hòa Dân chủ Nhân dân Lào thành lập (1975).</w:t>
      </w:r>
    </w:p>
    <w:p/>
    <w:p>
      <w:r>
        <w:rPr>
          <w:b/>
          <w:sz w:val="24"/>
        </w:rPr>
        <w:t>Câu 20: Sự kiện nào đã kết thúc thời kỳ tồn tại của hệ thống xã hội chủ nghĩa trên thế giới cuối thế kỷ XX?</w:t>
      </w:r>
    </w:p>
    <w:p>
      <w:pPr>
        <w:pStyle w:val="ListParagraph"/>
      </w:pPr>
      <w:r>
        <w:rPr>
          <w:sz w:val="22"/>
        </w:rPr>
        <w:t>A. Sự sụp đổ của CNXH ở Liên Xô và Đông Âu.</w:t>
      </w:r>
    </w:p>
    <w:p>
      <w:pPr>
        <w:pStyle w:val="ListParagraph"/>
      </w:pPr>
      <w:r>
        <w:rPr>
          <w:sz w:val="22"/>
        </w:rPr>
        <w:t>B. Tổ chức hiệp ước Vác-sava tuyên bố giải thể.</w:t>
      </w:r>
    </w:p>
    <w:p>
      <w:pPr>
        <w:pStyle w:val="ListParagraph"/>
      </w:pPr>
      <w:r>
        <w:rPr>
          <w:sz w:val="22"/>
        </w:rPr>
        <w:t>C. Hội đồng tương trợ kinh tế (SEV) dừng hoạt động.</w:t>
      </w:r>
    </w:p>
    <w:p>
      <w:pPr>
        <w:pStyle w:val="ListParagraph"/>
      </w:pPr>
      <w:r>
        <w:rPr>
          <w:sz w:val="22"/>
        </w:rPr>
        <w:t>D. Cuộc khủng hoảng kinh tế - xã hội ở Trung Quốc.</w:t>
      </w:r>
    </w:p>
    <w:p/>
    <w:p>
      <w:r>
        <w:rPr>
          <w:b/>
          <w:sz w:val="24"/>
        </w:rPr>
        <w:t>Câu 21: Đâu không phải là mục tiêu của Cách mạng không gian hành tinh?</w:t>
      </w:r>
    </w:p>
    <w:p>
      <w:pPr>
        <w:pStyle w:val="ListParagraph"/>
      </w:pPr>
      <w:r>
        <w:rPr>
          <w:sz w:val="22"/>
        </w:rPr>
        <w:t>A. Lật đổ chế độ phong kiến, thực dân cùng tên Bách của s</w:t>
      </w:r>
    </w:p>
    <w:p>
      <w:pPr>
        <w:pStyle w:val="ListParagraph"/>
      </w:pPr>
      <w:r>
        <w:rPr>
          <w:sz w:val="22"/>
        </w:rPr>
        <w:t>B. Tạo điều kiện cho sự phát triển của nền kinh tế tư bản chủ nghĩa</w:t>
      </w:r>
    </w:p>
    <w:p>
      <w:pPr>
        <w:pStyle w:val="ListParagraph"/>
      </w:pPr>
      <w:r>
        <w:rPr>
          <w:sz w:val="22"/>
        </w:rPr>
        <w:t>C. Thiết lập nền thống trị của giai cấp tư sản.</w:t>
      </w:r>
    </w:p>
    <w:p>
      <w:pPr>
        <w:pStyle w:val="ListParagraph"/>
      </w:pPr>
      <w:r>
        <w:rPr>
          <w:sz w:val="22"/>
        </w:rPr>
        <w:t>D. Mở ra thời đại mới: thời đại thắng lợi của chủ nghĩa xã hội.</w:t>
      </w:r>
    </w:p>
    <w:p/>
    <w:p>
      <w:r>
        <w:rPr>
          <w:b/>
          <w:sz w:val="24"/>
        </w:rPr>
        <w:t>Câu 22: Từ thế kỉ XVIII đến cuối thế kỉ XIX gắn với sự hình thành của</w:t>
      </w:r>
    </w:p>
    <w:p>
      <w:pPr>
        <w:pStyle w:val="ListParagraph"/>
      </w:pPr>
      <w:r>
        <w:rPr>
          <w:sz w:val="22"/>
        </w:rPr>
        <w:t>A. chủ nghĩa tư bản độc quyền.</w:t>
      </w:r>
    </w:p>
    <w:p>
      <w:pPr>
        <w:pStyle w:val="ListParagraph"/>
      </w:pPr>
      <w:r>
        <w:rPr>
          <w:sz w:val="22"/>
        </w:rPr>
        <w:t>B. chủ nghĩa tư bản hiện đại.</w:t>
      </w:r>
    </w:p>
    <w:p>
      <w:pPr>
        <w:pStyle w:val="ListParagraph"/>
      </w:pPr>
      <w:r>
        <w:rPr>
          <w:sz w:val="22"/>
        </w:rPr>
        <w:t>C. chủ nghĩa tư bản tự do cạnh tranh.</w:t>
      </w:r>
    </w:p>
    <w:p>
      <w:pPr>
        <w:pStyle w:val="ListParagraph"/>
      </w:pPr>
      <w:r>
        <w:rPr>
          <w:sz w:val="22"/>
        </w:rPr>
        <w:t>D. hệ thống xã hội chủ nghĩa.</w:t>
      </w:r>
    </w:p>
    <w:p/>
    <w:p>
      <w:r>
        <w:rPr>
          <w:b/>
          <w:sz w:val="24"/>
        </w:rPr>
        <w:t>Câu 23: Chủ nghĩa tư bản hiện đại có biểu hiện tiêu biểu nào?</w:t>
      </w:r>
    </w:p>
    <w:p>
      <w:pPr>
        <w:pStyle w:val="ListParagraph"/>
      </w:pPr>
      <w:r>
        <w:rPr>
          <w:sz w:val="22"/>
        </w:rPr>
        <w:t>A. Có nguồn nguyên liệu và nhân công dồi dào.</w:t>
      </w:r>
    </w:p>
    <w:p>
      <w:pPr>
        <w:pStyle w:val="ListParagraph"/>
      </w:pPr>
      <w:r>
        <w:rPr>
          <w:sz w:val="22"/>
        </w:rPr>
        <w:t>B. Có khả năng giải quyết tốt tranh chấp, xung đột trên thế giới.</w:t>
      </w:r>
    </w:p>
    <w:p>
      <w:pPr>
        <w:pStyle w:val="ListParagraph"/>
      </w:pPr>
      <w:r>
        <w:rPr>
          <w:sz w:val="22"/>
        </w:rPr>
        <w:t>C. Có sự phân hóa giàu nghèo ngày càng sâu sắc giữa các nước tư bản.</w:t>
      </w:r>
    </w:p>
    <w:p>
      <w:pPr>
        <w:pStyle w:val="ListParagraph"/>
      </w:pPr>
      <w:r>
        <w:rPr>
          <w:sz w:val="22"/>
        </w:rPr>
        <w:t>D. Có sức sản xuất phát triển cao trên cơ sở thành tựu cách mạng KH-CN.</w:t>
      </w:r>
    </w:p>
    <w:p/>
    <w:p>
      <w:r>
        <w:rPr>
          <w:b/>
          <w:sz w:val="24"/>
        </w:rPr>
        <w:t>Câu 24: Thách thức mà Chủ nghĩa tư bản hiện đại phải đối mặt là gì?</w:t>
      </w:r>
    </w:p>
    <w:p>
      <w:pPr>
        <w:pStyle w:val="ListParagraph"/>
      </w:pPr>
      <w:r>
        <w:rPr>
          <w:sz w:val="22"/>
        </w:rPr>
        <w:t>A. Khủng hoảng kinh tế, tài chính mang tính toàn cầu.</w:t>
      </w:r>
    </w:p>
    <w:p>
      <w:pPr>
        <w:pStyle w:val="ListParagraph"/>
      </w:pPr>
      <w:r>
        <w:rPr>
          <w:sz w:val="22"/>
        </w:rPr>
        <w:t>B. Sức sản xuất của các ngành kinh tế ngày càng cao.</w:t>
      </w:r>
    </w:p>
    <w:p>
      <w:pPr>
        <w:pStyle w:val="ListParagraph"/>
      </w:pPr>
      <w:r>
        <w:rPr>
          <w:sz w:val="22"/>
        </w:rPr>
        <w:t>C. Khoa học công nghệ phát triển và ngày càng mở rộng.</w:t>
      </w:r>
    </w:p>
    <w:p>
      <w:pPr>
        <w:pStyle w:val="ListParagraph"/>
      </w:pPr>
      <w:r>
        <w:rPr>
          <w:sz w:val="22"/>
        </w:rPr>
        <w:t>D. Lực lượng lao động ngày càng chất lượng cao.</w:t>
      </w:r>
    </w:p>
    <w:p/>
    <w:p>
      <w:r>
        <w:rPr>
          <w:b/>
          <w:sz w:val="24"/>
        </w:rPr>
        <w:t>Câu 25: Đẩy nhanh quá trình tích tụ và tập trung tư bản đã dẫn đến</w:t>
      </w:r>
    </w:p>
    <w:p>
      <w:pPr>
        <w:pStyle w:val="ListParagraph"/>
      </w:pPr>
      <w:r>
        <w:rPr>
          <w:sz w:val="22"/>
        </w:rPr>
        <w:t>A. sự xuất hiện chủ nghĩa tư bản tự do cạnh tranh trên phạm vi toàn cầu.</w:t>
      </w:r>
    </w:p>
    <w:p>
      <w:pPr>
        <w:pStyle w:val="ListParagraph"/>
      </w:pPr>
      <w:r>
        <w:rPr>
          <w:sz w:val="22"/>
        </w:rPr>
        <w:t>B. sự xuất hiện những xí nghiệp khổng lồ và các tổ chức độc quyền.</w:t>
      </w:r>
    </w:p>
    <w:p>
      <w:pPr>
        <w:pStyle w:val="ListParagraph"/>
      </w:pPr>
      <w:r>
        <w:rPr>
          <w:sz w:val="22"/>
        </w:rPr>
        <w:t>C. sự ra đời của chủ nghĩa đế quốc trên phạm vi toàn thế giới.</w:t>
      </w:r>
    </w:p>
    <w:p>
      <w:pPr>
        <w:pStyle w:val="ListParagraph"/>
      </w:pPr>
      <w:r>
        <w:rPr>
          <w:sz w:val="22"/>
        </w:rPr>
        <w:t>D. sự hình thành chủ nghĩa tư bản hiện đại sau chiến tranh thế giới thứ hai.</w:t>
      </w:r>
    </w:p>
    <w:p/>
    <w:p>
      <w:r>
        <w:rPr>
          <w:b/>
          <w:sz w:val="24"/>
        </w:rPr>
        <w:t>Câu 26: Để giải quyết những mâu thuẫn xung quanh vấn đề thuộc địa vào đầu thế kỉ XX, các nước đế quốc đã</w:t>
      </w:r>
    </w:p>
    <w:p>
      <w:pPr>
        <w:pStyle w:val="ListParagraph"/>
      </w:pPr>
      <w:r>
        <w:rPr>
          <w:sz w:val="22"/>
        </w:rPr>
        <w:t>A. thành lập liên minh các nước đế quốc để chống lại nước Anh.</w:t>
      </w:r>
    </w:p>
    <w:p>
      <w:pPr>
        <w:pStyle w:val="ListParagraph"/>
      </w:pPr>
      <w:r>
        <w:rPr>
          <w:sz w:val="22"/>
        </w:rPr>
        <w:t>B. tiến hành cải cách kinh tế, chính trị sâu rộng để tạo ảnh hưởng.</w:t>
      </w:r>
    </w:p>
    <w:p>
      <w:pPr>
        <w:pStyle w:val="ListParagraph"/>
      </w:pPr>
      <w:r>
        <w:rPr>
          <w:sz w:val="22"/>
        </w:rPr>
        <w:t>C. đàn áp các phong trào đấu tranh của nhân dân trong nước.</w:t>
      </w:r>
    </w:p>
    <w:p>
      <w:pPr>
        <w:pStyle w:val="ListParagraph"/>
      </w:pPr>
      <w:r>
        <w:rPr>
          <w:sz w:val="22"/>
        </w:rPr>
        <w:t>D. gây ra cuộc chiến tranh thế giới để chia lại thị trường, thuộc địa.</w:t>
      </w:r>
    </w:p>
    <w:p/>
    <w:p>
      <w:r>
        <w:rPr>
          <w:b/>
          <w:sz w:val="24"/>
        </w:rPr>
        <w:t>Câu 27: Đặc điểm mới của Chủ nghĩa tư bản hiện đại là</w:t>
      </w:r>
    </w:p>
    <w:p>
      <w:pPr>
        <w:pStyle w:val="ListParagraph"/>
      </w:pPr>
      <w:r>
        <w:rPr>
          <w:sz w:val="22"/>
        </w:rPr>
        <w:t>A. Chủ nghĩa tư bản tự do cạnh tranh.</w:t>
      </w:r>
    </w:p>
    <w:p>
      <w:pPr>
        <w:pStyle w:val="ListParagraph"/>
      </w:pPr>
      <w:r>
        <w:rPr>
          <w:sz w:val="22"/>
        </w:rPr>
        <w:t>B. Chủ nghĩa tư bản toàn cầu hóa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