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Sinh học Lớp 10 - Giới thiệu thế giới sống và các giới sinh vật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Đặc điểm nào sau đây là của sinh vật thuộc giới Khởi sinh?</w:t>
      </w:r>
    </w:p>
    <w:p>
      <w:pPr>
        <w:pStyle w:val="ListParagraph"/>
      </w:pPr>
      <w:r>
        <w:rPr>
          <w:sz w:val="22"/>
        </w:rPr>
        <w:t>A. Có cấu tạo đa bào, nhân thực</w:t>
      </w:r>
    </w:p>
    <w:p>
      <w:pPr>
        <w:pStyle w:val="ListParagraph"/>
      </w:pPr>
      <w:r>
        <w:rPr>
          <w:sz w:val="22"/>
        </w:rPr>
        <w:t>B. Có cấu tạo đơn bào, nhân sơ</w:t>
      </w:r>
    </w:p>
    <w:p>
      <w:pPr>
        <w:pStyle w:val="ListParagraph"/>
      </w:pPr>
      <w:r>
        <w:rPr>
          <w:sz w:val="22"/>
        </w:rPr>
        <w:t>C. Có cấu tạo đơn bào, nhân thực</w:t>
      </w:r>
    </w:p>
    <w:p>
      <w:pPr>
        <w:pStyle w:val="ListParagraph"/>
      </w:pPr>
      <w:r>
        <w:rPr>
          <w:sz w:val="22"/>
        </w:rPr>
        <w:t>D. Có cấu tạo đa bào, nhân sơ</w:t>
      </w:r>
    </w:p>
    <w:p/>
    <w:p>
      <w:r>
        <w:rPr>
          <w:b/>
          <w:sz w:val="24"/>
        </w:rPr>
        <w:t>Câu 2: Sinh vật nào sau đây thuộc giới Nấm?</w:t>
      </w:r>
    </w:p>
    <w:p>
      <w:pPr>
        <w:pStyle w:val="ListParagraph"/>
      </w:pPr>
      <w:r>
        <w:rPr>
          <w:sz w:val="22"/>
        </w:rPr>
        <w:t>A. Vi khuẩn lam</w:t>
      </w:r>
    </w:p>
    <w:p>
      <w:pPr>
        <w:pStyle w:val="ListParagraph"/>
      </w:pPr>
      <w:r>
        <w:rPr>
          <w:sz w:val="22"/>
        </w:rPr>
        <w:t>B. Nấm men</w:t>
      </w:r>
    </w:p>
    <w:p>
      <w:pPr>
        <w:pStyle w:val="ListParagraph"/>
      </w:pPr>
      <w:r>
        <w:rPr>
          <w:sz w:val="22"/>
        </w:rPr>
        <w:t>C. Tảo lục</w:t>
      </w:r>
    </w:p>
    <w:p>
      <w:pPr>
        <w:pStyle w:val="ListParagraph"/>
      </w:pPr>
      <w:r>
        <w:rPr>
          <w:sz w:val="22"/>
        </w:rPr>
        <w:t>D. Trùng roi</w:t>
      </w:r>
    </w:p>
    <w:p/>
    <w:p>
      <w:r>
        <w:rPr>
          <w:b/>
          <w:sz w:val="24"/>
        </w:rPr>
        <w:t>Câu 3: Giới Thực vật gồm những sinh vật có đặc điểm chung là:</w:t>
      </w:r>
    </w:p>
    <w:p>
      <w:pPr>
        <w:pStyle w:val="ListParagraph"/>
      </w:pPr>
      <w:r>
        <w:rPr>
          <w:sz w:val="22"/>
        </w:rPr>
        <w:t>A. Nhân thực, đa bào, tự dưỡng quang hợp</w:t>
      </w:r>
    </w:p>
    <w:p>
      <w:pPr>
        <w:pStyle w:val="ListParagraph"/>
      </w:pPr>
      <w:r>
        <w:rPr>
          <w:sz w:val="22"/>
        </w:rPr>
        <w:t>B. Nhân sơ, đa bào, dị dưỡng</w:t>
      </w:r>
    </w:p>
    <w:p>
      <w:pPr>
        <w:pStyle w:val="ListParagraph"/>
      </w:pPr>
      <w:r>
        <w:rPr>
          <w:sz w:val="22"/>
        </w:rPr>
        <w:t>C. Nhân thực, đơn bào, tự dưỡng</w:t>
      </w:r>
    </w:p>
    <w:p>
      <w:pPr>
        <w:pStyle w:val="ListParagraph"/>
      </w:pPr>
      <w:r>
        <w:rPr>
          <w:sz w:val="22"/>
        </w:rPr>
        <w:t>D. Nhân sơ, đơn bào, tự dưỡng</w:t>
      </w:r>
    </w:p>
    <w:p/>
    <w:p>
      <w:r>
        <w:rPr>
          <w:b/>
          <w:sz w:val="24"/>
        </w:rPr>
        <w:t>Câu 4: Động vật có đặc điểm nào sau đây?</w:t>
      </w:r>
    </w:p>
    <w:p>
      <w:pPr>
        <w:pStyle w:val="ListParagraph"/>
      </w:pPr>
      <w:r>
        <w:rPr>
          <w:sz w:val="22"/>
        </w:rPr>
        <w:t>A. Tự dưỡng, có thành tế bào</w:t>
      </w:r>
    </w:p>
    <w:p>
      <w:pPr>
        <w:pStyle w:val="ListParagraph"/>
      </w:pPr>
      <w:r>
        <w:rPr>
          <w:sz w:val="22"/>
        </w:rPr>
        <w:t>B. Dị dưỡng, không có thành tế bào</w:t>
      </w:r>
    </w:p>
    <w:p>
      <w:pPr>
        <w:pStyle w:val="ListParagraph"/>
      </w:pPr>
      <w:r>
        <w:rPr>
          <w:sz w:val="22"/>
        </w:rPr>
        <w:t>C. Tự dưỡng, không có thành tế bào</w:t>
      </w:r>
    </w:p>
    <w:p>
      <w:pPr>
        <w:pStyle w:val="ListParagraph"/>
      </w:pPr>
      <w:r>
        <w:rPr>
          <w:sz w:val="22"/>
        </w:rPr>
        <w:t>D. Dị dưỡng, có thành tế bào</w:t>
      </w:r>
    </w:p>
    <w:p/>
    <w:p>
      <w:r>
        <w:rPr>
          <w:b/>
          <w:sz w:val="24"/>
        </w:rPr>
        <w:t>Câu 5: Sinh vật thuộc giới Nguyên sinh có đặc điểm:</w:t>
      </w:r>
    </w:p>
    <w:p>
      <w:pPr>
        <w:pStyle w:val="ListParagraph"/>
      </w:pPr>
      <w:r>
        <w:rPr>
          <w:sz w:val="22"/>
        </w:rPr>
        <w:t>A. Nhân sơ, đơn bào hoặc đa bào</w:t>
      </w:r>
    </w:p>
    <w:p>
      <w:pPr>
        <w:pStyle w:val="ListParagraph"/>
      </w:pPr>
      <w:r>
        <w:rPr>
          <w:sz w:val="22"/>
        </w:rPr>
        <w:t>B. Nhân thực, đơn bào hoặc đa bào</w:t>
      </w:r>
    </w:p>
    <w:p>
      <w:pPr>
        <w:pStyle w:val="ListParagraph"/>
      </w:pPr>
      <w:r>
        <w:rPr>
          <w:sz w:val="22"/>
        </w:rPr>
        <w:t>C. Nhân sơ, chỉ đơn bào</w:t>
      </w:r>
    </w:p>
    <w:p>
      <w:pPr>
        <w:pStyle w:val="ListParagraph"/>
      </w:pPr>
      <w:r>
        <w:rPr>
          <w:sz w:val="22"/>
        </w:rPr>
        <w:t>D. Nhân thực, chỉ đa bào</w:t>
      </w:r>
    </w:p>
    <w:p/>
    <w:p>
      <w:r>
        <w:rPr>
          <w:b/>
          <w:sz w:val="24"/>
        </w:rPr>
        <w:t>Câu 6: Hệ thống phân loại 5 giới sinh vật không bao gồm giới nào sau đây?</w:t>
      </w:r>
    </w:p>
    <w:p>
      <w:pPr>
        <w:pStyle w:val="ListParagraph"/>
      </w:pPr>
      <w:r>
        <w:rPr>
          <w:sz w:val="22"/>
        </w:rPr>
        <w:t>A. Giới Khởi sinh</w:t>
      </w:r>
    </w:p>
    <w:p>
      <w:pPr>
        <w:pStyle w:val="ListParagraph"/>
      </w:pPr>
      <w:r>
        <w:rPr>
          <w:sz w:val="22"/>
        </w:rPr>
        <w:t>B. Giới Nấm</w:t>
      </w:r>
    </w:p>
    <w:p>
      <w:pPr>
        <w:pStyle w:val="ListParagraph"/>
      </w:pPr>
      <w:r>
        <w:rPr>
          <w:sz w:val="22"/>
        </w:rPr>
        <w:t>C. Giới Động vật</w:t>
      </w:r>
    </w:p>
    <w:p>
      <w:pPr>
        <w:pStyle w:val="ListParagraph"/>
      </w:pPr>
      <w:r>
        <w:rPr>
          <w:sz w:val="22"/>
        </w:rPr>
        <w:t>D. Giới Virut</w:t>
      </w:r>
    </w:p>
    <w:p/>
    <w:p>
      <w:r>
        <w:rPr>
          <w:b/>
          <w:sz w:val="24"/>
        </w:rPr>
        <w:t>Câu 7: Đặc điểm nào sau đây không đúng khi nói về virut?</w:t>
      </w:r>
    </w:p>
    <w:p>
      <w:pPr>
        <w:pStyle w:val="ListParagraph"/>
      </w:pPr>
      <w:r>
        <w:rPr>
          <w:sz w:val="22"/>
        </w:rPr>
        <w:t>A. Có cấu tạo tế bào</w:t>
      </w:r>
    </w:p>
    <w:p>
      <w:pPr>
        <w:pStyle w:val="ListParagraph"/>
      </w:pPr>
      <w:r>
        <w:rPr>
          <w:sz w:val="22"/>
        </w:rPr>
        <w:t>B. Ký sinh nội bào bắt buộc</w:t>
      </w:r>
    </w:p>
    <w:p>
      <w:pPr>
        <w:pStyle w:val="ListParagraph"/>
      </w:pPr>
      <w:r>
        <w:rPr>
          <w:sz w:val="22"/>
        </w:rPr>
        <w:t>C. Có vật chất di truyền là ADN hoặc ARN</w:t>
      </w:r>
    </w:p>
    <w:p>
      <w:pPr>
        <w:pStyle w:val="ListParagraph"/>
      </w:pPr>
      <w:r>
        <w:rPr>
          <w:sz w:val="22"/>
        </w:rPr>
        <w:t>D. Không có khả năng sinh sản ngoài tế bào chủ</w:t>
      </w:r>
    </w:p>
    <w:p/>
    <w:p>
      <w:r>
        <w:rPr>
          <w:b/>
          <w:sz w:val="24"/>
        </w:rPr>
        <w:t>Câu 8: Sinh vật nào sau đây thuộc giới Khởi sinh?</w:t>
      </w:r>
    </w:p>
    <w:p>
      <w:pPr>
        <w:pStyle w:val="ListParagraph"/>
      </w:pPr>
      <w:r>
        <w:rPr>
          <w:sz w:val="22"/>
        </w:rPr>
        <w:t>A. Nấm rơm</w:t>
      </w:r>
    </w:p>
    <w:p>
      <w:pPr>
        <w:pStyle w:val="ListParagraph"/>
      </w:pPr>
      <w:r>
        <w:rPr>
          <w:sz w:val="22"/>
        </w:rPr>
        <w:t>B. Vi khuẩn E. coli</w:t>
      </w:r>
    </w:p>
    <w:p>
      <w:pPr>
        <w:pStyle w:val="ListParagraph"/>
      </w:pPr>
      <w:r>
        <w:rPr>
          <w:sz w:val="22"/>
        </w:rPr>
        <w:t>C. Tảo xoắn</w:t>
      </w:r>
    </w:p>
    <w:p>
      <w:pPr>
        <w:pStyle w:val="ListParagraph"/>
      </w:pPr>
      <w:r>
        <w:rPr>
          <w:sz w:val="22"/>
        </w:rPr>
        <w:t>D. Trùng giày</w:t>
      </w:r>
    </w:p>
    <w:p/>
    <w:p>
      <w:r>
        <w:rPr>
          <w:b/>
          <w:sz w:val="24"/>
        </w:rPr>
        <w:t>Câu 9: Giới Nấm khác giới Thực vật ở điểm nào sau đây?</w:t>
      </w:r>
    </w:p>
    <w:p>
      <w:pPr>
        <w:pStyle w:val="ListParagraph"/>
      </w:pPr>
      <w:r>
        <w:rPr>
          <w:sz w:val="22"/>
        </w:rPr>
        <w:t>A. Có thành tế bào kitin, dị dưỡng</w:t>
      </w:r>
    </w:p>
    <w:p>
      <w:pPr>
        <w:pStyle w:val="ListParagraph"/>
      </w:pPr>
      <w:r>
        <w:rPr>
          <w:sz w:val="22"/>
        </w:rPr>
        <w:t>B. Có thành tế bào xenlulozơ, tự dưỡng</w:t>
      </w:r>
    </w:p>
    <w:p>
      <w:pPr>
        <w:pStyle w:val="ListParagraph"/>
      </w:pPr>
      <w:r>
        <w:rPr>
          <w:sz w:val="22"/>
        </w:rPr>
        <w:t>C. Không có thành tế bào, dị dưỡng</w:t>
      </w:r>
    </w:p>
    <w:p>
      <w:pPr>
        <w:pStyle w:val="ListParagraph"/>
      </w:pPr>
      <w:r>
        <w:rPr>
          <w:sz w:val="22"/>
        </w:rPr>
        <w:t>D. Có lục lạp, tự dưỡng</w:t>
      </w:r>
    </w:p>
    <w:p/>
    <w:p>
      <w:r>
        <w:rPr>
          <w:b/>
          <w:sz w:val="24"/>
        </w:rPr>
        <w:t>Câu 10: Đặc điểm chung của các sinh vật thuộc giới Động vật là:</w:t>
      </w:r>
    </w:p>
    <w:p>
      <w:pPr>
        <w:pStyle w:val="ListParagraph"/>
      </w:pPr>
      <w:r>
        <w:rPr>
          <w:sz w:val="22"/>
        </w:rPr>
        <w:t>A. Nhân thực, đa bào, dị dưỡng, có khả năng di chuyển</w:t>
      </w:r>
    </w:p>
    <w:p>
      <w:pPr>
        <w:pStyle w:val="ListParagraph"/>
      </w:pPr>
      <w:r>
        <w:rPr>
          <w:sz w:val="22"/>
        </w:rPr>
        <w:t>B. Nhân sơ, đa bào, dị dưỡng, có khả năng di chuyển</w:t>
      </w:r>
    </w:p>
    <w:p>
      <w:pPr>
        <w:pStyle w:val="ListParagraph"/>
      </w:pPr>
      <w:r>
        <w:rPr>
          <w:sz w:val="22"/>
        </w:rPr>
        <w:t>C. Nhân thực, đơn bào, tự dưỡng, không di chuyển</w:t>
      </w:r>
    </w:p>
    <w:p>
      <w:pPr>
        <w:pStyle w:val="ListParagraph"/>
      </w:pPr>
      <w:r>
        <w:rPr>
          <w:sz w:val="22"/>
        </w:rPr>
        <w:t>D. Nhân thực, đa bào, tự dưỡng, có khả năng di chuyển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