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10 câu kiểm tra môn Ngữ văn 8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Tác giả bài thơ Thu điếu là ai?</w:t>
      </w:r>
    </w:p>
    <w:p>
      <w:pPr>
        <w:pStyle w:val="ListParagraph"/>
      </w:pPr>
      <w:r>
        <w:rPr>
          <w:sz w:val="22"/>
        </w:rPr>
        <w:t>A. Nguyễn Du</w:t>
      </w:r>
    </w:p>
    <w:p>
      <w:pPr>
        <w:pStyle w:val="ListParagraph"/>
      </w:pPr>
      <w:r>
        <w:rPr>
          <w:sz w:val="22"/>
        </w:rPr>
        <w:t>B. Nguyễn Khuyến</w:t>
      </w:r>
    </w:p>
    <w:p>
      <w:pPr>
        <w:pStyle w:val="ListParagraph"/>
      </w:pPr>
      <w:r>
        <w:rPr>
          <w:sz w:val="22"/>
        </w:rPr>
        <w:t>C. Hồ Xuân Hương</w:t>
      </w:r>
    </w:p>
    <w:p>
      <w:pPr>
        <w:pStyle w:val="ListParagraph"/>
      </w:pPr>
      <w:r>
        <w:rPr>
          <w:sz w:val="22"/>
        </w:rPr>
        <w:t>D. Nguyễn Đình Chiểu</w:t>
      </w:r>
    </w:p>
    <w:p/>
    <w:p>
      <w:r>
        <w:rPr>
          <w:b/>
          <w:sz w:val="24"/>
        </w:rPr>
        <w:t>Câu 2: Bài thơ Thu điếu được viết theo thể thơ nào?</w:t>
      </w:r>
    </w:p>
    <w:p>
      <w:pPr>
        <w:pStyle w:val="ListParagraph"/>
      </w:pPr>
      <w:r>
        <w:rPr>
          <w:sz w:val="22"/>
        </w:rPr>
        <w:t>A. Lục bát</w:t>
      </w:r>
    </w:p>
    <w:p>
      <w:pPr>
        <w:pStyle w:val="ListParagraph"/>
      </w:pPr>
      <w:r>
        <w:rPr>
          <w:sz w:val="22"/>
        </w:rPr>
        <w:t>B. Song thất lục bát</w:t>
      </w:r>
    </w:p>
    <w:p>
      <w:pPr>
        <w:pStyle w:val="ListParagraph"/>
      </w:pPr>
      <w:r>
        <w:rPr>
          <w:sz w:val="22"/>
        </w:rPr>
        <w:t>C. Thất ngôn bát cú Đường luật</w:t>
      </w:r>
    </w:p>
    <w:p>
      <w:pPr>
        <w:pStyle w:val="ListParagraph"/>
      </w:pPr>
      <w:r>
        <w:rPr>
          <w:sz w:val="22"/>
        </w:rPr>
        <w:t>D. Ngũ ngôn tứ tuyệt</w:t>
      </w:r>
    </w:p>
    <w:p/>
    <w:p>
      <w:r>
        <w:rPr>
          <w:b/>
          <w:sz w:val="24"/>
        </w:rPr>
        <w:t>Câu 3: Bài thơ Thu điếu thuộc chùm thơ nào của Nguyễn Khuyến?</w:t>
      </w:r>
    </w:p>
    <w:p>
      <w:pPr>
        <w:pStyle w:val="ListParagraph"/>
      </w:pPr>
      <w:r>
        <w:rPr>
          <w:sz w:val="22"/>
        </w:rPr>
        <w:t>A. Chùm thơ thu (Thu vịnh, Thu điếu, Thu ẩm)</w:t>
      </w:r>
    </w:p>
    <w:p>
      <w:pPr>
        <w:pStyle w:val="ListParagraph"/>
      </w:pPr>
      <w:r>
        <w:rPr>
          <w:sz w:val="22"/>
        </w:rPr>
        <w:t>B. Chùm thơ mùa xuân</w:t>
      </w:r>
    </w:p>
    <w:p>
      <w:pPr>
        <w:pStyle w:val="ListParagraph"/>
      </w:pPr>
      <w:r>
        <w:rPr>
          <w:sz w:val="22"/>
        </w:rPr>
        <w:t>C. Chùm thơ về người lính</w:t>
      </w:r>
    </w:p>
    <w:p>
      <w:pPr>
        <w:pStyle w:val="ListParagraph"/>
      </w:pPr>
      <w:r>
        <w:rPr>
          <w:sz w:val="22"/>
        </w:rPr>
        <w:t>D. Chùm thơ về tình yêu</w:t>
      </w:r>
    </w:p>
    <w:p/>
    <w:p>
      <w:r>
        <w:rPr>
          <w:b/>
          <w:sz w:val="24"/>
        </w:rPr>
        <w:t>Câu 4: Dòng nào nêu đúng đặc điểm thể thơ thất ngôn bát cú Đường luật?</w:t>
      </w:r>
    </w:p>
    <w:p>
      <w:pPr>
        <w:pStyle w:val="ListParagraph"/>
      </w:pPr>
      <w:r>
        <w:rPr>
          <w:sz w:val="22"/>
        </w:rPr>
        <w:t>A. 4 câu, mỗi câu 7 chữ; không có niêm luật</w:t>
      </w:r>
    </w:p>
    <w:p>
      <w:pPr>
        <w:pStyle w:val="ListParagraph"/>
      </w:pPr>
      <w:r>
        <w:rPr>
          <w:sz w:val="22"/>
        </w:rPr>
        <w:t>B. 8 câu, mỗi câu 5 chữ; không có đối</w:t>
      </w:r>
    </w:p>
    <w:p>
      <w:pPr>
        <w:pStyle w:val="ListParagraph"/>
      </w:pPr>
      <w:r>
        <w:rPr>
          <w:sz w:val="22"/>
        </w:rPr>
        <w:t>C. 8 câu, mỗi câu 7 chữ; có niêm, luật, vần, đối</w:t>
      </w:r>
    </w:p>
    <w:p>
      <w:pPr>
        <w:pStyle w:val="ListParagraph"/>
      </w:pPr>
      <w:r>
        <w:rPr>
          <w:sz w:val="22"/>
        </w:rPr>
        <w:t>D. 7 câu, mỗi câu 8 chữ; vần tự do</w:t>
      </w:r>
    </w:p>
    <w:p/>
    <w:p>
      <w:r>
        <w:rPr>
          <w:b/>
          <w:sz w:val="24"/>
        </w:rPr>
        <w:t>Câu 5: Câu thơ Ao thu lạnh lẽo nước trong veo gợi lên điều gì?</w:t>
      </w:r>
    </w:p>
    <w:p>
      <w:pPr>
        <w:pStyle w:val="ListParagraph"/>
      </w:pPr>
      <w:r>
        <w:rPr>
          <w:sz w:val="22"/>
        </w:rPr>
        <w:t>A. Không gian mùa hè oi bức</w:t>
      </w:r>
    </w:p>
    <w:p>
      <w:pPr>
        <w:pStyle w:val="ListParagraph"/>
      </w:pPr>
      <w:r>
        <w:rPr>
          <w:sz w:val="22"/>
        </w:rPr>
        <w:t>B. Cảnh biển rộng lớn</w:t>
      </w:r>
    </w:p>
    <w:p>
      <w:pPr>
        <w:pStyle w:val="ListParagraph"/>
      </w:pPr>
      <w:r>
        <w:rPr>
          <w:sz w:val="22"/>
        </w:rPr>
        <w:t>C. Không gian ao thu tĩnh lặng, trong trẻo, se lạnh</w:t>
      </w:r>
    </w:p>
    <w:p>
      <w:pPr>
        <w:pStyle w:val="ListParagraph"/>
      </w:pPr>
      <w:r>
        <w:rPr>
          <w:sz w:val="22"/>
        </w:rPr>
        <w:t>D. Cảnh phố phường đông đúc</w:t>
      </w:r>
    </w:p>
    <w:p/>
    <w:p>
      <w:r>
        <w:rPr>
          <w:b/>
          <w:sz w:val="24"/>
        </w:rPr>
        <w:t>Câu 6: Từ láy lạnh lẽo trong câu thơ đầu có tác dụng gì?</w:t>
      </w:r>
    </w:p>
    <w:p>
      <w:pPr>
        <w:pStyle w:val="ListParagraph"/>
      </w:pPr>
      <w:r>
        <w:rPr>
          <w:sz w:val="22"/>
        </w:rPr>
        <w:t>A. Gợi âm thanh náo nhiệt</w:t>
      </w:r>
    </w:p>
    <w:p>
      <w:pPr>
        <w:pStyle w:val="ListParagraph"/>
      </w:pPr>
      <w:r>
        <w:rPr>
          <w:sz w:val="22"/>
        </w:rPr>
        <w:t>B. Gợi cảm giác se lạnh, vắng vẻ của ao thu</w:t>
      </w:r>
    </w:p>
    <w:p>
      <w:pPr>
        <w:pStyle w:val="ListParagraph"/>
      </w:pPr>
      <w:r>
        <w:rPr>
          <w:sz w:val="22"/>
        </w:rPr>
        <w:t>C. Gợi màu sắc rực rỡ</w:t>
      </w:r>
    </w:p>
    <w:p>
      <w:pPr>
        <w:pStyle w:val="ListParagraph"/>
      </w:pPr>
      <w:r>
        <w:rPr>
          <w:sz w:val="22"/>
        </w:rPr>
        <w:t>D. Gợi sự chuyển động mạnh mẽ</w:t>
      </w:r>
    </w:p>
    <w:p/>
    <w:p>
      <w:r>
        <w:rPr>
          <w:b/>
          <w:sz w:val="24"/>
        </w:rPr>
        <w:t>Câu 7: Hình ảnh Một chiếc thuyền câu bé tẻo teo nhấn mạnh điều gì?</w:t>
      </w:r>
    </w:p>
    <w:p>
      <w:pPr>
        <w:pStyle w:val="ListParagraph"/>
      </w:pPr>
      <w:r>
        <w:rPr>
          <w:sz w:val="22"/>
        </w:rPr>
        <w:t>A. Sự nhỏ bé, đơn độc của con thuyền giữa ao thu</w:t>
      </w:r>
    </w:p>
    <w:p>
      <w:pPr>
        <w:pStyle w:val="ListParagraph"/>
      </w:pPr>
      <w:r>
        <w:rPr>
          <w:sz w:val="22"/>
        </w:rPr>
        <w:t>B. Sự to lớn, hùng vĩ của con thuyền</w:t>
      </w:r>
    </w:p>
    <w:p>
      <w:pPr>
        <w:pStyle w:val="ListParagraph"/>
      </w:pPr>
      <w:r>
        <w:rPr>
          <w:sz w:val="22"/>
        </w:rPr>
        <w:t>C. Sự đông đúc của cảnh vật</w:t>
      </w:r>
    </w:p>
    <w:p>
      <w:pPr>
        <w:pStyle w:val="ListParagraph"/>
      </w:pPr>
      <w:r>
        <w:rPr>
          <w:sz w:val="22"/>
        </w:rPr>
        <w:t>D. Sự ồn ào của làng chài</w:t>
      </w:r>
    </w:p>
    <w:p/>
    <w:p>
      <w:r>
        <w:rPr>
          <w:b/>
          <w:sz w:val="24"/>
        </w:rPr>
        <w:t>Câu 8: Hai câu thơ Sóng biếc theo làn hơi gợn tí / Lá vàng trước gió khẽ đưa vèo sử dụng biện pháp nghệ thuật gì?</w:t>
      </w:r>
    </w:p>
    <w:p>
      <w:pPr>
        <w:pStyle w:val="ListParagraph"/>
      </w:pPr>
      <w:r>
        <w:rPr>
          <w:sz w:val="22"/>
        </w:rPr>
        <w:t>A. So sánh</w:t>
      </w:r>
    </w:p>
    <w:p>
      <w:pPr>
        <w:pStyle w:val="ListParagraph"/>
      </w:pPr>
      <w:r>
        <w:rPr>
          <w:sz w:val="22"/>
        </w:rPr>
        <w:t>B. Phép đối</w:t>
      </w:r>
    </w:p>
    <w:p>
      <w:pPr>
        <w:pStyle w:val="ListParagraph"/>
      </w:pPr>
      <w:r>
        <w:rPr>
          <w:sz w:val="22"/>
        </w:rPr>
        <w:t>C. Nhân hóa</w:t>
      </w:r>
    </w:p>
    <w:p>
      <w:pPr>
        <w:pStyle w:val="ListParagraph"/>
      </w:pPr>
      <w:r>
        <w:rPr>
          <w:sz w:val="22"/>
        </w:rPr>
        <w:t>D. Hoán dụ</w:t>
      </w:r>
    </w:p>
    <w:p/>
    <w:p>
      <w:r>
        <w:rPr>
          <w:b/>
          <w:sz w:val="24"/>
        </w:rPr>
        <w:t>Câu 9: Câu thơ Ngõ trúc quanh co khách vắng teo gợi không khí gì?</w:t>
      </w:r>
    </w:p>
    <w:p>
      <w:pPr>
        <w:pStyle w:val="ListParagraph"/>
      </w:pPr>
      <w:r>
        <w:rPr>
          <w:sz w:val="22"/>
        </w:rPr>
        <w:t>A. Náo nhiệt, đông vui</w:t>
      </w:r>
    </w:p>
    <w:p>
      <w:pPr>
        <w:pStyle w:val="ListParagraph"/>
      </w:pPr>
      <w:r>
        <w:rPr>
          <w:sz w:val="22"/>
        </w:rPr>
        <w:t>B. Căng thẳng, dữ dội</w:t>
      </w:r>
    </w:p>
    <w:p>
      <w:pPr>
        <w:pStyle w:val="ListParagraph"/>
      </w:pPr>
      <w:r>
        <w:rPr>
          <w:sz w:val="22"/>
        </w:rPr>
        <w:t>C. Vắng vẻ, tĩnh lặng, đượm buồn</w:t>
      </w:r>
    </w:p>
    <w:p>
      <w:pPr>
        <w:pStyle w:val="ListParagraph"/>
      </w:pPr>
      <w:r>
        <w:rPr>
          <w:sz w:val="22"/>
        </w:rPr>
        <w:t>D. Hài hước, dí dỏm</w:t>
      </w:r>
    </w:p>
    <w:p/>
    <w:p>
      <w:r>
        <w:rPr>
          <w:b/>
          <w:sz w:val="24"/>
        </w:rPr>
        <w:t>Câu 10: Nội dung chính của bài thơ Thu điếu là gì?</w:t>
      </w:r>
    </w:p>
    <w:p>
      <w:pPr>
        <w:pStyle w:val="ListParagraph"/>
      </w:pPr>
      <w:r>
        <w:rPr>
          <w:sz w:val="22"/>
        </w:rPr>
        <w:t>A. Bức tranh mùa thu ở nông thôn Bắc Bộ và tâm trạng cô đơn, u uẩn của tác giả</w:t>
      </w:r>
    </w:p>
    <w:p>
      <w:pPr>
        <w:pStyle w:val="ListParagraph"/>
      </w:pPr>
      <w:r>
        <w:rPr>
          <w:sz w:val="22"/>
        </w:rPr>
        <w:t>B. Ca ngợi vẻ đẹp của mùa xuân</w:t>
      </w:r>
    </w:p>
    <w:p>
      <w:pPr>
        <w:pStyle w:val="ListParagraph"/>
      </w:pPr>
      <w:r>
        <w:rPr>
          <w:sz w:val="22"/>
        </w:rPr>
        <w:t>C. Kể lại một cuộc thi câu cá</w:t>
      </w:r>
    </w:p>
    <w:p>
      <w:pPr>
        <w:pStyle w:val="ListParagraph"/>
      </w:pPr>
      <w:r>
        <w:rPr>
          <w:sz w:val="22"/>
        </w:rPr>
        <w:t>D. Miêu tả cảnh chiến tranh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