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Which of the following is a characteristic of an e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Which of the following is a characteristic of an effective goal?</w:t>
      </w:r>
    </w:p>
    <w:p>
      <w:pPr>
        <w:pStyle w:val="ListParagraph"/>
      </w:pPr>
      <w:r>
        <w:rPr>
          <w:sz w:val="22"/>
        </w:rPr>
        <w:t>A. Impossible to achieve</w:t>
      </w:r>
    </w:p>
    <w:p>
      <w:pPr>
        <w:pStyle w:val="ListParagraph"/>
      </w:pPr>
      <w:r>
        <w:rPr>
          <w:sz w:val="22"/>
        </w:rPr>
        <w:t>B. Vague and unclear</w:t>
      </w:r>
    </w:p>
    <w:p>
      <w:pPr>
        <w:pStyle w:val="ListParagraph"/>
      </w:pPr>
      <w:r>
        <w:rPr>
          <w:sz w:val="22"/>
        </w:rPr>
        <w:t>C. Specific and measurable</w:t>
      </w:r>
    </w:p>
    <w:p>
      <w:pPr>
        <w:pStyle w:val="ListParagraph"/>
      </w:pPr>
      <w:r>
        <w:rPr>
          <w:sz w:val="22"/>
        </w:rPr>
        <w:t>D. Has no deadline</w:t>
      </w:r>
    </w:p>
    <w:p/>
    <w:p>
      <w:r>
        <w:rPr>
          <w:b/>
          <w:sz w:val="24"/>
        </w:rPr>
        <w:t>Câu 2: What is the main purpose of KPIs?</w:t>
      </w:r>
    </w:p>
    <w:p>
      <w:pPr>
        <w:pStyle w:val="ListParagraph"/>
      </w:pPr>
      <w:r>
        <w:rPr>
          <w:sz w:val="22"/>
        </w:rPr>
        <w:t>A. To increase employee workload</w:t>
      </w:r>
    </w:p>
    <w:p>
      <w:pPr>
        <w:pStyle w:val="ListParagraph"/>
      </w:pPr>
      <w:r>
        <w:rPr>
          <w:sz w:val="22"/>
        </w:rPr>
        <w:t>B. To create company policies</w:t>
      </w:r>
    </w:p>
    <w:p>
      <w:pPr>
        <w:pStyle w:val="ListParagraph"/>
      </w:pPr>
      <w:r>
        <w:rPr>
          <w:sz w:val="22"/>
        </w:rPr>
        <w:t>C. To eliminate all risks</w:t>
      </w:r>
    </w:p>
    <w:p>
      <w:pPr>
        <w:pStyle w:val="ListParagraph"/>
      </w:pPr>
      <w:r>
        <w:rPr>
          <w:sz w:val="22"/>
        </w:rPr>
        <w:t>D. To measure progress and performance</w:t>
      </w:r>
    </w:p>
    <w:p/>
    <w:p>
      <w:r>
        <w:rPr>
          <w:b/>
          <w:sz w:val="24"/>
        </w:rPr>
        <w:t>Câu 3: What is Management by Objectives (MBO)?</w:t>
      </w:r>
    </w:p>
    <w:p>
      <w:pPr>
        <w:pStyle w:val="ListParagraph"/>
      </w:pPr>
      <w:r>
        <w:rPr>
          <w:sz w:val="22"/>
        </w:rPr>
        <w:t>A. A system based only on financial rewards</w:t>
      </w:r>
    </w:p>
    <w:p>
      <w:pPr>
        <w:pStyle w:val="ListParagraph"/>
      </w:pPr>
      <w:r>
        <w:rPr>
          <w:sz w:val="22"/>
        </w:rPr>
        <w:t>B. A system where managers and employees jointly set goals</w:t>
      </w:r>
    </w:p>
    <w:p>
      <w:pPr>
        <w:pStyle w:val="ListParagraph"/>
      </w:pPr>
      <w:r>
        <w:rPr>
          <w:sz w:val="22"/>
        </w:rPr>
        <w:t>C. A method of avoiding planning</w:t>
      </w:r>
    </w:p>
    <w:p>
      <w:pPr>
        <w:pStyle w:val="ListParagraph"/>
      </w:pPr>
      <w:r>
        <w:rPr>
          <w:sz w:val="22"/>
        </w:rPr>
        <w:t>D. A system without performance evaluation</w:t>
      </w:r>
    </w:p>
    <w:p/>
    <w:p>
      <w:r>
        <w:rPr>
          <w:b/>
          <w:sz w:val="24"/>
        </w:rPr>
        <w:t>Câu 4: Which sequence correctly describes the four steps of MBO?</w:t>
      </w:r>
    </w:p>
    <w:p>
      <w:pPr>
        <w:pStyle w:val="ListParagraph"/>
      </w:pPr>
      <w:r>
        <w:rPr>
          <w:sz w:val="22"/>
        </w:rPr>
        <w:t>A. Set goals → Develop action plans → Review progress → Evaluate performance</w:t>
      </w:r>
    </w:p>
    <w:p>
      <w:pPr>
        <w:pStyle w:val="ListParagraph"/>
      </w:pPr>
      <w:r>
        <w:rPr>
          <w:sz w:val="22"/>
        </w:rPr>
        <w:t>B. Hire employees → Set salaries → Advertise → Sell products</w:t>
      </w:r>
    </w:p>
    <w:p>
      <w:pPr>
        <w:pStyle w:val="ListParagraph"/>
      </w:pPr>
      <w:r>
        <w:rPr>
          <w:sz w:val="22"/>
        </w:rPr>
        <w:t>C. Review progress → Set goals → Hire employees → Evaluate performance</w:t>
      </w:r>
    </w:p>
    <w:p>
      <w:pPr>
        <w:pStyle w:val="ListParagraph"/>
      </w:pPr>
      <w:r>
        <w:rPr>
          <w:sz w:val="22"/>
        </w:rPr>
        <w:t>D. Develop action plans → Ignore progress → Set goals → Evaluate performance</w:t>
      </w:r>
    </w:p>
    <w:p/>
    <w:p>
      <w:r>
        <w:rPr>
          <w:b/>
          <w:sz w:val="24"/>
        </w:rPr>
        <w:t>Câu 5: Which plan is designed for an objective that is unlikely to be repeated?</w:t>
      </w:r>
    </w:p>
    <w:p>
      <w:pPr>
        <w:pStyle w:val="ListParagraph"/>
      </w:pPr>
      <w:r>
        <w:rPr>
          <w:sz w:val="22"/>
        </w:rPr>
        <w:t>A. Standing plan</w:t>
      </w:r>
    </w:p>
    <w:p>
      <w:pPr>
        <w:pStyle w:val="ListParagraph"/>
      </w:pPr>
      <w:r>
        <w:rPr>
          <w:sz w:val="22"/>
        </w:rPr>
        <w:t>B. Policy</w:t>
      </w:r>
    </w:p>
    <w:p>
      <w:pPr>
        <w:pStyle w:val="ListParagraph"/>
      </w:pPr>
      <w:r>
        <w:rPr>
          <w:sz w:val="22"/>
        </w:rPr>
        <w:t>C. Single-use plan</w:t>
      </w:r>
    </w:p>
    <w:p>
      <w:pPr>
        <w:pStyle w:val="ListParagraph"/>
      </w:pPr>
      <w:r>
        <w:rPr>
          <w:sz w:val="22"/>
        </w:rPr>
        <w:t>D. Rule</w:t>
      </w:r>
    </w:p>
    <w:p/>
    <w:p>
      <w:r>
        <w:rPr>
          <w:b/>
          <w:sz w:val="24"/>
        </w:rPr>
        <w:t>Câu 6: Which of the following is an example of a standing plan?</w:t>
      </w:r>
    </w:p>
    <w:p>
      <w:pPr>
        <w:pStyle w:val="ListParagraph"/>
      </w:pPr>
      <w:r>
        <w:rPr>
          <w:sz w:val="22"/>
        </w:rPr>
        <w:t>A. A one-time company relocation</w:t>
      </w:r>
    </w:p>
    <w:p>
      <w:pPr>
        <w:pStyle w:val="ListParagraph"/>
      </w:pPr>
      <w:r>
        <w:rPr>
          <w:sz w:val="22"/>
        </w:rPr>
        <w:t>B. A one-time advertising campaign</w:t>
      </w:r>
    </w:p>
    <w:p>
      <w:pPr>
        <w:pStyle w:val="ListParagraph"/>
      </w:pPr>
      <w:r>
        <w:rPr>
          <w:sz w:val="22"/>
        </w:rPr>
        <w:t>C. Building a new factory</w:t>
      </w:r>
    </w:p>
    <w:p>
      <w:pPr>
        <w:pStyle w:val="ListParagraph"/>
      </w:pPr>
      <w:r>
        <w:rPr>
          <w:sz w:val="22"/>
        </w:rPr>
        <w:t>D. A standard procedure for handling customer complaints</w:t>
      </w:r>
    </w:p>
    <w:p/>
    <w:p>
      <w:r>
        <w:rPr>
          <w:b/>
          <w:sz w:val="24"/>
        </w:rPr>
        <w:t>Câu 7: What is a major benefit of planning?</w:t>
      </w:r>
    </w:p>
    <w:p>
      <w:pPr>
        <w:pStyle w:val="ListParagraph"/>
      </w:pPr>
      <w:r>
        <w:rPr>
          <w:sz w:val="22"/>
        </w:rPr>
        <w:t>A. It guarantees success in every situation</w:t>
      </w:r>
    </w:p>
    <w:p>
      <w:pPr>
        <w:pStyle w:val="ListParagraph"/>
      </w:pPr>
      <w:r>
        <w:rPr>
          <w:sz w:val="22"/>
        </w:rPr>
        <w:t>B. It helps allocate resources effectively</w:t>
      </w:r>
    </w:p>
    <w:p>
      <w:pPr>
        <w:pStyle w:val="ListParagraph"/>
      </w:pPr>
      <w:r>
        <w:rPr>
          <w:sz w:val="22"/>
        </w:rPr>
        <w:t>C. It eliminates all competition</w:t>
      </w:r>
    </w:p>
    <w:p>
      <w:pPr>
        <w:pStyle w:val="ListParagraph"/>
      </w:pPr>
      <w:r>
        <w:rPr>
          <w:sz w:val="22"/>
        </w:rPr>
        <w:t>D. It prevents every possible problem</w:t>
      </w:r>
    </w:p>
    <w:p/>
    <w:p>
      <w:r>
        <w:rPr>
          <w:b/>
          <w:sz w:val="24"/>
        </w:rPr>
        <w:t>Câu 8: What is a potential limitation of planning?</w:t>
      </w:r>
    </w:p>
    <w:p>
      <w:pPr>
        <w:pStyle w:val="ListParagraph"/>
      </w:pPr>
      <w:r>
        <w:rPr>
          <w:sz w:val="22"/>
        </w:rPr>
        <w:t>A. It always increases flexibility</w:t>
      </w:r>
    </w:p>
    <w:p>
      <w:pPr>
        <w:pStyle w:val="ListParagraph"/>
      </w:pPr>
      <w:r>
        <w:rPr>
          <w:sz w:val="22"/>
        </w:rPr>
        <w:t>B. It eliminates uncertainty completely</w:t>
      </w:r>
    </w:p>
    <w:p>
      <w:pPr>
        <w:pStyle w:val="ListParagraph"/>
      </w:pPr>
      <w:r>
        <w:rPr>
          <w:sz w:val="22"/>
        </w:rPr>
        <w:t>C. It may reduce flexibility if plans are followed too rigidly</w:t>
      </w:r>
    </w:p>
    <w:p>
      <w:pPr>
        <w:pStyle w:val="ListParagraph"/>
      </w:pPr>
      <w:r>
        <w:rPr>
          <w:sz w:val="22"/>
        </w:rPr>
        <w:t>D. It guarantees better results in every situation</w:t>
      </w:r>
    </w:p>
    <w:p/>
    <w:p>
      <w:r>
        <w:rPr>
          <w:b/>
          <w:sz w:val="24"/>
        </w:rPr>
        <w:t>Câu 9: What is the main purpose of contingency planning?</w:t>
      </w:r>
    </w:p>
    <w:p>
      <w:pPr>
        <w:pStyle w:val="ListParagraph"/>
      </w:pPr>
      <w:r>
        <w:rPr>
          <w:sz w:val="22"/>
        </w:rPr>
        <w:t>A. To prepare alternative plans if the original plan fails</w:t>
      </w:r>
    </w:p>
    <w:p>
      <w:pPr>
        <w:pStyle w:val="ListParagraph"/>
      </w:pPr>
      <w:r>
        <w:rPr>
          <w:sz w:val="22"/>
        </w:rPr>
        <w:t>B. To avoid setting goals</w:t>
      </w:r>
    </w:p>
    <w:p>
      <w:pPr>
        <w:pStyle w:val="ListParagraph"/>
      </w:pPr>
      <w:r>
        <w:rPr>
          <w:sz w:val="22"/>
        </w:rPr>
        <w:t>C. To increase product prices</w:t>
      </w:r>
    </w:p>
    <w:p>
      <w:pPr>
        <w:pStyle w:val="ListParagraph"/>
      </w:pPr>
      <w:r>
        <w:rPr>
          <w:sz w:val="22"/>
        </w:rPr>
        <w:t>D. To evaluate employees only</w:t>
      </w:r>
    </w:p>
    <w:p/>
    <w:p>
      <w:r>
        <w:rPr>
          <w:b/>
          <w:sz w:val="24"/>
        </w:rPr>
        <w:t>Câu 10: Which planning approach focuses on preparing for serious, unexpected events?</w:t>
      </w:r>
    </w:p>
    <w:p>
      <w:pPr>
        <w:pStyle w:val="ListParagraph"/>
      </w:pPr>
      <w:r>
        <w:rPr>
          <w:sz w:val="22"/>
        </w:rPr>
        <w:t>A. Operational planning</w:t>
      </w:r>
    </w:p>
    <w:p>
      <w:pPr>
        <w:pStyle w:val="ListParagraph"/>
      </w:pPr>
      <w:r>
        <w:rPr>
          <w:sz w:val="22"/>
        </w:rPr>
        <w:t>B. Management by Objectives</w:t>
      </w:r>
    </w:p>
    <w:p>
      <w:pPr>
        <w:pStyle w:val="ListParagraph"/>
      </w:pPr>
      <w:r>
        <w:rPr>
          <w:sz w:val="22"/>
        </w:rPr>
        <w:t>C. Strategic planning</w:t>
      </w:r>
    </w:p>
    <w:p>
      <w:pPr>
        <w:pStyle w:val="ListParagraph"/>
      </w:pPr>
      <w:r>
        <w:rPr>
          <w:sz w:val="22"/>
        </w:rPr>
        <w:t>D. Crisis planning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