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11: từ chủ đề 1 đén chủ đề 3 chương trình mới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Cuộc cách mạng công nghiệp lần thứ nhất (cuối thế kỉ XVIII – giữa thế kỉ XIX) khởi đầu ở quốc gia nào?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2: Đặc trưng cơ bản của cuộc cách mạng công nghiệp lần thứ hai là gì?</w:t>
      </w:r>
    </w:p>
    <w:p>
      <w:pPr>
        <w:pStyle w:val="ListParagraph"/>
      </w:pPr>
      <w:r>
        <w:rPr>
          <w:sz w:val="22"/>
        </w:rPr>
        <w:t>A. Sử dụng năng lượng nguyên tử</w:t>
      </w:r>
    </w:p>
    <w:p>
      <w:pPr>
        <w:pStyle w:val="ListParagraph"/>
      </w:pPr>
      <w:r>
        <w:rPr>
          <w:sz w:val="22"/>
        </w:rPr>
        <w:t>B. Sử dụng năng lượng hơi nước</w:t>
      </w:r>
    </w:p>
    <w:p>
      <w:pPr>
        <w:pStyle w:val="ListParagraph"/>
      </w:pPr>
      <w:r>
        <w:rPr>
          <w:sz w:val="22"/>
        </w:rPr>
        <w:t>C. Ứng dụng công nghệ thông tin và tự động hóa</w:t>
      </w:r>
    </w:p>
    <w:p>
      <w:pPr>
        <w:pStyle w:val="ListParagraph"/>
      </w:pPr>
      <w:r>
        <w:rPr>
          <w:sz w:val="22"/>
        </w:rPr>
        <w:t>D. Ứng dụng điện năng và dây chuyền sản xuất hàng loạt</w:t>
      </w:r>
    </w:p>
    <w:p/>
    <w:p>
      <w:r>
        <w:rPr>
          <w:b/>
          <w:sz w:val="24"/>
        </w:rPr>
        <w:t>Câu 3: Một thành tựu tiêu biểu của cuộc cách mạng công nghiệp lần thứ ba là gì?</w:t>
      </w:r>
    </w:p>
    <w:p>
      <w:pPr>
        <w:pStyle w:val="ListParagraph"/>
      </w:pPr>
      <w:r>
        <w:rPr>
          <w:sz w:val="22"/>
        </w:rPr>
        <w:t>A. Máy tính điện tử và internet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Máy dệt cơ khí</w:t>
      </w:r>
    </w:p>
    <w:p/>
    <w:p>
      <w:r>
        <w:rPr>
          <w:b/>
          <w:sz w:val="24"/>
        </w:rPr>
        <w:t>Câu 4: Cuộc cách mạng công nghiệp lần thứ tư được gọi là gì?</w:t>
      </w:r>
    </w:p>
    <w:p>
      <w:pPr>
        <w:pStyle w:val="ListParagraph"/>
      </w:pPr>
      <w:r>
        <w:rPr>
          <w:sz w:val="22"/>
        </w:rPr>
        <w:t>A. Cách mạng xanh</w:t>
      </w:r>
    </w:p>
    <w:p>
      <w:pPr>
        <w:pStyle w:val="ListParagraph"/>
      </w:pPr>
      <w:r>
        <w:rPr>
          <w:sz w:val="22"/>
        </w:rPr>
        <w:t>B. Cách mạng số</w:t>
      </w:r>
    </w:p>
    <w:p>
      <w:pPr>
        <w:pStyle w:val="ListParagraph"/>
      </w:pPr>
      <w:r>
        <w:rPr>
          <w:sz w:val="22"/>
        </w:rPr>
        <w:t>C. Cách mạng nông nghiệp</w:t>
      </w:r>
    </w:p>
    <w:p>
      <w:pPr>
        <w:pStyle w:val="ListParagraph"/>
      </w:pPr>
      <w:r>
        <w:rPr>
          <w:sz w:val="22"/>
        </w:rPr>
        <w:t>D. Cách mạng thương mại</w:t>
      </w:r>
    </w:p>
    <w:p/>
    <w:p>
      <w:r>
        <w:rPr>
          <w:b/>
          <w:sz w:val="24"/>
        </w:rPr>
        <w:t>Câu 5: Nội dung nào sau đây là một tác động tích cực của cách mạng công nghiệp đối với xã hội?</w:t>
      </w:r>
    </w:p>
    <w:p>
      <w:pPr>
        <w:pStyle w:val="ListParagraph"/>
      </w:pPr>
      <w:r>
        <w:rPr>
          <w:sz w:val="22"/>
        </w:rPr>
        <w:t>A. Gây ra khủng hoảng kinh tế</w:t>
      </w:r>
    </w:p>
    <w:p>
      <w:pPr>
        <w:pStyle w:val="ListParagraph"/>
      </w:pPr>
      <w:r>
        <w:rPr>
          <w:sz w:val="22"/>
        </w:rPr>
        <w:t>B. Làm gia tăng tệ nạn xã hội</w:t>
      </w:r>
    </w:p>
    <w:p>
      <w:pPr>
        <w:pStyle w:val="ListParagraph"/>
      </w:pPr>
      <w:r>
        <w:rPr>
          <w:sz w:val="22"/>
        </w:rPr>
        <w:t>C. Gia tăng ô nhiễm môi trường</w:t>
      </w:r>
    </w:p>
    <w:p>
      <w:pPr>
        <w:pStyle w:val="ListParagraph"/>
      </w:pPr>
      <w:r>
        <w:rPr>
          <w:sz w:val="22"/>
        </w:rPr>
        <w:t>D. Nâng cao năng suất lao động</w:t>
      </w:r>
    </w:p>
    <w:p/>
    <w:p>
      <w:r>
        <w:rPr>
          <w:b/>
          <w:sz w:val="24"/>
        </w:rPr>
        <w:t>Câu 6: Trong các thế kỉ XVI – XVIII, quốc gia nào đi đầu trong công cuộc khám phá và chinh phục các vùng đất mới?</w:t>
      </w:r>
    </w:p>
    <w:p>
      <w:pPr>
        <w:pStyle w:val="ListParagraph"/>
      </w:pPr>
      <w:r>
        <w:rPr>
          <w:sz w:val="22"/>
        </w:rPr>
        <w:t>A. Hà Lan và Đức</w:t>
      </w:r>
    </w:p>
    <w:p>
      <w:pPr>
        <w:pStyle w:val="ListParagraph"/>
      </w:pPr>
      <w:r>
        <w:rPr>
          <w:sz w:val="22"/>
        </w:rPr>
        <w:t>B. Bồ Đào Nha và Tây Ban Nha</w:t>
      </w:r>
    </w:p>
    <w:p>
      <w:pPr>
        <w:pStyle w:val="ListParagraph"/>
      </w:pPr>
      <w:r>
        <w:rPr>
          <w:sz w:val="22"/>
        </w:rPr>
        <w:t>C. Ý và Nga</w:t>
      </w:r>
    </w:p>
    <w:p>
      <w:pPr>
        <w:pStyle w:val="ListParagraph"/>
      </w:pPr>
      <w:r>
        <w:rPr>
          <w:sz w:val="22"/>
        </w:rPr>
        <w:t>D. Anh và Pháp</w:t>
      </w:r>
    </w:p>
    <w:p/>
    <w:p>
      <w:r>
        <w:rPr>
          <w:b/>
          <w:sz w:val="24"/>
        </w:rPr>
        <w:t>Câu 7: Hệ quả quan trọng nhất của các cuộc phát kiến địa lí đối với châu Âu là gì?</w:t>
      </w:r>
    </w:p>
    <w:p>
      <w:pPr>
        <w:pStyle w:val="ListParagraph"/>
      </w:pPr>
      <w:r>
        <w:rPr>
          <w:sz w:val="22"/>
        </w:rPr>
        <w:t>A. Thúc đẩy giao lưu kinh tế và hình thành chủ nghĩa tư bản</w:t>
      </w:r>
    </w:p>
    <w:p>
      <w:pPr>
        <w:pStyle w:val="ListParagraph"/>
      </w:pPr>
      <w:r>
        <w:rPr>
          <w:sz w:val="22"/>
        </w:rPr>
        <w:t>B. Xóa bỏ chế độ phong kiến ngay lập tức</w:t>
      </w:r>
    </w:p>
    <w:p>
      <w:pPr>
        <w:pStyle w:val="ListParagraph"/>
      </w:pPr>
      <w:r>
        <w:rPr>
          <w:sz w:val="22"/>
        </w:rPr>
        <w:t>C. Mở rộng lãnh thổ châu Âu</w:t>
      </w:r>
    </w:p>
    <w:p>
      <w:pPr>
        <w:pStyle w:val="ListParagraph"/>
      </w:pPr>
      <w:r>
        <w:rPr>
          <w:sz w:val="22"/>
        </w:rPr>
        <w:t>D. Chấm dứt chiến tranh tôn giáo</w:t>
      </w:r>
    </w:p>
    <w:p/>
    <w:p>
      <w:r>
        <w:rPr>
          <w:b/>
          <w:sz w:val="24"/>
        </w:rPr>
        <w:t>Câu 8: Cuộc Cách mạng Tân Hợi (1911) ở Trung Quốc do tổ chức nào lãnh đạo?</w:t>
      </w:r>
    </w:p>
    <w:p>
      <w:pPr>
        <w:pStyle w:val="ListParagraph"/>
      </w:pPr>
      <w:r>
        <w:rPr>
          <w:sz w:val="22"/>
        </w:rPr>
        <w:t>A. Đảng Cộng sản Trung Quốc</w:t>
      </w:r>
    </w:p>
    <w:p>
      <w:pPr>
        <w:pStyle w:val="ListParagraph"/>
      </w:pPr>
      <w:r>
        <w:rPr>
          <w:sz w:val="22"/>
        </w:rPr>
        <w:t>B. Hội Duy tân</w:t>
      </w:r>
    </w:p>
    <w:p>
      <w:pPr>
        <w:pStyle w:val="ListParagraph"/>
      </w:pPr>
      <w:r>
        <w:rPr>
          <w:sz w:val="22"/>
        </w:rPr>
        <w:t>C. Quốc dân Đảng</w:t>
      </w:r>
    </w:p>
    <w:p>
      <w:pPr>
        <w:pStyle w:val="ListParagraph"/>
      </w:pPr>
      <w:r>
        <w:rPr>
          <w:sz w:val="22"/>
        </w:rPr>
        <w:t>D. Trung Quốc Đồng minh hội</w:t>
      </w:r>
    </w:p>
    <w:p/>
    <w:p>
      <w:r>
        <w:rPr>
          <w:b/>
          <w:sz w:val="24"/>
        </w:rPr>
        <w:t>Câu 9: Ý nghĩa lịch sử của Cách mạng Tân Hợi năm 1911 là gì?</w:t>
      </w:r>
    </w:p>
    <w:p>
      <w:pPr>
        <w:pStyle w:val="ListParagraph"/>
      </w:pPr>
      <w:r>
        <w:rPr>
          <w:sz w:val="22"/>
        </w:rPr>
        <w:t>A. Xóa bỏ hoàn toàn chế độ phong kiến ở châu Á</w:t>
      </w:r>
    </w:p>
    <w:p>
      <w:pPr>
        <w:pStyle w:val="ListParagraph"/>
      </w:pPr>
      <w:r>
        <w:rPr>
          <w:sz w:val="22"/>
        </w:rPr>
        <w:t>B. Lật đổ chế độ phong kiến Mãn Thanh, mở đường cho chủ nghĩa tư bản phát triển</w:t>
      </w:r>
    </w:p>
    <w:p>
      <w:pPr>
        <w:pStyle w:val="ListParagraph"/>
      </w:pPr>
      <w:r>
        <w:rPr>
          <w:sz w:val="22"/>
        </w:rPr>
        <w:t>C. Thành lập nước Cộng hòa Nhân dân Trung Hoa</w:t>
      </w:r>
    </w:p>
    <w:p>
      <w:pPr>
        <w:pStyle w:val="ListParagraph"/>
      </w:pPr>
      <w:r>
        <w:rPr>
          <w:sz w:val="22"/>
        </w:rPr>
        <w:t>D. Đánh đuổi thực dân Anh khỏi Trung Quốc</w:t>
      </w:r>
    </w:p>
    <w:p/>
    <w:p>
      <w:r>
        <w:rPr>
          <w:b/>
          <w:sz w:val="24"/>
        </w:rPr>
        <w:t>Câu 10: Nội dung nào sau đây phản ánh đúng về Chiến tranh thế giới thứ nhất (1914 – 1918)?</w:t>
      </w:r>
    </w:p>
    <w:p>
      <w:pPr>
        <w:pStyle w:val="ListParagraph"/>
      </w:pPr>
      <w:r>
        <w:rPr>
          <w:sz w:val="22"/>
        </w:rPr>
        <w:t>A. Kết thúc với thắng lợi của phe Liên minh</w:t>
      </w:r>
    </w:p>
    <w:p>
      <w:pPr>
        <w:pStyle w:val="ListParagraph"/>
      </w:pPr>
      <w:r>
        <w:rPr>
          <w:sz w:val="22"/>
        </w:rPr>
        <w:t>B. Chỉ diễn ra ở châu Âu</w:t>
      </w:r>
    </w:p>
    <w:p>
      <w:pPr>
        <w:pStyle w:val="ListParagraph"/>
      </w:pPr>
      <w:r>
        <w:rPr>
          <w:sz w:val="22"/>
        </w:rPr>
        <w:t>C. Không ảnh hưởng đến Việt Nam</w:t>
      </w:r>
    </w:p>
    <w:p>
      <w:pPr>
        <w:pStyle w:val="ListParagraph"/>
      </w:pPr>
      <w:r>
        <w:rPr>
          <w:sz w:val="22"/>
        </w:rPr>
        <w:t>D. Diễn ra chủ yếu giữa phe Liên minh và phe Hiệp ước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Cuộc cách mạng công nghiệp lần thứ nhất khởi đầu ở Anh với sự phát triển của máy hơi nước và ngành dệt.</w:t>
      </w:r>
    </w:p>
    <w:p>
      <w:r>
        <w:rPr>
          <w:b/>
        </w:rPr>
        <w:t>Câu 2: Đáp án đúng: D</w:t>
      </w:r>
    </w:p>
    <w:p>
      <w:r>
        <w:rPr>
          <w:i/>
        </w:rPr>
        <w:t>Giải thích: Cách mạng công nghiệp lần thứ hai gắn với việc ứng dụng điện năng và sản xuất dây chuyền hàng loạt.</w:t>
      </w:r>
    </w:p>
    <w:p>
      <w:r>
        <w:rPr>
          <w:b/>
        </w:rPr>
        <w:t>Câu 3: Đáp án đúng: A</w:t>
      </w:r>
    </w:p>
    <w:p>
      <w:r>
        <w:rPr>
          <w:i/>
        </w:rPr>
        <w:t>Giải thích: Cách mạng công nghiệp lần thứ ba gắn với máy tính điện tử, internet và công nghệ thông tin.</w:t>
      </w:r>
    </w:p>
    <w:p>
      <w:r>
        <w:rPr>
          <w:b/>
        </w:rPr>
        <w:t>Câu 4: Đáp án đúng: B</w:t>
      </w:r>
    </w:p>
    <w:p>
      <w:r>
        <w:rPr>
          <w:i/>
        </w:rPr>
        <w:t>Giải thích: Cách mạng công nghiệp lần thứ tư còn được gọi là cách mạng số, dựa trên trí tuệ nhân tạo và dữ liệu lớn.</w:t>
      </w:r>
    </w:p>
    <w:p>
      <w:r>
        <w:rPr>
          <w:b/>
        </w:rPr>
        <w:t>Câu 5: Đáp án đúng: D</w:t>
      </w:r>
    </w:p>
    <w:p>
      <w:r>
        <w:rPr>
          <w:i/>
        </w:rPr>
        <w:t>Giải thích: Cách mạng công nghiệp giúp nâng cao năng suất lao động nhờ áp dụng máy móc và công nghệ.</w:t>
      </w:r>
    </w:p>
    <w:p>
      <w:r>
        <w:rPr>
          <w:b/>
        </w:rPr>
        <w:t>Câu 6: Đáp án đúng: B</w:t>
      </w:r>
    </w:p>
    <w:p>
      <w:r>
        <w:rPr>
          <w:i/>
        </w:rPr>
        <w:t>Giải thích: Bồ Đào Nha và Tây Ban Nha là những quốc gia tiên phong trong các cuộc phát kiến địa lí thế kỉ XVI – XVIII.</w:t>
      </w:r>
    </w:p>
    <w:p>
      <w:r>
        <w:rPr>
          <w:b/>
        </w:rPr>
        <w:t>Câu 7: Đáp án đúng: A</w:t>
      </w:r>
    </w:p>
    <w:p>
      <w:r>
        <w:rPr>
          <w:i/>
        </w:rPr>
        <w:t>Giải thích: Phát kiến địa lí thúc đẩy giao lưu kinh tế, tạo điều kiện hình thành và phát triển chủ nghĩa tư bản ở châu Âu.</w:t>
      </w:r>
    </w:p>
    <w:p>
      <w:r>
        <w:rPr>
          <w:b/>
        </w:rPr>
        <w:t>Câu 8: Đáp án đúng: D</w:t>
      </w:r>
    </w:p>
    <w:p>
      <w:r>
        <w:rPr>
          <w:i/>
        </w:rPr>
        <w:t>Giải thích: Cách mạng Tân Hợi do Trung Quốc Đồng minh hội lãnh đạo, đứng đầu là Tôn Trung Sơn.</w:t>
      </w:r>
    </w:p>
    <w:p>
      <w:r>
        <w:rPr>
          <w:b/>
        </w:rPr>
        <w:t>Câu 9: Đáp án đúng: B</w:t>
      </w:r>
    </w:p>
    <w:p>
      <w:r>
        <w:rPr>
          <w:i/>
        </w:rPr>
        <w:t>Giải thích: Cách mạng Tân Hợi lật đổ triều đình Mãn Thanh, chấm dứt chế độ quân chủ chuyên chế và mở đường cho chủ nghĩa tư bản phát triển.</w:t>
      </w:r>
    </w:p>
    <w:p>
      <w:r>
        <w:rPr>
          <w:b/>
        </w:rPr>
        <w:t>Câu 10: Đáp án đúng: D</w:t>
      </w:r>
    </w:p>
    <w:p>
      <w:r>
        <w:rPr>
          <w:i/>
        </w:rPr>
        <w:t>Giải thích: Chiến tranh thế giới thứ nhất là cuộc đối đầu giữa phe Liên minh và phe Hiệp ước, lan rộng ra nhiều châu lục.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