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kiểm tra giữa kì</w:t>
      </w:r>
    </w:p>
    <w:p>
      <w:pPr>
        <w:jc w:val="center"/>
      </w:pPr>
      <w:r>
        <w:rPr>
          <w:sz w:val="22"/>
        </w:rPr>
        <w:t>Số câu: 19    Thời gian: _____ phút    Họ và tên: _________________________</w:t>
      </w:r>
    </w:p>
    <w:p/>
    <w:p>
      <w:r>
        <w:rPr>
          <w:b/>
          <w:sz w:val="24"/>
        </w:rPr>
        <w:t>Câu 1: Tập hợp các số tự nhiên lớn hơn 5 và nhỏ hơn 9 là:</w:t>
      </w:r>
    </w:p>
    <w:p>
      <w:pPr>
        <w:pStyle w:val="ListParagraph"/>
      </w:pPr>
      <w:r>
        <w:rPr>
          <w:sz w:val="22"/>
        </w:rPr>
        <w:t>A. {6; 7; 8}</w:t>
      </w:r>
    </w:p>
    <w:p>
      <w:pPr>
        <w:pStyle w:val="ListParagraph"/>
      </w:pPr>
      <w:r>
        <w:rPr>
          <w:sz w:val="22"/>
        </w:rPr>
        <w:t>B. {5; 6; 7; 8; 9}</w:t>
      </w:r>
    </w:p>
    <w:p>
      <w:pPr>
        <w:pStyle w:val="ListParagraph"/>
      </w:pPr>
      <w:r>
        <w:rPr>
          <w:sz w:val="22"/>
        </w:rPr>
        <w:t>C. {6; 7; 8; 9}</w:t>
      </w:r>
    </w:p>
    <w:p>
      <w:pPr>
        <w:pStyle w:val="ListParagraph"/>
      </w:pPr>
      <w:r>
        <w:rPr>
          <w:sz w:val="22"/>
        </w:rPr>
        <w:t>D. {5; 6; 7; 8}</w:t>
      </w:r>
    </w:p>
    <w:p/>
    <w:p>
      <w:r>
        <w:rPr>
          <w:b/>
          <w:sz w:val="24"/>
        </w:rPr>
        <w:t>Câu 2: Kết quả của phép tính: \(12 + 8 \times 3\) là:</w:t>
      </w:r>
    </w:p>
    <w:p>
      <w:pPr>
        <w:pStyle w:val="ListParagraph"/>
      </w:pPr>
      <w:r>
        <w:rPr>
          <w:sz w:val="22"/>
        </w:rPr>
        <w:t>A. 60</w:t>
      </w:r>
    </w:p>
    <w:p>
      <w:pPr>
        <w:pStyle w:val="ListParagraph"/>
      </w:pPr>
      <w:r>
        <w:rPr>
          <w:sz w:val="22"/>
        </w:rPr>
        <w:t>B. 36</w:t>
      </w:r>
    </w:p>
    <w:p>
      <w:pPr>
        <w:pStyle w:val="ListParagraph"/>
      </w:pPr>
      <w:r>
        <w:rPr>
          <w:sz w:val="22"/>
        </w:rPr>
        <w:t>C. 38</w:t>
      </w:r>
    </w:p>
    <w:p>
      <w:pPr>
        <w:pStyle w:val="ListParagraph"/>
      </w:pPr>
      <w:r>
        <w:rPr>
          <w:sz w:val="22"/>
        </w:rPr>
        <w:t>D. 24</w:t>
      </w:r>
    </w:p>
    <w:p/>
    <w:p>
      <w:r>
        <w:rPr>
          <w:b/>
          <w:sz w:val="24"/>
        </w:rPr>
        <w:t>Câu 3: Số nào sau đây chia hết cho cả 2 và 5?</w:t>
      </w:r>
    </w:p>
    <w:p>
      <w:pPr>
        <w:pStyle w:val="ListParagraph"/>
      </w:pPr>
      <w:r>
        <w:rPr>
          <w:sz w:val="22"/>
        </w:rPr>
        <w:t>A. 202</w:t>
      </w:r>
    </w:p>
    <w:p>
      <w:pPr>
        <w:pStyle w:val="ListParagraph"/>
      </w:pPr>
      <w:r>
        <w:rPr>
          <w:sz w:val="22"/>
        </w:rPr>
        <w:t>B. 315</w:t>
      </w:r>
    </w:p>
    <w:p>
      <w:pPr>
        <w:pStyle w:val="ListParagraph"/>
      </w:pPr>
      <w:r>
        <w:rPr>
          <w:sz w:val="22"/>
        </w:rPr>
        <w:t>C. 420</w:t>
      </w:r>
    </w:p>
    <w:p>
      <w:pPr>
        <w:pStyle w:val="ListParagraph"/>
      </w:pPr>
      <w:r>
        <w:rPr>
          <w:sz w:val="22"/>
        </w:rPr>
        <w:t>D. 524</w:t>
      </w:r>
    </w:p>
    <w:p/>
    <w:p>
      <w:r>
        <w:rPr>
          <w:b/>
          <w:sz w:val="24"/>
        </w:rPr>
        <w:t>Câu 4: Ước chung lớn nhất của 12 và 18 là:</w:t>
      </w:r>
    </w:p>
    <w:p>
      <w:pPr>
        <w:pStyle w:val="ListParagraph"/>
      </w:pPr>
      <w:r>
        <w:rPr>
          <w:sz w:val="22"/>
        </w:rPr>
        <w:t>A. 3</w:t>
      </w:r>
    </w:p>
    <w:p>
      <w:pPr>
        <w:pStyle w:val="ListParagraph"/>
      </w:pPr>
      <w:r>
        <w:rPr>
          <w:sz w:val="22"/>
        </w:rPr>
        <w:t>B. 6</w:t>
      </w:r>
    </w:p>
    <w:p>
      <w:pPr>
        <w:pStyle w:val="ListParagraph"/>
      </w:pPr>
      <w:r>
        <w:rPr>
          <w:sz w:val="22"/>
        </w:rPr>
        <w:t>C. 12</w:t>
      </w:r>
    </w:p>
    <w:p>
      <w:pPr>
        <w:pStyle w:val="ListParagraph"/>
      </w:pPr>
      <w:r>
        <w:rPr>
          <w:sz w:val="22"/>
        </w:rPr>
        <w:t>D. 36</w:t>
      </w:r>
    </w:p>
    <w:p/>
    <w:p>
      <w:r>
        <w:rPr>
          <w:b/>
          <w:sz w:val="24"/>
        </w:rPr>
        <w:t>Câu 5: Thực hiện phép tính: \(245 + 128 - 145\)</w:t>
      </w:r>
    </w:p>
    <w:p/>
    <w:p>
      <w:r>
        <w:rPr>
          <w:b/>
          <w:sz w:val="24"/>
        </w:rPr>
        <w:t>Câu 6: Thực hiện phép tính: \(15 \times 28 + 15 \times 72\)</w:t>
      </w:r>
    </w:p>
    <w:p/>
    <w:p>
      <w:r>
        <w:rPr>
          <w:b/>
          <w:sz w:val="24"/>
        </w:rPr>
        <w:t>Câu 7: Thực hiện phép tính: \(120 - [130 - (5 - 2)^2]\)</w:t>
      </w:r>
    </w:p>
    <w:p/>
    <w:p>
      <w:r>
        <w:rPr>
          <w:b/>
          <w:sz w:val="24"/>
        </w:rPr>
        <w:t>Câu 8: Thực hiện phép tính: \(2^3 \times 5 - 36 \div 4\)</w:t>
      </w:r>
    </w:p>
    <w:p/>
    <w:p>
      <w:r>
        <w:rPr>
          <w:b/>
          <w:sz w:val="24"/>
        </w:rPr>
        <w:t>Câu 9: Viết số sau dưới dạng tích các lũy thừa của số nguyên tố: 36</w:t>
      </w:r>
    </w:p>
    <w:p/>
    <w:p>
      <w:r>
        <w:rPr>
          <w:b/>
          <w:sz w:val="24"/>
        </w:rPr>
        <w:t>Câu 10: Viết số sau dưới dạng tích các lũy thừa của số nguyên tố: 60</w:t>
      </w:r>
    </w:p>
    <w:p/>
    <w:p>
      <w:r>
        <w:rPr>
          <w:b/>
          <w:sz w:val="24"/>
        </w:rPr>
        <w:t>Câu 11: Viết số sau dưới dạng tích các lũy thừa của số nguyên tố: 120</w:t>
      </w:r>
    </w:p>
    <w:p/>
    <w:p>
      <w:r>
        <w:rPr>
          <w:b/>
          <w:sz w:val="24"/>
        </w:rPr>
        <w:t>Câu 12: Viết số sau dưới dạng tích các lũy thừa của số nguyên tố: 180</w:t>
      </w:r>
    </w:p>
    <w:p/>
    <w:p>
      <w:r>
        <w:rPr>
          <w:b/>
          <w:sz w:val="24"/>
        </w:rPr>
        <w:t>Câu 13: Từ đó tìm Bội chung nhỏ nhất của 36 và 60.</w:t>
      </w:r>
    </w:p>
    <w:p/>
    <w:p>
      <w:r>
        <w:rPr>
          <w:b/>
          <w:sz w:val="24"/>
        </w:rPr>
        <w:t>Câu 14: Tìm số tự nhiên x, biết: \(2x + 15 = 35\)</w:t>
      </w:r>
    </w:p>
    <w:p/>
    <w:p>
      <w:r>
        <w:rPr>
          <w:b/>
          <w:sz w:val="24"/>
        </w:rPr>
        <w:t>Câu 15: Tìm số tự nhiên x, biết: \(3 \times (x - 4) = 27\)</w:t>
      </w:r>
    </w:p>
    <w:p/>
    <w:p>
      <w:r>
        <w:rPr>
          <w:b/>
          <w:sz w:val="24"/>
        </w:rPr>
        <w:t>Câu 16: Tìm số tự nhiên x, biết: \(12 + 5x = 42\)</w:t>
      </w:r>
    </w:p>
    <w:p/>
    <w:p>
      <w:r>
        <w:rPr>
          <w:b/>
          <w:sz w:val="24"/>
        </w:rPr>
        <w:t>Câu 17: Một lớp học có 24 bạn nam và 30 bạn nữ. Giáo viên muốn chia thành các nhóm sao cho số bạn nam và số bạn nữ trong mỗi nhóm bằng nhau. Hỏi: a) Có thể chia được nhiều nhất thành bao nhiêu nhóm?</w:t>
      </w:r>
    </w:p>
    <w:p/>
    <w:p>
      <w:r>
        <w:rPr>
          <w:b/>
          <w:sz w:val="24"/>
        </w:rPr>
        <w:t>Câu 18: Một lớp học có 24 bạn nam và 30 bạn nữ. Giáo viên muốn chia thành các nhóm sao cho số bạn nam và số bạn nữ trong mỗi nhóm bằng nhau. Hỏi: b) Khi đó mỗi nhóm có bao nhiêu bạn nam, bao nhiêu bạn nữ?</w:t>
      </w:r>
    </w:p>
    <w:p/>
    <w:p>
      <w:r>
        <w:rPr>
          <w:b/>
          <w:sz w:val="24"/>
        </w:rPr>
        <w:t>Câu 19: Tìm số tự nhiên có hai chữ số, biết rằng số đó chia cho 5 dư 3, chia cho 6 dư 4 và số đó lớn hơn 30.</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B</w:t>
      </w:r>
    </w:p>
    <w:p>
      <w:r>
        <w:rPr>
          <w:b/>
        </w:rPr>
        <w:t>Câu 5: Đáp án đúng: None</w:t>
      </w:r>
    </w:p>
    <w:p>
      <w:r>
        <w:rPr>
          <w:b/>
        </w:rPr>
        <w:t>Câu 6: Đáp án đúng: None</w:t>
      </w:r>
    </w:p>
    <w:p>
      <w:r>
        <w:rPr>
          <w:b/>
        </w:rPr>
        <w:t>Câu 7: Đáp án đúng: None</w:t>
      </w:r>
    </w:p>
    <w:p>
      <w:r>
        <w:rPr>
          <w:b/>
        </w:rPr>
        <w:t>Câu 8: Đáp án đúng: None</w:t>
      </w:r>
    </w:p>
    <w:p>
      <w:r>
        <w:rPr>
          <w:b/>
        </w:rPr>
        <w:t>Câu 9: Đáp án đúng: None</w:t>
      </w:r>
    </w:p>
    <w:p>
      <w:r>
        <w:rPr>
          <w:b/>
        </w:rPr>
        <w:t>Câu 10: Đáp án đúng: None</w:t>
      </w:r>
    </w:p>
    <w:p>
      <w:r>
        <w:rPr>
          <w:b/>
        </w:rPr>
        <w:t>Câu 11: Đáp án đúng: None</w:t>
      </w:r>
    </w:p>
    <w:p>
      <w:r>
        <w:rPr>
          <w:b/>
        </w:rPr>
        <w:t>Câu 12: Đáp án đúng: None</w:t>
      </w:r>
    </w:p>
    <w:p>
      <w:r>
        <w:rPr>
          <w:b/>
        </w:rPr>
        <w:t>Câu 13: Đáp án đúng: None</w:t>
      </w:r>
    </w:p>
    <w:p>
      <w:r>
        <w:rPr>
          <w:b/>
        </w:rPr>
        <w:t>Câu 14: Đáp án đúng: None</w:t>
      </w:r>
    </w:p>
    <w:p>
      <w:r>
        <w:rPr>
          <w:b/>
        </w:rPr>
        <w:t>Câu 15: Đáp án đúng: None</w:t>
      </w:r>
    </w:p>
    <w:p>
      <w:r>
        <w:rPr>
          <w:b/>
        </w:rPr>
        <w:t>Câu 16: Đáp án đúng: None</w:t>
      </w:r>
    </w:p>
    <w:p>
      <w:r>
        <w:rPr>
          <w:b/>
        </w:rPr>
        <w:t>Câu 17: Đáp án đúng: None</w:t>
      </w:r>
    </w:p>
    <w:p>
      <w:r>
        <w:rPr>
          <w:b/>
        </w:rPr>
        <w:t>Câu 18: Đáp án đúng: None</w:t>
      </w:r>
    </w:p>
    <w:p>
      <w:r>
        <w:rPr>
          <w:b/>
        </w:rPr>
        <w:t>Câu 19: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