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Phát biểu nào sau đây là ĐÚNG khi nói về bản chất</w:t>
      </w:r>
    </w:p>
    <w:p>
      <w:pPr>
        <w:jc w:val="center"/>
      </w:pPr>
      <w:r>
        <w:rPr>
          <w:sz w:val="22"/>
        </w:rPr>
        <w:t>Số câu: 22    Thời gian: _____ phút    Họ và tên: _________________________</w:t>
      </w:r>
    </w:p>
    <w:p/>
    <w:p>
      <w:r>
        <w:rPr>
          <w:b/>
          <w:sz w:val="24"/>
        </w:rPr>
        <w:t>Câu 1: Phát biểu nào sau đây là ĐÚNG khi nói về bản chất của lipid?</w:t>
      </w:r>
    </w:p>
    <w:p>
      <w:pPr>
        <w:pStyle w:val="ListParagraph"/>
      </w:pPr>
      <w:r>
        <w:rPr>
          <w:sz w:val="22"/>
        </w:rPr>
        <w:t>A. Lipid là polymer được tạo thành từ các monomer lặp đi lặp lại.</w:t>
      </w:r>
    </w:p>
    <w:p>
      <w:pPr>
        <w:pStyle w:val="ListParagraph"/>
      </w:pPr>
      <w:r>
        <w:rPr>
          <w:sz w:val="22"/>
        </w:rPr>
        <w:t>B. Lipid là hợp chất vô cơ tan tốt trong nước.</w:t>
      </w:r>
    </w:p>
    <w:p>
      <w:pPr>
        <w:pStyle w:val="ListParagraph"/>
      </w:pPr>
      <w:r>
        <w:rPr>
          <w:sz w:val="22"/>
        </w:rPr>
        <w:t>C. Lipid là nhóm hợp chất hữu cơ đa dạng, không tan trong nước nhưng tan trong dung môi hữu cơ.</w:t>
      </w:r>
    </w:p>
    <w:p>
      <w:pPr>
        <w:pStyle w:val="ListParagraph"/>
      </w:pPr>
      <w:r>
        <w:rPr>
          <w:sz w:val="22"/>
        </w:rPr>
        <w:t>D. Lipid chỉ chứa các liên kết ion phân cực.</w:t>
      </w:r>
    </w:p>
    <w:p/>
    <w:p>
      <w:r>
        <w:rPr>
          <w:b/>
          <w:sz w:val="24"/>
        </w:rPr>
        <w:t>Câu 2: So với Carbohydrate (Glycogen), Lipid (Triglyceride) là dạng dự trữ năng lượng ưu việt hơn vì lý do nào sau đây?</w:t>
      </w:r>
    </w:p>
    <w:p>
      <w:pPr>
        <w:pStyle w:val="ListParagraph"/>
      </w:pPr>
      <w:r>
        <w:rPr>
          <w:sz w:val="22"/>
        </w:rPr>
        <w:t>A. Giải phóng gấp đôi năng lượng per gram (~4000 kJ/100g) và ít ảnh hưởng đến áp suất thẩm thấu.</w:t>
      </w:r>
    </w:p>
    <w:p>
      <w:pPr>
        <w:pStyle w:val="ListParagraph"/>
      </w:pPr>
      <w:r>
        <w:rPr>
          <w:sz w:val="22"/>
        </w:rPr>
        <w:t>B. Dễ tiêu hóa và vận chuyển trong máu hơn carbohydrate.</w:t>
      </w:r>
    </w:p>
    <w:p>
      <w:pPr>
        <w:pStyle w:val="ListParagraph"/>
      </w:pPr>
      <w:r>
        <w:rPr>
          <w:sz w:val="22"/>
        </w:rPr>
        <w:t>C. Có thể sử dụng trực tiếp trong hô hấp yếm khí.</w:t>
      </w:r>
    </w:p>
    <w:p>
      <w:pPr>
        <w:pStyle w:val="ListParagraph"/>
      </w:pPr>
      <w:r>
        <w:rPr>
          <w:sz w:val="22"/>
        </w:rPr>
        <w:t>D. Có khả năng hòa tan hoàn toàn trong môi trường tế bào chất.</w:t>
      </w:r>
    </w:p>
    <w:p/>
    <w:p>
      <w:r>
        <w:rPr>
          <w:b/>
          <w:sz w:val="24"/>
        </w:rPr>
        <w:t>Câu 3: Thành phần cấu tạo của một phân tử Triacylglycerol (TAG) gồm có:</w:t>
      </w:r>
    </w:p>
    <w:p>
      <w:pPr>
        <w:pStyle w:val="ListParagraph"/>
      </w:pPr>
      <w:r>
        <w:rPr>
          <w:sz w:val="22"/>
        </w:rPr>
        <w:t>A. 1 Sphingosine và 3 acid béo.</w:t>
      </w:r>
    </w:p>
    <w:p>
      <w:pPr>
        <w:pStyle w:val="ListParagraph"/>
      </w:pPr>
      <w:r>
        <w:rPr>
          <w:sz w:val="22"/>
        </w:rPr>
        <w:t>B. 1 Glycerol và 3 acid béo.</w:t>
      </w:r>
    </w:p>
    <w:p>
      <w:pPr>
        <w:pStyle w:val="ListParagraph"/>
      </w:pPr>
      <w:r>
        <w:rPr>
          <w:sz w:val="22"/>
        </w:rPr>
        <w:t>C. 1 Glycerol, 2 acid béo và 1 nhóm phosphate.</w:t>
      </w:r>
    </w:p>
    <w:p>
      <w:pPr>
        <w:pStyle w:val="ListParagraph"/>
      </w:pPr>
      <w:r>
        <w:rPr>
          <w:sz w:val="22"/>
        </w:rPr>
        <w:t>D. 3 Glycerol và 1 acid béo.</w:t>
      </w:r>
    </w:p>
    <w:p/>
    <w:p>
      <w:r>
        <w:rPr>
          <w:b/>
          <w:sz w:val="24"/>
        </w:rPr>
        <w:t>Câu 4: Ở nhiệt độ phòng (25°C), mỡ động vật ở dạng rắn trong khi dầu thực vật ở dạng lỏng. Nguyên nhân là do:</w:t>
      </w:r>
    </w:p>
    <w:p>
      <w:pPr>
        <w:pStyle w:val="ListParagraph"/>
      </w:pPr>
      <w:r>
        <w:rPr>
          <w:sz w:val="22"/>
        </w:rPr>
        <w:t>A. Mỡ động vật chứa nhiều acid béo không bão hòa.</w:t>
      </w:r>
    </w:p>
    <w:p>
      <w:pPr>
        <w:pStyle w:val="ListParagraph"/>
      </w:pPr>
      <w:r>
        <w:rPr>
          <w:sz w:val="22"/>
        </w:rPr>
        <w:t>B. Dầu thực vật chứa chủ yếu các acid béo bão hòa.</w:t>
      </w:r>
    </w:p>
    <w:p>
      <w:pPr>
        <w:pStyle w:val="ListParagraph"/>
      </w:pPr>
      <w:r>
        <w:rPr>
          <w:sz w:val="22"/>
        </w:rPr>
        <w:t>C. Mỡ động vật chứa tỷ lệ cao các acid béo bão hòa (no) có điểm nóng chảy cao.</w:t>
      </w:r>
    </w:p>
    <w:p>
      <w:pPr>
        <w:pStyle w:val="ListParagraph"/>
      </w:pPr>
      <w:r>
        <w:rPr>
          <w:sz w:val="22"/>
        </w:rPr>
        <w:t>D. Dầu thực vật có chứa nhiều nhóm phosphate.</w:t>
      </w:r>
    </w:p>
    <w:p/>
    <w:p>
      <w:r>
        <w:rPr>
          <w:b/>
          <w:sz w:val="24"/>
        </w:rPr>
        <w:t>Câu 5: Enzyme chính tham gia vào quá trình thủy phân phân tử Triglyceride trong cơ thể là:</w:t>
      </w:r>
    </w:p>
    <w:p>
      <w:pPr>
        <w:pStyle w:val="ListParagraph"/>
      </w:pPr>
      <w:r>
        <w:rPr>
          <w:sz w:val="22"/>
        </w:rPr>
        <w:t>A. Amylase</w:t>
      </w:r>
    </w:p>
    <w:p>
      <w:pPr>
        <w:pStyle w:val="ListParagraph"/>
      </w:pPr>
      <w:r>
        <w:rPr>
          <w:sz w:val="22"/>
        </w:rPr>
        <w:t>B. Lipase</w:t>
      </w:r>
    </w:p>
    <w:p>
      <w:pPr>
        <w:pStyle w:val="ListParagraph"/>
      </w:pPr>
      <w:r>
        <w:rPr>
          <w:sz w:val="22"/>
        </w:rPr>
        <w:t>C. Protease</w:t>
      </w:r>
    </w:p>
    <w:p>
      <w:pPr>
        <w:pStyle w:val="ListParagraph"/>
      </w:pPr>
      <w:r>
        <w:rPr>
          <w:sz w:val="22"/>
        </w:rPr>
        <w:t>D. Kinase</w:t>
      </w:r>
    </w:p>
    <w:p/>
    <w:p>
      <w:r>
        <w:rPr>
          <w:b/>
          <w:sz w:val="24"/>
        </w:rPr>
        <w:t>Câu 6: Hầu hết các acid béo không bão hòa có trong tự nhiên tồn tại ở cấu hình nào?</w:t>
      </w:r>
    </w:p>
    <w:p>
      <w:pPr>
        <w:pStyle w:val="ListParagraph"/>
      </w:pPr>
      <w:r>
        <w:rPr>
          <w:sz w:val="22"/>
        </w:rPr>
        <w:t>A. Cấu hình trans</w:t>
      </w:r>
    </w:p>
    <w:p>
      <w:pPr>
        <w:pStyle w:val="ListParagraph"/>
      </w:pPr>
      <w:r>
        <w:rPr>
          <w:sz w:val="22"/>
        </w:rPr>
        <w:t>B. Cấu hình cis</w:t>
      </w:r>
    </w:p>
    <w:p>
      <w:pPr>
        <w:pStyle w:val="ListParagraph"/>
      </w:pPr>
      <w:r>
        <w:rPr>
          <w:sz w:val="22"/>
        </w:rPr>
        <w:t>C. Cấu hình D</w:t>
      </w:r>
    </w:p>
    <w:p>
      <w:pPr>
        <w:pStyle w:val="ListParagraph"/>
      </w:pPr>
      <w:r>
        <w:rPr>
          <w:sz w:val="22"/>
        </w:rPr>
        <w:t>D. Cấu hình L</w:t>
      </w:r>
    </w:p>
    <w:p/>
    <w:p>
      <w:r>
        <w:rPr>
          <w:b/>
          <w:sz w:val="24"/>
        </w:rPr>
        <w:t>Câu 7: Tiêu thụ nhiều chất béo dạng trans (trans-fats) nguy hại cho sức khỏe tim mạch vì chúng:</w:t>
      </w:r>
    </w:p>
    <w:p>
      <w:pPr>
        <w:pStyle w:val="ListParagraph"/>
      </w:pPr>
      <w:r>
        <w:rPr>
          <w:sz w:val="22"/>
        </w:rPr>
        <w:t>A. Làm tăng cholesterol HDL và giảm cholesterol LDL.</w:t>
      </w:r>
    </w:p>
    <w:p>
      <w:pPr>
        <w:pStyle w:val="ListParagraph"/>
      </w:pPr>
      <w:r>
        <w:rPr>
          <w:sz w:val="22"/>
        </w:rPr>
        <w:t>B. Làm tăng cholesterol xấu (LDL) và giảm cholesterol tốt (HDL).</w:t>
      </w:r>
    </w:p>
    <w:p>
      <w:pPr>
        <w:pStyle w:val="ListParagraph"/>
      </w:pPr>
      <w:r>
        <w:rPr>
          <w:sz w:val="22"/>
        </w:rPr>
        <w:t>C. Hạ huyết áp đột ngột.</w:t>
      </w:r>
    </w:p>
    <w:p>
      <w:pPr>
        <w:pStyle w:val="ListParagraph"/>
      </w:pPr>
      <w:r>
        <w:rPr>
          <w:sz w:val="22"/>
        </w:rPr>
        <w:t>D. Ức chế sự hấp thu đường glucose ở ruột.</w:t>
      </w:r>
    </w:p>
    <w:p/>
    <w:p>
      <w:r>
        <w:rPr>
          <w:b/>
          <w:sz w:val="24"/>
        </w:rPr>
        <w:t>Câu 8: Acid béo nào sau đây là acid béo bão hòa (SFAs)?</w:t>
      </w:r>
    </w:p>
    <w:p>
      <w:pPr>
        <w:pStyle w:val="ListParagraph"/>
      </w:pPr>
      <w:r>
        <w:rPr>
          <w:sz w:val="22"/>
        </w:rPr>
        <w:t>A. Oleic acid (18:1)</w:t>
      </w:r>
    </w:p>
    <w:p>
      <w:pPr>
        <w:pStyle w:val="ListParagraph"/>
      </w:pPr>
      <w:r>
        <w:rPr>
          <w:sz w:val="22"/>
        </w:rPr>
        <w:t>B. Linoleic acid (18:2)</w:t>
      </w:r>
    </w:p>
    <w:p>
      <w:pPr>
        <w:pStyle w:val="ListParagraph"/>
      </w:pPr>
      <w:r>
        <w:rPr>
          <w:sz w:val="22"/>
        </w:rPr>
        <w:t>C. Palmitic acid (16:0)</w:t>
      </w:r>
    </w:p>
    <w:p>
      <w:pPr>
        <w:pStyle w:val="ListParagraph"/>
      </w:pPr>
      <w:r>
        <w:rPr>
          <w:sz w:val="22"/>
        </w:rPr>
        <w:t>D. Arachidonic acid (20:4)</w:t>
      </w:r>
    </w:p>
    <w:p/>
    <w:p>
      <w:r>
        <w:rPr>
          <w:b/>
          <w:sz w:val="24"/>
        </w:rPr>
        <w:t>Câu 9: Acid béo Omega-3 thuộc nhóm acid béo nào?</w:t>
      </w:r>
    </w:p>
    <w:p>
      <w:pPr>
        <w:pStyle w:val="ListParagraph"/>
      </w:pPr>
      <w:r>
        <w:rPr>
          <w:sz w:val="22"/>
        </w:rPr>
        <w:t>A. Acid béo bão hòa</w:t>
      </w:r>
    </w:p>
    <w:p>
      <w:pPr>
        <w:pStyle w:val="ListParagraph"/>
      </w:pPr>
      <w:r>
        <w:rPr>
          <w:sz w:val="22"/>
        </w:rPr>
        <w:t>B. Acid béo không bão hòa đa (PUFAs) có nối đôi đầu tiên ở C3 tính từ đầu methyl (-CH3)</w:t>
      </w:r>
    </w:p>
    <w:p>
      <w:pPr>
        <w:pStyle w:val="ListParagraph"/>
      </w:pPr>
      <w:r>
        <w:rPr>
          <w:sz w:val="22"/>
        </w:rPr>
        <w:t>C. Acid béo có 3 nguyên tử carbon</w:t>
      </w:r>
    </w:p>
    <w:p>
      <w:pPr>
        <w:pStyle w:val="ListParagraph"/>
      </w:pPr>
      <w:r>
        <w:rPr>
          <w:sz w:val="22"/>
        </w:rPr>
        <w:t>D. Acid béo chỉ tìm thấy ở vi khuẩn</w:t>
      </w:r>
    </w:p>
    <w:p/>
    <w:p>
      <w:r>
        <w:rPr>
          <w:b/>
          <w:sz w:val="24"/>
        </w:rPr>
        <w:t>Câu 10: Chất nào sau đây là chất trung gian quan trọng trong quá trình tổng hợp Triglyceride và Glycerophospholipid?</w:t>
      </w:r>
    </w:p>
    <w:p>
      <w:pPr>
        <w:pStyle w:val="ListParagraph"/>
      </w:pPr>
      <w:r>
        <w:rPr>
          <w:sz w:val="22"/>
        </w:rPr>
        <w:t>A. Sphingosine</w:t>
      </w:r>
    </w:p>
    <w:p>
      <w:pPr>
        <w:pStyle w:val="ListParagraph"/>
      </w:pPr>
      <w:r>
        <w:rPr>
          <w:sz w:val="22"/>
        </w:rPr>
        <w:t>B. Phosphatidic acid</w:t>
      </w:r>
    </w:p>
    <w:p>
      <w:pPr>
        <w:pStyle w:val="ListParagraph"/>
      </w:pPr>
      <w:r>
        <w:rPr>
          <w:sz w:val="22"/>
        </w:rPr>
        <w:t>C. Cholesterol</w:t>
      </w:r>
    </w:p>
    <w:p>
      <w:pPr>
        <w:pStyle w:val="ListParagraph"/>
      </w:pPr>
      <w:r>
        <w:rPr>
          <w:sz w:val="22"/>
        </w:rPr>
        <w:t>D. Ceramide</w:t>
      </w:r>
    </w:p>
    <w:p/>
    <w:p>
      <w:r>
        <w:rPr>
          <w:b/>
          <w:sz w:val="24"/>
        </w:rPr>
        <w:t>Câu 11: Lecithin là tên gọi phổ biến của glycerophospholipid nào?</w:t>
      </w:r>
    </w:p>
    <w:p>
      <w:pPr>
        <w:pStyle w:val="ListParagraph"/>
      </w:pPr>
      <w:r>
        <w:rPr>
          <w:sz w:val="22"/>
        </w:rPr>
        <w:t>A. Phosphatidylethanolamine</w:t>
      </w:r>
    </w:p>
    <w:p>
      <w:pPr>
        <w:pStyle w:val="ListParagraph"/>
      </w:pPr>
      <w:r>
        <w:rPr>
          <w:sz w:val="22"/>
        </w:rPr>
        <w:t>B. Phosphatidylcholine</w:t>
      </w:r>
    </w:p>
    <w:p>
      <w:pPr>
        <w:pStyle w:val="ListParagraph"/>
      </w:pPr>
      <w:r>
        <w:rPr>
          <w:sz w:val="22"/>
        </w:rPr>
        <w:t>C. Phosphatidylserine</w:t>
      </w:r>
    </w:p>
    <w:p>
      <w:pPr>
        <w:pStyle w:val="ListParagraph"/>
      </w:pPr>
      <w:r>
        <w:rPr>
          <w:sz w:val="22"/>
        </w:rPr>
        <w:t>D. Phosphatidylinositol</w:t>
      </w:r>
    </w:p>
    <w:p/>
    <w:p>
      <w:r>
        <w:rPr>
          <w:b/>
          <w:sz w:val="24"/>
        </w:rPr>
        <w:t>Câu 12: Phospholipid nào sau đây là thành phần đặc trưng cấu tạo nên màng trong ti thể?</w:t>
      </w:r>
    </w:p>
    <w:p>
      <w:pPr>
        <w:pStyle w:val="ListParagraph"/>
      </w:pPr>
      <w:r>
        <w:rPr>
          <w:sz w:val="22"/>
        </w:rPr>
        <w:t>A. Cephalin</w:t>
      </w:r>
    </w:p>
    <w:p>
      <w:pPr>
        <w:pStyle w:val="ListParagraph"/>
      </w:pPr>
      <w:r>
        <w:rPr>
          <w:sz w:val="22"/>
        </w:rPr>
        <w:t>B. Cardiolipin</w:t>
      </w:r>
    </w:p>
    <w:p>
      <w:pPr>
        <w:pStyle w:val="ListParagraph"/>
      </w:pPr>
      <w:r>
        <w:rPr>
          <w:sz w:val="22"/>
        </w:rPr>
        <w:t>C. Sphingomyelin</w:t>
      </w:r>
    </w:p>
    <w:p>
      <w:pPr>
        <w:pStyle w:val="ListParagraph"/>
      </w:pPr>
      <w:r>
        <w:rPr>
          <w:sz w:val="22"/>
        </w:rPr>
        <w:t>D. Cerebroside</w:t>
      </w:r>
    </w:p>
    <w:p/>
    <w:p>
      <w:r>
        <w:rPr>
          <w:b/>
          <w:sz w:val="24"/>
        </w:rPr>
        <w:t>Câu 13: Điểm ĐẶC BIỆT phân biệt Sphingolipid với Glycerophospholipid là:</w:t>
      </w:r>
    </w:p>
    <w:p>
      <w:pPr>
        <w:pStyle w:val="ListParagraph"/>
      </w:pPr>
      <w:r>
        <w:rPr>
          <w:sz w:val="22"/>
        </w:rPr>
        <w:t>A. Sphingolipid không chứa acid béo.</w:t>
      </w:r>
    </w:p>
    <w:p>
      <w:pPr>
        <w:pStyle w:val="ListParagraph"/>
      </w:pPr>
      <w:r>
        <w:rPr>
          <w:sz w:val="22"/>
        </w:rPr>
        <w:t>B. Sphingolipid không có đầu phân cực.</w:t>
      </w:r>
    </w:p>
    <w:p>
      <w:pPr>
        <w:pStyle w:val="ListParagraph"/>
      </w:pPr>
      <w:r>
        <w:rPr>
          <w:sz w:val="22"/>
        </w:rPr>
        <w:t>C. Sphingolipid không chứa khung Glycerol mà dùng Sphingosine.</w:t>
      </w:r>
    </w:p>
    <w:p>
      <w:pPr>
        <w:pStyle w:val="ListParagraph"/>
      </w:pPr>
      <w:r>
        <w:rPr>
          <w:sz w:val="22"/>
        </w:rPr>
        <w:t>D. Sphingolipid không tham gia cấu tạo màng tế bào.</w:t>
      </w:r>
    </w:p>
    <w:p/>
    <w:p>
      <w:r>
        <w:rPr>
          <w:b/>
          <w:sz w:val="24"/>
        </w:rPr>
        <w:t>Câu 14: Sphingomyelin thuộc nhóm lipid nào và đóng vai trò gì?</w:t>
      </w:r>
    </w:p>
    <w:p>
      <w:pPr>
        <w:pStyle w:val="ListParagraph"/>
      </w:pPr>
      <w:r>
        <w:rPr>
          <w:sz w:val="22"/>
        </w:rPr>
        <w:t>A. Glycerophospholipid - dự trữ năng lượng ở mỡ</w:t>
      </w:r>
    </w:p>
    <w:p>
      <w:pPr>
        <w:pStyle w:val="ListParagraph"/>
      </w:pPr>
      <w:r>
        <w:rPr>
          <w:sz w:val="22"/>
        </w:rPr>
        <w:t>B. Phosphosphingolipid - cấu tạo bao myelin bọc sợi trục thần kinh</w:t>
      </w:r>
    </w:p>
    <w:p>
      <w:pPr>
        <w:pStyle w:val="ListParagraph"/>
      </w:pPr>
      <w:r>
        <w:rPr>
          <w:sz w:val="22"/>
        </w:rPr>
        <w:t>C. Sterol - tiền chất tổng hợp hormone</w:t>
      </w:r>
    </w:p>
    <w:p>
      <w:pPr>
        <w:pStyle w:val="ListParagraph"/>
      </w:pPr>
      <w:r>
        <w:rPr>
          <w:sz w:val="22"/>
        </w:rPr>
        <w:t>D. Glycolipid - quyết định nhóm máu</w:t>
      </w:r>
    </w:p>
    <w:p/>
    <w:p>
      <w:r>
        <w:rPr>
          <w:b/>
          <w:sz w:val="24"/>
        </w:rPr>
        <w:t>Câu 15: Loại Glycosphingolipid nào chứa duy nhất 1 phân tử đường (Glucose hoặc Galactose)?</w:t>
      </w:r>
    </w:p>
    <w:p>
      <w:pPr>
        <w:pStyle w:val="ListParagraph"/>
      </w:pPr>
      <w:r>
        <w:rPr>
          <w:sz w:val="22"/>
        </w:rPr>
        <w:t>A. Cerebroside</w:t>
      </w:r>
    </w:p>
    <w:p>
      <w:pPr>
        <w:pStyle w:val="ListParagraph"/>
      </w:pPr>
      <w:r>
        <w:rPr>
          <w:sz w:val="22"/>
        </w:rPr>
        <w:t>B. Globoside</w:t>
      </w:r>
    </w:p>
    <w:p>
      <w:pPr>
        <w:pStyle w:val="ListParagraph"/>
      </w:pPr>
      <w:r>
        <w:rPr>
          <w:sz w:val="22"/>
        </w:rPr>
        <w:t>C. Ganglioside</w:t>
      </w:r>
    </w:p>
    <w:p>
      <w:pPr>
        <w:pStyle w:val="ListParagraph"/>
      </w:pPr>
      <w:r>
        <w:rPr>
          <w:sz w:val="22"/>
        </w:rPr>
        <w:t>D. Cardiolipin</w:t>
      </w:r>
    </w:p>
    <w:p/>
    <w:p>
      <w:r>
        <w:rPr>
          <w:b/>
          <w:sz w:val="24"/>
        </w:rPr>
        <w:t>Câu 16: Ganglioside khác biệt với các glycosphingolipid khác ở chỗ đầu cực của nó chứa gốc acid nào sau đây?</w:t>
      </w:r>
    </w:p>
    <w:p>
      <w:pPr>
        <w:pStyle w:val="ListParagraph"/>
      </w:pPr>
      <w:r>
        <w:rPr>
          <w:sz w:val="22"/>
        </w:rPr>
        <w:t>A. Acid palmitic</w:t>
      </w:r>
    </w:p>
    <w:p>
      <w:pPr>
        <w:pStyle w:val="ListParagraph"/>
      </w:pPr>
      <w:r>
        <w:rPr>
          <w:sz w:val="22"/>
        </w:rPr>
        <w:t>B. Acid N-acetylneuraminic (Neu5Ac / Sialic acid)</w:t>
      </w:r>
    </w:p>
    <w:p>
      <w:pPr>
        <w:pStyle w:val="ListParagraph"/>
      </w:pPr>
      <w:r>
        <w:rPr>
          <w:sz w:val="22"/>
        </w:rPr>
        <w:t>C. Acid phosphatidic</w:t>
      </w:r>
    </w:p>
    <w:p>
      <w:pPr>
        <w:pStyle w:val="ListParagraph"/>
      </w:pPr>
      <w:r>
        <w:rPr>
          <w:sz w:val="22"/>
        </w:rPr>
        <w:t>D. Acid cholic</w:t>
      </w:r>
    </w:p>
    <w:p/>
    <w:p>
      <w:r>
        <w:rPr>
          <w:b/>
          <w:sz w:val="24"/>
        </w:rPr>
        <w:t>Câu 17: Các nhóm máu hệ ABO ở người (O, A, B) được quyết định bởi thành phần nào trên bề mặt màng tế bào hồng cầu?</w:t>
      </w:r>
    </w:p>
    <w:p>
      <w:pPr>
        <w:pStyle w:val="ListParagraph"/>
      </w:pPr>
      <w:r>
        <w:rPr>
          <w:sz w:val="22"/>
        </w:rPr>
        <w:t>A. Chiều dài chuỗi acid béo của Triglyceride</w:t>
      </w:r>
    </w:p>
    <w:p>
      <w:pPr>
        <w:pStyle w:val="ListParagraph"/>
      </w:pPr>
      <w:r>
        <w:rPr>
          <w:sz w:val="22"/>
        </w:rPr>
        <w:t>B. Loại đường gắn ở đầu các Glycosphingolipid</w:t>
      </w:r>
    </w:p>
    <w:p>
      <w:pPr>
        <w:pStyle w:val="ListParagraph"/>
      </w:pPr>
      <w:r>
        <w:rPr>
          <w:sz w:val="22"/>
        </w:rPr>
        <w:t>C. Hàm lượng Cholesterol tự do</w:t>
      </w:r>
    </w:p>
    <w:p>
      <w:pPr>
        <w:pStyle w:val="ListParagraph"/>
      </w:pPr>
      <w:r>
        <w:rPr>
          <w:sz w:val="22"/>
        </w:rPr>
        <w:t>D. Loại apoprotein trong LDL</w:t>
      </w:r>
    </w:p>
    <w:p/>
    <w:p>
      <w:r>
        <w:rPr>
          <w:b/>
          <w:sz w:val="24"/>
        </w:rPr>
        <w:t>Câu 18: Hợp chất Sterol được đặc trưng bởi cấu trúc nào sau đây?</w:t>
      </w:r>
    </w:p>
    <w:p>
      <w:pPr>
        <w:pStyle w:val="ListParagraph"/>
      </w:pPr>
      <w:r>
        <w:rPr>
          <w:sz w:val="22"/>
        </w:rPr>
        <w:t>A. Mạch chuỗi thẳng 36 carbon</w:t>
      </w:r>
    </w:p>
    <w:p>
      <w:pPr>
        <w:pStyle w:val="ListParagraph"/>
      </w:pPr>
      <w:r>
        <w:rPr>
          <w:sz w:val="22"/>
        </w:rPr>
        <w:t>B. Nhân steroid gồm 4 vòng hợp nhất và nhóm -OH ở C3</w:t>
      </w:r>
    </w:p>
    <w:p>
      <w:pPr>
        <w:pStyle w:val="ListParagraph"/>
      </w:pPr>
      <w:r>
        <w:rPr>
          <w:sz w:val="22"/>
        </w:rPr>
        <w:t>C. Vòng benzen đơn độc gắn acid béo</w:t>
      </w:r>
    </w:p>
    <w:p>
      <w:pPr>
        <w:pStyle w:val="ListParagraph"/>
      </w:pPr>
      <w:r>
        <w:rPr>
          <w:sz w:val="22"/>
        </w:rPr>
        <w:t>D. Khung đường đôi liên kết phosphodiester</w:t>
      </w:r>
    </w:p>
    <w:p/>
    <w:p>
      <w:r>
        <w:rPr>
          <w:b/>
          <w:sz w:val="24"/>
        </w:rPr>
        <w:t>Câu 19: Cholesterol trong cơ thể có thể chuyển hóa thành các sản phẩm sinh học quan trọng nào sau đây, NGOẠI TRỪ:</w:t>
      </w:r>
    </w:p>
    <w:p>
      <w:pPr>
        <w:pStyle w:val="ListParagraph"/>
      </w:pPr>
      <w:r>
        <w:rPr>
          <w:sz w:val="22"/>
        </w:rPr>
        <w:t>A. Hormone steroid (Testosterone, Estradiol)</w:t>
      </w:r>
    </w:p>
    <w:p>
      <w:pPr>
        <w:pStyle w:val="ListParagraph"/>
      </w:pPr>
      <w:r>
        <w:rPr>
          <w:sz w:val="22"/>
        </w:rPr>
        <w:t>B. Acid mật và muối mật (Glycocholic acid)</w:t>
      </w:r>
    </w:p>
    <w:p>
      <w:pPr>
        <w:pStyle w:val="ListParagraph"/>
      </w:pPr>
      <w:r>
        <w:rPr>
          <w:sz w:val="22"/>
        </w:rPr>
        <w:t>C. Vitamin D3 (qua trung gian 7-dehydrocholesterol)</w:t>
      </w:r>
    </w:p>
    <w:p>
      <w:pPr>
        <w:pStyle w:val="ListParagraph"/>
      </w:pPr>
      <w:r>
        <w:rPr>
          <w:sz w:val="22"/>
        </w:rPr>
        <w:t>D. Hemoglobin</w:t>
      </w:r>
    </w:p>
    <w:p/>
    <w:p>
      <w:r>
        <w:rPr>
          <w:b/>
          <w:sz w:val="24"/>
        </w:rPr>
        <w:t>Câu 20: Apoprotein trong phức hợp Lipoprotein KHÔNG đảm nhận chức năng nào sau đây?</w:t>
      </w:r>
    </w:p>
    <w:p>
      <w:pPr>
        <w:pStyle w:val="ListParagraph"/>
      </w:pPr>
      <w:r>
        <w:rPr>
          <w:sz w:val="22"/>
        </w:rPr>
        <w:t>A. Chức năng hòa tan lipid trong môi trường máu/bạch huyết</w:t>
      </w:r>
    </w:p>
    <w:p>
      <w:pPr>
        <w:pStyle w:val="ListParagraph"/>
      </w:pPr>
      <w:r>
        <w:rPr>
          <w:sz w:val="22"/>
        </w:rPr>
        <w:t>B. Chức năng nhận diện thụ thể màng tế bào (ví dụ apoB-100 nhận diện receptor LDL)</w:t>
      </w:r>
    </w:p>
    <w:p>
      <w:pPr>
        <w:pStyle w:val="ListParagraph"/>
      </w:pPr>
      <w:r>
        <w:rPr>
          <w:sz w:val="22"/>
        </w:rPr>
        <w:t>C. Chức năng trực tiếp tích trữ glycogen cho cơ bắp</w:t>
      </w:r>
    </w:p>
    <w:p>
      <w:pPr>
        <w:pStyle w:val="ListParagraph"/>
      </w:pPr>
      <w:r>
        <w:rPr>
          <w:sz w:val="22"/>
        </w:rPr>
        <w:t>D. Chức năng điều hòa, hoạt hóa hoặc kìm hãm enzyme chuyển hóa (ví dụ apoCII)</w:t>
      </w:r>
    </w:p>
    <w:p/>
    <w:p>
      <w:r>
        <w:rPr>
          <w:b/>
          <w:sz w:val="24"/>
        </w:rPr>
        <w:t>Câu 21: Lipoprotein nào sau đây có tỷ trọng (density) LỚN NHẤT?</w:t>
      </w:r>
    </w:p>
    <w:p>
      <w:pPr>
        <w:pStyle w:val="ListParagraph"/>
      </w:pPr>
      <w:r>
        <w:rPr>
          <w:sz w:val="22"/>
        </w:rPr>
        <w:t>A. Chylomicron</w:t>
      </w:r>
    </w:p>
    <w:p>
      <w:pPr>
        <w:pStyle w:val="ListParagraph"/>
      </w:pPr>
      <w:r>
        <w:rPr>
          <w:sz w:val="22"/>
        </w:rPr>
        <w:t>B. VLDL</w:t>
      </w:r>
    </w:p>
    <w:p>
      <w:pPr>
        <w:pStyle w:val="ListParagraph"/>
      </w:pPr>
      <w:r>
        <w:rPr>
          <w:sz w:val="22"/>
        </w:rPr>
        <w:t>C. LDL</w:t>
      </w:r>
    </w:p>
    <w:p>
      <w:pPr>
        <w:pStyle w:val="ListParagraph"/>
      </w:pPr>
      <w:r>
        <w:rPr>
          <w:sz w:val="22"/>
        </w:rPr>
        <w:t>D. HDL</w:t>
      </w:r>
    </w:p>
    <w:p/>
    <w:p>
      <w:r>
        <w:rPr>
          <w:b/>
          <w:sz w:val="24"/>
        </w:rPr>
        <w:t>Câu 22: Khi phân loại bằng phương pháp điện di, beta-lipoprotein tương ứng với loại lipoprotein nào?</w:t>
      </w:r>
    </w:p>
    <w:p>
      <w:pPr>
        <w:pStyle w:val="ListParagraph"/>
      </w:pPr>
      <w:r>
        <w:rPr>
          <w:sz w:val="22"/>
        </w:rPr>
        <w:t>A. Chylomicron</w:t>
      </w:r>
    </w:p>
    <w:p>
      <w:pPr>
        <w:pStyle w:val="ListParagraph"/>
      </w:pPr>
      <w:r>
        <w:rPr>
          <w:sz w:val="22"/>
        </w:rPr>
        <w:t>B. LDL</w:t>
      </w:r>
    </w:p>
    <w:p>
      <w:pPr>
        <w:pStyle w:val="ListParagraph"/>
      </w:pPr>
      <w:r>
        <w:rPr>
          <w:sz w:val="22"/>
        </w:rPr>
        <w:t>C. VLDL</w:t>
      </w:r>
    </w:p>
    <w:p>
      <w:pPr>
        <w:pStyle w:val="ListParagraph"/>
      </w:pPr>
      <w:r>
        <w:rPr>
          <w:sz w:val="22"/>
        </w:rPr>
        <w:t>D. HDL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