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câu ước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wish I ___ taller.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2: She wishes she ___ the exam last week.</w:t>
      </w:r>
    </w:p>
    <w:p>
      <w:pPr>
        <w:pStyle w:val="ListParagraph"/>
      </w:pPr>
      <w:r>
        <w:rPr>
          <w:sz w:val="22"/>
        </w:rPr>
        <w:t>A. passed</w:t>
      </w:r>
    </w:p>
    <w:p>
      <w:pPr>
        <w:pStyle w:val="ListParagraph"/>
      </w:pPr>
      <w:r>
        <w:rPr>
          <w:sz w:val="22"/>
        </w:rPr>
        <w:t>B. had passed</w:t>
      </w:r>
    </w:p>
    <w:p>
      <w:pPr>
        <w:pStyle w:val="ListParagraph"/>
      </w:pPr>
      <w:r>
        <w:rPr>
          <w:sz w:val="22"/>
        </w:rPr>
        <w:t>C. would pass</w:t>
      </w:r>
    </w:p>
    <w:p>
      <w:pPr>
        <w:pStyle w:val="ListParagraph"/>
      </w:pPr>
      <w:r>
        <w:rPr>
          <w:sz w:val="22"/>
        </w:rPr>
        <w:t>D. passes</w:t>
      </w:r>
    </w:p>
    <w:p/>
    <w:p>
      <w:r>
        <w:rPr>
          <w:b/>
          <w:sz w:val="24"/>
        </w:rPr>
        <w:t>Câu 3: I wish you ___ making that noise. It's annoying.</w:t>
      </w:r>
    </w:p>
    <w:p>
      <w:pPr>
        <w:pStyle w:val="ListParagraph"/>
      </w:pPr>
      <w:r>
        <w:rPr>
          <w:sz w:val="22"/>
        </w:rPr>
        <w:t>A. stop</w:t>
      </w:r>
    </w:p>
    <w:p>
      <w:pPr>
        <w:pStyle w:val="ListParagraph"/>
      </w:pPr>
      <w:r>
        <w:rPr>
          <w:sz w:val="22"/>
        </w:rPr>
        <w:t>B. would stop</w:t>
      </w:r>
    </w:p>
    <w:p>
      <w:pPr>
        <w:pStyle w:val="ListParagraph"/>
      </w:pPr>
      <w:r>
        <w:rPr>
          <w:sz w:val="22"/>
        </w:rPr>
        <w:t>C. stopped</w:t>
      </w:r>
    </w:p>
    <w:p>
      <w:pPr>
        <w:pStyle w:val="ListParagraph"/>
      </w:pPr>
      <w:r>
        <w:rPr>
          <w:sz w:val="22"/>
        </w:rPr>
        <w:t>D. had stopped</w:t>
      </w:r>
    </w:p>
    <w:p/>
    <w:p>
      <w:r>
        <w:rPr>
          <w:b/>
          <w:sz w:val="24"/>
        </w:rPr>
        <w:t>Câu 4: He wishes he ___ fly.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could</w:t>
      </w:r>
    </w:p>
    <w:p>
      <w:pPr>
        <w:pStyle w:val="ListParagraph"/>
      </w:pPr>
      <w:r>
        <w:rPr>
          <w:sz w:val="22"/>
        </w:rPr>
        <w:t>C. will</w:t>
      </w:r>
    </w:p>
    <w:p>
      <w:pPr>
        <w:pStyle w:val="ListParagraph"/>
      </w:pPr>
      <w:r>
        <w:rPr>
          <w:sz w:val="22"/>
        </w:rPr>
        <w:t>D. would</w:t>
      </w:r>
    </w:p>
    <w:p/>
    <w:p>
      <w:r>
        <w:rPr>
          <w:b/>
          <w:sz w:val="24"/>
        </w:rPr>
        <w:t>Câu 5: We wish we ___ more time yesterday.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had had</w:t>
      </w:r>
    </w:p>
    <w:p>
      <w:pPr>
        <w:pStyle w:val="ListParagraph"/>
      </w:pPr>
      <w:r>
        <w:rPr>
          <w:sz w:val="22"/>
        </w:rPr>
        <w:t>D. would have</w:t>
      </w:r>
    </w:p>
    <w:p/>
    <w:p>
      <w:r>
        <w:rPr>
          <w:b/>
          <w:sz w:val="24"/>
        </w:rPr>
        <w:t>Câu 6: I wish I ___ to the party tomorrow. But I have to work.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would go</w:t>
      </w:r>
    </w:p>
    <w:p>
      <w:pPr>
        <w:pStyle w:val="ListParagraph"/>
      </w:pPr>
      <w:r>
        <w:rPr>
          <w:sz w:val="22"/>
        </w:rPr>
        <w:t>D. could go</w:t>
      </w:r>
    </w:p>
    <w:p/>
    <w:p>
      <w:r>
        <w:rPr>
          <w:b/>
          <w:sz w:val="24"/>
        </w:rPr>
        <w:t>Câu 7: She wishes she ___ him now.</w:t>
      </w:r>
    </w:p>
    <w:p>
      <w:pPr>
        <w:pStyle w:val="ListParagraph"/>
      </w:pPr>
      <w:r>
        <w:rPr>
          <w:sz w:val="22"/>
        </w:rPr>
        <w:t>A. sees</w:t>
      </w:r>
    </w:p>
    <w:p>
      <w:pPr>
        <w:pStyle w:val="ListParagraph"/>
      </w:pPr>
      <w:r>
        <w:rPr>
          <w:sz w:val="22"/>
        </w:rPr>
        <w:t>B. see</w:t>
      </w:r>
    </w:p>
    <w:p>
      <w:pPr>
        <w:pStyle w:val="ListParagraph"/>
      </w:pPr>
      <w:r>
        <w:rPr>
          <w:sz w:val="22"/>
        </w:rPr>
        <w:t>C. saw</w:t>
      </w:r>
    </w:p>
    <w:p>
      <w:pPr>
        <w:pStyle w:val="ListParagraph"/>
      </w:pPr>
      <w:r>
        <w:rPr>
          <w:sz w:val="22"/>
        </w:rPr>
        <w:t>D. had seen</w:t>
      </w:r>
    </w:p>
    <w:p/>
    <w:p>
      <w:r>
        <w:rPr>
          <w:b/>
          <w:sz w:val="24"/>
        </w:rPr>
        <w:t>Câu 8: I wish I ___ harder when I was at school.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studied</w:t>
      </w:r>
    </w:p>
    <w:p>
      <w:pPr>
        <w:pStyle w:val="ListParagraph"/>
      </w:pPr>
      <w:r>
        <w:rPr>
          <w:sz w:val="22"/>
        </w:rPr>
        <w:t>C. had studied</w:t>
      </w:r>
    </w:p>
    <w:p>
      <w:pPr>
        <w:pStyle w:val="ListParagraph"/>
      </w:pPr>
      <w:r>
        <w:rPr>
          <w:sz w:val="22"/>
        </w:rPr>
        <w:t>D. would study</w:t>
      </w:r>
    </w:p>
    <w:p/>
    <w:p>
      <w:r>
        <w:rPr>
          <w:b/>
          <w:sz w:val="24"/>
        </w:rPr>
        <w:t>Câu 9: She wishes her brother ___ her with the homework every day.</w:t>
      </w:r>
    </w:p>
    <w:p>
      <w:pPr>
        <w:pStyle w:val="ListParagraph"/>
      </w:pPr>
      <w:r>
        <w:rPr>
          <w:sz w:val="22"/>
        </w:rPr>
        <w:t>A. helps</w:t>
      </w:r>
    </w:p>
    <w:p>
      <w:pPr>
        <w:pStyle w:val="ListParagraph"/>
      </w:pPr>
      <w:r>
        <w:rPr>
          <w:sz w:val="22"/>
        </w:rPr>
        <w:t>B. helped</w:t>
      </w:r>
    </w:p>
    <w:p>
      <w:pPr>
        <w:pStyle w:val="ListParagraph"/>
      </w:pPr>
      <w:r>
        <w:rPr>
          <w:sz w:val="22"/>
        </w:rPr>
        <w:t>C. would help</w:t>
      </w:r>
    </w:p>
    <w:p>
      <w:pPr>
        <w:pStyle w:val="ListParagraph"/>
      </w:pPr>
      <w:r>
        <w:rPr>
          <w:sz w:val="22"/>
        </w:rPr>
        <w:t>D. had helped</w:t>
      </w:r>
    </w:p>
    <w:p/>
    <w:p>
      <w:r>
        <w:rPr>
          <w:b/>
          <w:sz w:val="24"/>
        </w:rPr>
        <w:t>Câu 10: I wish it ___ raining. We want to go out.</w:t>
      </w:r>
    </w:p>
    <w:p>
      <w:pPr>
        <w:pStyle w:val="ListParagraph"/>
      </w:pPr>
      <w:r>
        <w:rPr>
          <w:sz w:val="22"/>
        </w:rPr>
        <w:t>A. stops</w:t>
      </w:r>
    </w:p>
    <w:p>
      <w:pPr>
        <w:pStyle w:val="ListParagraph"/>
      </w:pPr>
      <w:r>
        <w:rPr>
          <w:sz w:val="22"/>
        </w:rPr>
        <w:t>B. would stop</w:t>
      </w:r>
    </w:p>
    <w:p>
      <w:pPr>
        <w:pStyle w:val="ListParagraph"/>
      </w:pPr>
      <w:r>
        <w:rPr>
          <w:sz w:val="22"/>
        </w:rPr>
        <w:t>C. stopped</w:t>
      </w:r>
    </w:p>
    <w:p>
      <w:pPr>
        <w:pStyle w:val="ListParagraph"/>
      </w:pPr>
      <w:r>
        <w:rPr>
          <w:sz w:val="22"/>
        </w:rPr>
        <w:t>D. had stopped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