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Tin 12 sách kết nối tri thức chủ đề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Thủ đô của Pháp là gì?</w:t>
      </w:r>
    </w:p>
    <w:p>
      <w:pPr>
        <w:pStyle w:val="ListParagraph"/>
      </w:pPr>
      <w:r>
        <w:rPr>
          <w:sz w:val="22"/>
        </w:rPr>
        <w:t>A. London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2: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3: 2 + 2 x 2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4: Ai là tác giả của 'Truyện Kiều'?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5: Nước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Nga</w:t>
      </w:r>
    </w:p>
    <w:p>
      <w:pPr>
        <w:pStyle w:val="ListParagraph"/>
      </w:pPr>
      <w:r>
        <w:rPr>
          <w:sz w:val="22"/>
        </w:rPr>
        <w:t>C. Canada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6: Trong tiếng Anh, từ 'beautiful' thuộc từ loại nào?</w:t>
      </w:r>
    </w:p>
    <w:p>
      <w:pPr>
        <w:pStyle w:val="ListParagraph"/>
      </w:pPr>
      <w:r>
        <w:rPr>
          <w:sz w:val="22"/>
        </w:rPr>
        <w:t>A. Danh từ</w:t>
      </w:r>
    </w:p>
    <w:p>
      <w:pPr>
        <w:pStyle w:val="ListParagraph"/>
      </w:pPr>
      <w:r>
        <w:rPr>
          <w:sz w:val="22"/>
        </w:rPr>
        <w:t>B. Động từ</w:t>
      </w:r>
    </w:p>
    <w:p>
      <w:pPr>
        <w:pStyle w:val="ListParagraph"/>
      </w:pPr>
      <w:r>
        <w:rPr>
          <w:sz w:val="22"/>
        </w:rPr>
        <w:t>C. Tính từ</w:t>
      </w:r>
    </w:p>
    <w:p>
      <w:pPr>
        <w:pStyle w:val="ListParagraph"/>
      </w:pPr>
      <w:r>
        <w:rPr>
          <w:sz w:val="22"/>
        </w:rPr>
        <w:t>D. Trạng từ</w:t>
      </w:r>
    </w:p>
    <w:p/>
    <w:p>
      <w:r>
        <w:rPr>
          <w:b/>
          <w:sz w:val="24"/>
        </w:rPr>
        <w:t>Câu 7: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8: Quốc gia nào có dân số đông nhất thế giới tính đến năm 2023?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9: Kim loại nào có nhiệt độ nóng chảy cao nhất?</w:t>
      </w:r>
    </w:p>
    <w:p>
      <w:pPr>
        <w:pStyle w:val="ListParagraph"/>
      </w:pPr>
      <w:r>
        <w:rPr>
          <w:sz w:val="22"/>
        </w:rPr>
        <w:t>A. Sắt</w:t>
      </w:r>
    </w:p>
    <w:p>
      <w:pPr>
        <w:pStyle w:val="ListParagraph"/>
      </w:pPr>
      <w:r>
        <w:rPr>
          <w:sz w:val="22"/>
        </w:rPr>
        <w:t>B. Vonfram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Chì</w:t>
      </w:r>
    </w:p>
    <w:p/>
    <w:p>
      <w:r>
        <w:rPr>
          <w:b/>
          <w:sz w:val="24"/>
        </w:rPr>
        <w:t>Câu 10: Trong toán học, giá trị của π xấp xỉ bằng?</w:t>
      </w:r>
    </w:p>
    <w:p>
      <w:pPr>
        <w:pStyle w:val="ListParagraph"/>
      </w:pPr>
      <w:r>
        <w:rPr>
          <w:sz w:val="22"/>
        </w:rPr>
        <w:t>A. 3.14</w:t>
      </w:r>
    </w:p>
    <w:p>
      <w:pPr>
        <w:pStyle w:val="ListParagraph"/>
      </w:pPr>
      <w:r>
        <w:rPr>
          <w:sz w:val="22"/>
        </w:rPr>
        <w:t>B. 2.71</w:t>
      </w:r>
    </w:p>
    <w:p>
      <w:pPr>
        <w:pStyle w:val="ListParagraph"/>
      </w:pPr>
      <w:r>
        <w:rPr>
          <w:sz w:val="22"/>
        </w:rPr>
        <w:t>C. 1.61</w:t>
      </w:r>
    </w:p>
    <w:p>
      <w:pPr>
        <w:pStyle w:val="ListParagraph"/>
      </w:pPr>
      <w:r>
        <w:rPr>
          <w:sz w:val="22"/>
        </w:rPr>
        <w:t>D. 3.41</w:t>
      </w:r>
    </w:p>
    <w:p/>
    <w:p>
      <w:r>
        <w:rPr>
          <w:b/>
          <w:sz w:val="24"/>
        </w:rPr>
        <w:t>Câu 11: Ai là người đầu tiên đặt chân lên Mặt Trăng?</w:t>
      </w:r>
    </w:p>
    <w:p>
      <w:pPr>
        <w:pStyle w:val="ListParagraph"/>
      </w:pPr>
      <w:r>
        <w:rPr>
          <w:sz w:val="22"/>
        </w:rPr>
        <w:t>A. Yuri Gagarin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Buzz Aldrin</w:t>
      </w:r>
    </w:p>
    <w:p>
      <w:pPr>
        <w:pStyle w:val="ListParagraph"/>
      </w:pPr>
      <w:r>
        <w:rPr>
          <w:sz w:val="22"/>
        </w:rPr>
        <w:t>D. Michael Collins</w:t>
      </w:r>
    </w:p>
    <w:p/>
    <w:p>
      <w:r>
        <w:rPr>
          <w:b/>
          <w:sz w:val="24"/>
        </w:rPr>
        <w:t>Câu 12: Thành phố nào được gọi là 'Thành phố không ngủ'?</w:t>
      </w:r>
    </w:p>
    <w:p>
      <w:pPr>
        <w:pStyle w:val="ListParagraph"/>
      </w:pPr>
      <w:r>
        <w:rPr>
          <w:sz w:val="22"/>
        </w:rPr>
        <w:t>A. New York</w:t>
      </w:r>
    </w:p>
    <w:p>
      <w:pPr>
        <w:pStyle w:val="ListParagraph"/>
      </w:pPr>
      <w:r>
        <w:rPr>
          <w:sz w:val="22"/>
        </w:rPr>
        <w:t>B. Las Vegas</w:t>
      </w:r>
    </w:p>
    <w:p>
      <w:pPr>
        <w:pStyle w:val="ListParagraph"/>
      </w:pPr>
      <w:r>
        <w:rPr>
          <w:sz w:val="22"/>
        </w:rPr>
        <w:t>C. Tokyo</w:t>
      </w:r>
    </w:p>
    <w:p>
      <w:pPr>
        <w:pStyle w:val="ListParagraph"/>
      </w:pPr>
      <w:r>
        <w:rPr>
          <w:sz w:val="22"/>
        </w:rPr>
        <w:t>D. London</w:t>
      </w:r>
    </w:p>
    <w:p/>
    <w:p>
      <w:r>
        <w:rPr>
          <w:b/>
          <w:sz w:val="24"/>
        </w:rPr>
        <w:t>Câu 13: Trong hóa học, ký hiệu của vàng là?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Au</w:t>
      </w:r>
    </w:p>
    <w:p>
      <w:pPr>
        <w:pStyle w:val="ListParagraph"/>
      </w:pPr>
      <w:r>
        <w:rPr>
          <w:sz w:val="22"/>
        </w:rPr>
        <w:t>C. Fe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14: Động vật nào có tim lớn nhất?</w:t>
      </w:r>
    </w:p>
    <w:p>
      <w:pPr>
        <w:pStyle w:val="ListParagraph"/>
      </w:pPr>
      <w:r>
        <w:rPr>
          <w:sz w:val="22"/>
        </w:rPr>
        <w:t>A. Voi</w:t>
      </w:r>
    </w:p>
    <w:p>
      <w:pPr>
        <w:pStyle w:val="ListParagraph"/>
      </w:pPr>
      <w:r>
        <w:rPr>
          <w:sz w:val="22"/>
        </w:rPr>
        <w:t>B. Cá voi xanh</w:t>
      </w:r>
    </w:p>
    <w:p>
      <w:pPr>
        <w:pStyle w:val="ListParagraph"/>
      </w:pPr>
      <w:r>
        <w:rPr>
          <w:sz w:val="22"/>
        </w:rPr>
        <w:t>C. Hươu cao cổ</w:t>
      </w:r>
    </w:p>
    <w:p>
      <w:pPr>
        <w:pStyle w:val="ListParagraph"/>
      </w:pPr>
      <w:r>
        <w:rPr>
          <w:sz w:val="22"/>
        </w:rPr>
        <w:t>D. Tê giác</w:t>
      </w:r>
    </w:p>
    <w:p/>
    <w:p>
      <w:r>
        <w:rPr>
          <w:b/>
          <w:sz w:val="24"/>
        </w:rPr>
        <w:t>Câu 15: Tác phẩm 'Harry Potter' được viết bởi ai?</w:t>
      </w:r>
    </w:p>
    <w:p>
      <w:pPr>
        <w:pStyle w:val="ListParagraph"/>
      </w:pPr>
      <w:r>
        <w:rPr>
          <w:sz w:val="22"/>
        </w:rPr>
        <w:t>A. J.R.R. Tolkien</w:t>
      </w:r>
    </w:p>
    <w:p>
      <w:pPr>
        <w:pStyle w:val="ListParagraph"/>
      </w:pPr>
      <w:r>
        <w:rPr>
          <w:sz w:val="22"/>
        </w:rPr>
        <w:t>B. J.K. Rowling</w:t>
      </w:r>
    </w:p>
    <w:p>
      <w:pPr>
        <w:pStyle w:val="ListParagraph"/>
      </w:pPr>
      <w:r>
        <w:rPr>
          <w:sz w:val="22"/>
        </w:rPr>
        <w:t>C. Roald Dahl</w:t>
      </w:r>
    </w:p>
    <w:p>
      <w:pPr>
        <w:pStyle w:val="ListParagraph"/>
      </w:pPr>
      <w:r>
        <w:rPr>
          <w:sz w:val="22"/>
        </w:rPr>
        <w:t>D. Stephen King</w:t>
      </w:r>
    </w:p>
    <w:p/>
    <w:p>
      <w:r>
        <w:rPr>
          <w:b/>
          <w:sz w:val="24"/>
        </w:rPr>
        <w:t>Câu 16: Quốc gia nào có hình dạng giống chiếc ủng?</w:t>
      </w:r>
    </w:p>
    <w:p>
      <w:pPr>
        <w:pStyle w:val="ListParagraph"/>
      </w:pPr>
      <w:r>
        <w:rPr>
          <w:sz w:val="22"/>
        </w:rPr>
        <w:t>A. Tây Ban Nha</w:t>
      </w:r>
    </w:p>
    <w:p>
      <w:pPr>
        <w:pStyle w:val="ListParagraph"/>
      </w:pPr>
      <w:r>
        <w:rPr>
          <w:sz w:val="22"/>
        </w:rPr>
        <w:t>B. Ý</w:t>
      </w:r>
    </w:p>
    <w:p>
      <w:pPr>
        <w:pStyle w:val="ListParagraph"/>
      </w:pPr>
      <w:r>
        <w:rPr>
          <w:sz w:val="22"/>
        </w:rPr>
        <w:t>C. Bồ Đào Nha</w:t>
      </w:r>
    </w:p>
    <w:p>
      <w:pPr>
        <w:pStyle w:val="ListParagraph"/>
      </w:pPr>
      <w:r>
        <w:rPr>
          <w:sz w:val="22"/>
        </w:rPr>
        <w:t>D. Hy Lạp</w:t>
      </w:r>
    </w:p>
    <w:p/>
    <w:p>
      <w:r>
        <w:rPr>
          <w:b/>
          <w:sz w:val="24"/>
        </w:rPr>
        <w:t>Câu 17: Trong tiếng Anh, thì hiện tại hoàn thành có công thức là?</w:t>
      </w:r>
    </w:p>
    <w:p>
      <w:pPr>
        <w:pStyle w:val="ListParagraph"/>
      </w:pPr>
      <w:r>
        <w:rPr>
          <w:sz w:val="22"/>
        </w:rPr>
        <w:t>A. S + V-ed</w:t>
      </w:r>
    </w:p>
    <w:p>
      <w:pPr>
        <w:pStyle w:val="ListParagraph"/>
      </w:pPr>
      <w:r>
        <w:rPr>
          <w:sz w:val="22"/>
        </w:rPr>
        <w:t>B. S + have/has + V3/ed</w:t>
      </w:r>
    </w:p>
    <w:p>
      <w:pPr>
        <w:pStyle w:val="ListParagraph"/>
      </w:pPr>
      <w:r>
        <w:rPr>
          <w:sz w:val="22"/>
        </w:rPr>
        <w:t>C. S + will + V</w:t>
      </w:r>
    </w:p>
    <w:p>
      <w:pPr>
        <w:pStyle w:val="ListParagraph"/>
      </w:pPr>
      <w:r>
        <w:rPr>
          <w:sz w:val="22"/>
        </w:rPr>
        <w:t>D. S + am/is/are + V-ing</w:t>
      </w:r>
    </w:p>
    <w:p/>
    <w:p>
      <w:r>
        <w:rPr>
          <w:b/>
          <w:sz w:val="24"/>
        </w:rPr>
        <w:t>Câu 18: Núi cao nhất thế giới là?</w:t>
      </w:r>
    </w:p>
    <w:p>
      <w:pPr>
        <w:pStyle w:val="ListParagraph"/>
      </w:pPr>
      <w:r>
        <w:rPr>
          <w:sz w:val="22"/>
        </w:rPr>
        <w:t>A. Everest</w:t>
      </w:r>
    </w:p>
    <w:p>
      <w:pPr>
        <w:pStyle w:val="ListParagraph"/>
      </w:pPr>
      <w:r>
        <w:rPr>
          <w:sz w:val="22"/>
        </w:rPr>
        <w:t>B. K2</w:t>
      </w:r>
    </w:p>
    <w:p>
      <w:pPr>
        <w:pStyle w:val="ListParagraph"/>
      </w:pPr>
      <w:r>
        <w:rPr>
          <w:sz w:val="22"/>
        </w:rPr>
        <w:t>C. Phan-xi-păng</w:t>
      </w:r>
    </w:p>
    <w:p>
      <w:pPr>
        <w:pStyle w:val="ListParagraph"/>
      </w:pPr>
      <w:r>
        <w:rPr>
          <w:sz w:val="22"/>
        </w:rPr>
        <w:t>D. Kilimanjaro</w:t>
      </w:r>
    </w:p>
    <w:p/>
    <w:p>
      <w:r>
        <w:rPr>
          <w:b/>
          <w:sz w:val="24"/>
        </w:rPr>
        <w:t>Câu 19: Trong toán học, căn bậc hai của 144 là?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20: Ai là tác giả của 'Chiến tranh và Hòa bình'?</w:t>
      </w:r>
    </w:p>
    <w:p>
      <w:pPr>
        <w:pStyle w:val="ListParagraph"/>
      </w:pPr>
      <w:r>
        <w:rPr>
          <w:sz w:val="22"/>
        </w:rPr>
        <w:t>A. Fyodor Dostoevsky</w:t>
      </w:r>
    </w:p>
    <w:p>
      <w:pPr>
        <w:pStyle w:val="ListParagraph"/>
      </w:pPr>
      <w:r>
        <w:rPr>
          <w:sz w:val="22"/>
        </w:rPr>
        <w:t>B. Leo Tolstoy</w:t>
      </w:r>
    </w:p>
    <w:p>
      <w:pPr>
        <w:pStyle w:val="ListParagraph"/>
      </w:pPr>
      <w:r>
        <w:rPr>
          <w:sz w:val="22"/>
        </w:rPr>
        <w:t>C. Anton Chekhov</w:t>
      </w:r>
    </w:p>
    <w:p>
      <w:pPr>
        <w:pStyle w:val="ListParagraph"/>
      </w:pPr>
      <w:r>
        <w:rPr>
          <w:sz w:val="22"/>
        </w:rPr>
        <w:t>D. Ivan Turgenev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