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tiếng anh 8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By the time we arrived, the film _______.</w:t>
      </w:r>
    </w:p>
    <w:p>
      <w:pPr>
        <w:pStyle w:val="ListParagraph"/>
      </w:pPr>
      <w:r>
        <w:rPr>
          <w:sz w:val="22"/>
        </w:rPr>
        <w:t>A. already started</w:t>
      </w:r>
    </w:p>
    <w:p>
      <w:pPr>
        <w:pStyle w:val="ListParagraph"/>
      </w:pPr>
      <w:r>
        <w:rPr>
          <w:sz w:val="22"/>
        </w:rPr>
        <w:t>B. had already started</w:t>
      </w:r>
    </w:p>
    <w:p>
      <w:pPr>
        <w:pStyle w:val="ListParagraph"/>
      </w:pPr>
      <w:r>
        <w:rPr>
          <w:sz w:val="22"/>
        </w:rPr>
        <w:t>C. has already started</w:t>
      </w:r>
    </w:p>
    <w:p>
      <w:pPr>
        <w:pStyle w:val="ListParagraph"/>
      </w:pPr>
      <w:r>
        <w:rPr>
          <w:sz w:val="22"/>
        </w:rPr>
        <w:t>D. was already starting</w:t>
      </w:r>
    </w:p>
    <w:p/>
    <w:p>
      <w:r>
        <w:rPr>
          <w:b/>
          <w:sz w:val="24"/>
        </w:rPr>
        <w:t>Câu 2: The meeting was _______ because of the storm.</w:t>
      </w:r>
    </w:p>
    <w:p>
      <w:pPr>
        <w:pStyle w:val="ListParagraph"/>
      </w:pPr>
      <w:r>
        <w:rPr>
          <w:sz w:val="22"/>
        </w:rPr>
        <w:t>A. put off</w:t>
      </w:r>
    </w:p>
    <w:p>
      <w:pPr>
        <w:pStyle w:val="ListParagraph"/>
      </w:pPr>
      <w:r>
        <w:rPr>
          <w:sz w:val="22"/>
        </w:rPr>
        <w:t>B. put out</w:t>
      </w:r>
    </w:p>
    <w:p>
      <w:pPr>
        <w:pStyle w:val="ListParagraph"/>
      </w:pPr>
      <w:r>
        <w:rPr>
          <w:sz w:val="22"/>
        </w:rPr>
        <w:t>C. put up</w:t>
      </w:r>
    </w:p>
    <w:p>
      <w:pPr>
        <w:pStyle w:val="ListParagraph"/>
      </w:pPr>
      <w:r>
        <w:rPr>
          <w:sz w:val="22"/>
        </w:rPr>
        <w:t>D. put on</w:t>
      </w:r>
    </w:p>
    <w:p/>
    <w:p>
      <w:r>
        <w:rPr>
          <w:b/>
          <w:sz w:val="24"/>
        </w:rPr>
        <w:t>Câu 3: She is very _______; she always helps others.</w:t>
      </w:r>
    </w:p>
    <w:p>
      <w:pPr>
        <w:pStyle w:val="ListParagraph"/>
      </w:pPr>
      <w:r>
        <w:rPr>
          <w:sz w:val="22"/>
        </w:rPr>
        <w:t>A. selfish</w:t>
      </w:r>
    </w:p>
    <w:p>
      <w:pPr>
        <w:pStyle w:val="ListParagraph"/>
      </w:pPr>
      <w:r>
        <w:rPr>
          <w:sz w:val="22"/>
        </w:rPr>
        <w:t>B. generous</w:t>
      </w:r>
    </w:p>
    <w:p>
      <w:pPr>
        <w:pStyle w:val="ListParagraph"/>
      </w:pPr>
      <w:r>
        <w:rPr>
          <w:sz w:val="22"/>
        </w:rPr>
        <w:t>C. mean</w:t>
      </w:r>
    </w:p>
    <w:p>
      <w:pPr>
        <w:pStyle w:val="ListParagraph"/>
      </w:pPr>
      <w:r>
        <w:rPr>
          <w:sz w:val="22"/>
        </w:rPr>
        <w:t>D. rude</w:t>
      </w:r>
    </w:p>
    <w:p/>
    <w:p>
      <w:r>
        <w:rPr>
          <w:b/>
          <w:sz w:val="24"/>
        </w:rPr>
        <w:t>Câu 4: If I _______ you, I would apologize.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5: Choose the word whose underlined part is pronounced differently:</w:t>
      </w:r>
    </w:p>
    <w:p>
      <w:pPr>
        <w:pStyle w:val="ListParagraph"/>
      </w:pPr>
      <w:r>
        <w:rPr>
          <w:sz w:val="22"/>
        </w:rPr>
        <w:t>A. worked</w:t>
      </w:r>
    </w:p>
    <w:p>
      <w:pPr>
        <w:pStyle w:val="ListParagraph"/>
      </w:pPr>
      <w:r>
        <w:rPr>
          <w:sz w:val="22"/>
        </w:rPr>
        <w:t>B. stopped</w:t>
      </w:r>
    </w:p>
    <w:p>
      <w:pPr>
        <w:pStyle w:val="ListParagraph"/>
      </w:pPr>
      <w:r>
        <w:rPr>
          <w:sz w:val="22"/>
        </w:rPr>
        <w:t>C. played</w:t>
      </w:r>
    </w:p>
    <w:p>
      <w:pPr>
        <w:pStyle w:val="ListParagraph"/>
      </w:pPr>
      <w:r>
        <w:rPr>
          <w:sz w:val="22"/>
        </w:rPr>
        <w:t>D. walked</w:t>
      </w:r>
    </w:p>
    <w:p/>
    <w:p>
      <w:r>
        <w:rPr>
          <w:b/>
          <w:sz w:val="24"/>
        </w:rPr>
        <w:t>Câu 6: He is interested _______ learning English.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7: She asked me where I _______.</w:t>
      </w:r>
    </w:p>
    <w:p>
      <w:pPr>
        <w:pStyle w:val="ListParagraph"/>
      </w:pPr>
      <w:r>
        <w:rPr>
          <w:sz w:val="22"/>
        </w:rPr>
        <w:t>A. live</w:t>
      </w:r>
    </w:p>
    <w:p>
      <w:pPr>
        <w:pStyle w:val="ListParagraph"/>
      </w:pPr>
      <w:r>
        <w:rPr>
          <w:sz w:val="22"/>
        </w:rPr>
        <w:t>B. lived</w:t>
      </w:r>
    </w:p>
    <w:p>
      <w:pPr>
        <w:pStyle w:val="ListParagraph"/>
      </w:pPr>
      <w:r>
        <w:rPr>
          <w:sz w:val="22"/>
        </w:rPr>
        <w:t>C. living</w:t>
      </w:r>
    </w:p>
    <w:p>
      <w:pPr>
        <w:pStyle w:val="ListParagraph"/>
      </w:pPr>
      <w:r>
        <w:rPr>
          <w:sz w:val="22"/>
        </w:rPr>
        <w:t>D. to live</w:t>
      </w:r>
    </w:p>
    <w:p/>
    <w:p>
      <w:r>
        <w:rPr>
          <w:b/>
          <w:sz w:val="24"/>
        </w:rPr>
        <w:t>Câu 8: The more you study, _______ you become.</w:t>
      </w:r>
    </w:p>
    <w:p>
      <w:pPr>
        <w:pStyle w:val="ListParagraph"/>
      </w:pPr>
      <w:r>
        <w:rPr>
          <w:sz w:val="22"/>
        </w:rPr>
        <w:t>A. the smart</w:t>
      </w:r>
    </w:p>
    <w:p>
      <w:pPr>
        <w:pStyle w:val="ListParagraph"/>
      </w:pPr>
      <w:r>
        <w:rPr>
          <w:sz w:val="22"/>
        </w:rPr>
        <w:t>B. smarter</w:t>
      </w:r>
    </w:p>
    <w:p>
      <w:pPr>
        <w:pStyle w:val="ListParagraph"/>
      </w:pPr>
      <w:r>
        <w:rPr>
          <w:sz w:val="22"/>
        </w:rPr>
        <w:t>C. the smarter</w:t>
      </w:r>
    </w:p>
    <w:p>
      <w:pPr>
        <w:pStyle w:val="ListParagraph"/>
      </w:pPr>
      <w:r>
        <w:rPr>
          <w:sz w:val="22"/>
        </w:rPr>
        <w:t>D. the more smart</w:t>
      </w:r>
    </w:p>
    <w:p/>
    <w:p>
      <w:r>
        <w:rPr>
          <w:b/>
          <w:sz w:val="24"/>
        </w:rPr>
        <w:t>Câu 9: I haven't seen her _______ last year.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during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10: Choose the correct sentence:</w:t>
      </w:r>
    </w:p>
    <w:p>
      <w:pPr>
        <w:pStyle w:val="ListParagraph"/>
      </w:pPr>
      <w:r>
        <w:rPr>
          <w:sz w:val="22"/>
        </w:rPr>
        <w:t>A. I used to playing tennis when I was young.</w:t>
      </w:r>
    </w:p>
    <w:p>
      <w:pPr>
        <w:pStyle w:val="ListParagraph"/>
      </w:pPr>
      <w:r>
        <w:rPr>
          <w:sz w:val="22"/>
        </w:rPr>
        <w:t>B. I used to play tennis when I was young.</w:t>
      </w:r>
    </w:p>
    <w:p>
      <w:pPr>
        <w:pStyle w:val="ListParagraph"/>
      </w:pPr>
      <w:r>
        <w:rPr>
          <w:sz w:val="22"/>
        </w:rPr>
        <w:t>C. I am used to play tennis when I was young.</w:t>
      </w:r>
    </w:p>
    <w:p>
      <w:pPr>
        <w:pStyle w:val="ListParagraph"/>
      </w:pPr>
      <w:r>
        <w:rPr>
          <w:sz w:val="22"/>
        </w:rPr>
        <w:t>D. I use to play tennis when I was young.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