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3 - BÀI 4: MỘT SỐ CÔNG NGHỆ MỚI</w:t>
      </w:r>
    </w:p>
    <w:p>
      <w:pPr>
        <w:jc w:val="center"/>
      </w:pPr>
      <w:r>
        <w:rPr>
          <w:sz w:val="22"/>
        </w:rPr>
        <w:t>Số câu: 10    Thời gian: _____ phút    Họ và tên: _________________________</w:t>
      </w:r>
    </w:p>
    <w:p/>
    <w:p>
      <w:r>
        <w:rPr>
          <w:b/>
          <w:sz w:val="24"/>
        </w:rPr>
        <w:t>Câu 1: Công nghệ mới là gì?</w:t>
      </w:r>
    </w:p>
    <w:p>
      <w:pPr>
        <w:pStyle w:val="ListParagraph"/>
      </w:pPr>
      <w:r>
        <w:rPr>
          <w:sz w:val="22"/>
        </w:rPr>
        <w:t>A. Là những công nghệ có giải pháp kĩ thuật phát triển hơn so với công nghệ hiện tại ở một lĩnh vực trong cuộc sống hoặc trong sản xuất.</w:t>
      </w:r>
    </w:p>
    <w:p>
      <w:pPr>
        <w:pStyle w:val="ListParagraph"/>
      </w:pPr>
      <w:r>
        <w:rPr>
          <w:sz w:val="22"/>
        </w:rPr>
        <w:t>B. Là những công nghệ đã có từ lâu đời và không còn được sử dụng.</w:t>
      </w:r>
    </w:p>
    <w:p>
      <w:pPr>
        <w:pStyle w:val="ListParagraph"/>
      </w:pPr>
      <w:r>
        <w:rPr>
          <w:sz w:val="22"/>
        </w:rPr>
        <w:t>C. Là những công nghệ chỉ dùng trong nghiên cứu khoa học.</w:t>
      </w:r>
    </w:p>
    <w:p>
      <w:pPr>
        <w:pStyle w:val="ListParagraph"/>
      </w:pPr>
      <w:r>
        <w:rPr>
          <w:sz w:val="22"/>
        </w:rPr>
        <w:t>D. Là những công nghệ chỉ áp dụng trong sản xuất công nghiệp.</w:t>
      </w:r>
    </w:p>
    <w:p/>
    <w:p>
      <w:r>
        <w:rPr>
          <w:b/>
          <w:sz w:val="24"/>
        </w:rPr>
        <w:t>Câu 2: Công nghệ nano là công nghệ liên quan đến các vật liệu có kích thước hạt trong khoảng nào?</w:t>
      </w:r>
    </w:p>
    <w:p>
      <w:pPr>
        <w:pStyle w:val="ListParagraph"/>
      </w:pPr>
      <w:r>
        <w:rPr>
          <w:sz w:val="22"/>
        </w:rPr>
        <w:t>A. Từ 1 nm đến 100 nm</w:t>
      </w:r>
    </w:p>
    <w:p>
      <w:pPr>
        <w:pStyle w:val="ListParagraph"/>
      </w:pPr>
      <w:r>
        <w:rPr>
          <w:sz w:val="22"/>
        </w:rPr>
        <w:t>B. Từ 1 μm đến 100 μm</w:t>
      </w:r>
    </w:p>
    <w:p>
      <w:pPr>
        <w:pStyle w:val="ListParagraph"/>
      </w:pPr>
      <w:r>
        <w:rPr>
          <w:sz w:val="22"/>
        </w:rPr>
        <w:t>C. Từ 1 mm đến 100 mm</w:t>
      </w:r>
    </w:p>
    <w:p>
      <w:pPr>
        <w:pStyle w:val="ListParagraph"/>
      </w:pPr>
      <w:r>
        <w:rPr>
          <w:sz w:val="22"/>
        </w:rPr>
        <w:t>D. Từ 1 cm đến 100 cm</w:t>
      </w:r>
    </w:p>
    <w:p/>
    <w:p>
      <w:r>
        <w:rPr>
          <w:b/>
          <w:sz w:val="24"/>
        </w:rPr>
        <w:t>Câu 3: Trình tự đúng của công nghệ CAD/CAM/CNC là:</w:t>
      </w:r>
    </w:p>
    <w:p>
      <w:pPr>
        <w:pStyle w:val="ListParagraph"/>
      </w:pPr>
      <w:r>
        <w:rPr>
          <w:sz w:val="22"/>
        </w:rPr>
        <w:t>A. Ý tưởng → CAD → CAM → CNC → Sản phẩm</w:t>
      </w:r>
    </w:p>
    <w:p>
      <w:pPr>
        <w:pStyle w:val="ListParagraph"/>
      </w:pPr>
      <w:r>
        <w:rPr>
          <w:sz w:val="22"/>
        </w:rPr>
        <w:t>B. Ý tưởng → CAM → CAD → CNC → Sản phẩm</w:t>
      </w:r>
    </w:p>
    <w:p>
      <w:pPr>
        <w:pStyle w:val="ListParagraph"/>
      </w:pPr>
      <w:r>
        <w:rPr>
          <w:sz w:val="22"/>
        </w:rPr>
        <w:t>C. Ý tưởng → CNC → CAM → CAD → Sản phẩm</w:t>
      </w:r>
    </w:p>
    <w:p>
      <w:pPr>
        <w:pStyle w:val="ListParagraph"/>
      </w:pPr>
      <w:r>
        <w:rPr>
          <w:sz w:val="22"/>
        </w:rPr>
        <w:t>D. Ý tưởng → CAD → CNC → CAM → Sản phẩm</w:t>
      </w:r>
    </w:p>
    <w:p/>
    <w:p>
      <w:r>
        <w:rPr>
          <w:b/>
          <w:sz w:val="24"/>
        </w:rPr>
        <w:t>Câu 4: Sản phẩm của CAD là gì?</w:t>
      </w:r>
    </w:p>
    <w:p>
      <w:pPr>
        <w:pStyle w:val="ListParagraph"/>
      </w:pPr>
      <w:r>
        <w:rPr>
          <w:sz w:val="22"/>
        </w:rPr>
        <w:t>A. Bản vẽ thiết kế</w:t>
      </w:r>
    </w:p>
    <w:p>
      <w:pPr>
        <w:pStyle w:val="ListParagraph"/>
      </w:pPr>
      <w:r>
        <w:rPr>
          <w:sz w:val="22"/>
        </w:rPr>
        <w:t>B. Quy trình gia công</w:t>
      </w:r>
    </w:p>
    <w:p>
      <w:pPr>
        <w:pStyle w:val="ListParagraph"/>
      </w:pPr>
      <w:r>
        <w:rPr>
          <w:sz w:val="22"/>
        </w:rPr>
        <w:t>C. Chi tiết máy</w:t>
      </w:r>
    </w:p>
    <w:p>
      <w:pPr>
        <w:pStyle w:val="ListParagraph"/>
      </w:pPr>
      <w:r>
        <w:rPr>
          <w:sz w:val="22"/>
        </w:rPr>
        <w:t>D. Mô hình 3D</w:t>
      </w:r>
    </w:p>
    <w:p/>
    <w:p>
      <w:r>
        <w:rPr>
          <w:b/>
          <w:sz w:val="24"/>
        </w:rPr>
        <w:t>Câu 5: Công nghệ in 3D sử dụng kĩ thuật nào để tạo ra sản phẩm?</w:t>
      </w:r>
    </w:p>
    <w:p>
      <w:pPr>
        <w:pStyle w:val="ListParagraph"/>
      </w:pPr>
      <w:r>
        <w:rPr>
          <w:sz w:val="22"/>
        </w:rPr>
        <w:t>A. In đắp dần từng lớp vật liệu</w:t>
      </w:r>
    </w:p>
    <w:p>
      <w:pPr>
        <w:pStyle w:val="ListParagraph"/>
      </w:pPr>
      <w:r>
        <w:rPr>
          <w:sz w:val="22"/>
        </w:rPr>
        <w:t>B. Cắt gọt vật liệu</w:t>
      </w:r>
    </w:p>
    <w:p>
      <w:pPr>
        <w:pStyle w:val="ListParagraph"/>
      </w:pPr>
      <w:r>
        <w:rPr>
          <w:sz w:val="22"/>
        </w:rPr>
        <w:t>C. Đúc khuôn</w:t>
      </w:r>
    </w:p>
    <w:p>
      <w:pPr>
        <w:pStyle w:val="ListParagraph"/>
      </w:pPr>
      <w:r>
        <w:rPr>
          <w:sz w:val="22"/>
        </w:rPr>
        <w:t>D. Ép phun</w:t>
      </w:r>
    </w:p>
    <w:p/>
    <w:p>
      <w:r>
        <w:rPr>
          <w:b/>
          <w:sz w:val="24"/>
        </w:rPr>
        <w:t>Câu 6: Công nghệ năng lượng tái tạo sản xuất năng lượng dựa trên việc chuyển hóa các nguồn năng lượng nào?</w:t>
      </w:r>
    </w:p>
    <w:p>
      <w:pPr>
        <w:pStyle w:val="ListParagraph"/>
      </w:pPr>
      <w:r>
        <w:rPr>
          <w:sz w:val="22"/>
        </w:rPr>
        <w:t>A. Năng lượng gió, mặt trời, địa nhiệt, năng lượng nước</w:t>
      </w:r>
    </w:p>
    <w:p>
      <w:pPr>
        <w:pStyle w:val="ListParagraph"/>
      </w:pPr>
      <w:r>
        <w:rPr>
          <w:sz w:val="22"/>
        </w:rPr>
        <w:t>B. Năng lượng hóa thạch</w:t>
      </w:r>
    </w:p>
    <w:p>
      <w:pPr>
        <w:pStyle w:val="ListParagraph"/>
      </w:pPr>
      <w:r>
        <w:rPr>
          <w:sz w:val="22"/>
        </w:rPr>
        <w:t>C. Năng lượng hạt nhân</w:t>
      </w:r>
    </w:p>
    <w:p>
      <w:pPr>
        <w:pStyle w:val="ListParagraph"/>
      </w:pPr>
      <w:r>
        <w:rPr>
          <w:sz w:val="22"/>
        </w:rPr>
        <w:t>D. Năng lượng từ than đá</w:t>
      </w:r>
    </w:p>
    <w:p/>
    <w:p>
      <w:r>
        <w:rPr>
          <w:b/>
          <w:sz w:val="24"/>
        </w:rPr>
        <w:t>Câu 7: AI là viết tắt của thuật ngữ nào?</w:t>
      </w:r>
    </w:p>
    <w:p>
      <w:pPr>
        <w:pStyle w:val="ListParagraph"/>
      </w:pPr>
      <w:r>
        <w:rPr>
          <w:sz w:val="22"/>
        </w:rPr>
        <w:t>A. Artificial Intelligence</w:t>
      </w:r>
    </w:p>
    <w:p>
      <w:pPr>
        <w:pStyle w:val="ListParagraph"/>
      </w:pPr>
      <w:r>
        <w:rPr>
          <w:sz w:val="22"/>
        </w:rPr>
        <w:t>B. Automated Intelligence</w:t>
      </w:r>
    </w:p>
    <w:p>
      <w:pPr>
        <w:pStyle w:val="ListParagraph"/>
      </w:pPr>
      <w:r>
        <w:rPr>
          <w:sz w:val="22"/>
        </w:rPr>
        <w:t>C. Advanced Intelligence</w:t>
      </w:r>
    </w:p>
    <w:p>
      <w:pPr>
        <w:pStyle w:val="ListParagraph"/>
      </w:pPr>
      <w:r>
        <w:rPr>
          <w:sz w:val="22"/>
        </w:rPr>
        <w:t>D. Automatic Information</w:t>
      </w:r>
    </w:p>
    <w:p/>
    <w:p>
      <w:r>
        <w:rPr>
          <w:b/>
          <w:sz w:val="24"/>
        </w:rPr>
        <w:t>Câu 8: Công nghệ IoT là gì?</w:t>
      </w:r>
    </w:p>
    <w:p>
      <w:pPr>
        <w:pStyle w:val="ListParagraph"/>
      </w:pPr>
      <w:r>
        <w:rPr>
          <w:sz w:val="22"/>
        </w:rPr>
        <w:t>A. Công nghệ kết nối, thu thập và trao đổi dữ liệu giữa các máy tính, máy móc, thiết bị kĩ thuật số và con người thông qua môi trường Internet.</w:t>
      </w:r>
    </w:p>
    <w:p>
      <w:pPr>
        <w:pStyle w:val="ListParagraph"/>
      </w:pPr>
      <w:r>
        <w:rPr>
          <w:sz w:val="22"/>
        </w:rPr>
        <w:t>B. Công nghệ chế tạo vật liệu nano.</w:t>
      </w:r>
    </w:p>
    <w:p>
      <w:pPr>
        <w:pStyle w:val="ListParagraph"/>
      </w:pPr>
      <w:r>
        <w:rPr>
          <w:sz w:val="22"/>
        </w:rPr>
        <w:t>C. Công nghệ in 3D.</w:t>
      </w:r>
    </w:p>
    <w:p>
      <w:pPr>
        <w:pStyle w:val="ListParagraph"/>
      </w:pPr>
      <w:r>
        <w:rPr>
          <w:sz w:val="22"/>
        </w:rPr>
        <w:t>D. Công nghệ robot thông minh.</w:t>
      </w:r>
    </w:p>
    <w:p/>
    <w:p>
      <w:r>
        <w:rPr>
          <w:b/>
          <w:sz w:val="24"/>
        </w:rPr>
        <w:t>Câu 9: Robot thông minh khác robot truyền thống ở điểm nào?</w:t>
      </w:r>
    </w:p>
    <w:p>
      <w:pPr>
        <w:pStyle w:val="ListParagraph"/>
      </w:pPr>
      <w:r>
        <w:rPr>
          <w:sz w:val="22"/>
        </w:rPr>
        <w:t>A. Được trang bị 'bộ não' sử dụng trí tuệ nhân tạo (AI) giúp cải thiện khả năng nhận thức, ra quyết định và thực thi nhiệm vụ phức tạp, linh hoạt hơn.</w:t>
      </w:r>
    </w:p>
    <w:p>
      <w:pPr>
        <w:pStyle w:val="ListParagraph"/>
      </w:pPr>
      <w:r>
        <w:rPr>
          <w:sz w:val="22"/>
        </w:rPr>
        <w:t>B. Có kích thước lớn hơn.</w:t>
      </w:r>
    </w:p>
    <w:p>
      <w:pPr>
        <w:pStyle w:val="ListParagraph"/>
      </w:pPr>
      <w:r>
        <w:rPr>
          <w:sz w:val="22"/>
        </w:rPr>
        <w:t>C. Hoạt động hoàn toàn tự động mà không cần lập trình.</w:t>
      </w:r>
    </w:p>
    <w:p>
      <w:pPr>
        <w:pStyle w:val="ListParagraph"/>
      </w:pPr>
      <w:r>
        <w:rPr>
          <w:sz w:val="22"/>
        </w:rPr>
        <w:t>D. Chỉ được sử dụng trong công nghiệp.</w:t>
      </w:r>
    </w:p>
    <w:p/>
    <w:p>
      <w:r>
        <w:rPr>
          <w:b/>
          <w:sz w:val="24"/>
        </w:rPr>
        <w:t>Câu 10: Công nghệ nào sau đây không thuộc nhóm công nghệ mới được đề cập trong bài?</w:t>
      </w:r>
    </w:p>
    <w:p>
      <w:pPr>
        <w:pStyle w:val="ListParagraph"/>
      </w:pPr>
      <w:r>
        <w:rPr>
          <w:sz w:val="22"/>
        </w:rPr>
        <w:t>A. Công nghệ nano</w:t>
      </w:r>
    </w:p>
    <w:p>
      <w:pPr>
        <w:pStyle w:val="ListParagraph"/>
      </w:pPr>
      <w:r>
        <w:rPr>
          <w:sz w:val="22"/>
        </w:rPr>
        <w:t>B. Công nghệ CAD/CAM/CNC</w:t>
      </w:r>
    </w:p>
    <w:p>
      <w:pPr>
        <w:pStyle w:val="ListParagraph"/>
      </w:pPr>
      <w:r>
        <w:rPr>
          <w:sz w:val="22"/>
        </w:rPr>
        <w:t>C. Công nghệ in 3D</w:t>
      </w:r>
    </w:p>
    <w:p>
      <w:pPr>
        <w:pStyle w:val="ListParagraph"/>
      </w:pPr>
      <w:r>
        <w:rPr>
          <w:sz w:val="22"/>
        </w:rPr>
        <w:t>D. Công nghệ luyện kim truyền thống</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