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Đề cương ôn công nghệ 15p</w:t>
      </w:r>
    </w:p>
    <w:p>
      <w:pPr>
        <w:jc w:val="center"/>
      </w:pPr>
      <w:r>
        <w:rPr>
          <w:sz w:val="22"/>
        </w:rPr>
        <w:t>Số câu: 7    Thời gian: _____ phút    Họ và tên: _________________________</w:t>
      </w:r>
    </w:p>
    <w:p/>
    <w:p>
      <w:r>
        <w:rPr>
          <w:b/>
          <w:sz w:val="24"/>
        </w:rPr>
        <w:t>Câu 1: Triển vọng phát triển của kỹ thuật điện trong tương lai chủ yếu liên quan đến lĩnh vực nào?</w:t>
      </w:r>
    </w:p>
    <w:p>
      <w:pPr>
        <w:pStyle w:val="ListParagraph"/>
      </w:pPr>
      <w:r>
        <w:rPr>
          <w:sz w:val="22"/>
        </w:rPr>
        <w:t>A. Công nghệ tái tạo năng lượng.</w:t>
      </w:r>
    </w:p>
    <w:p>
      <w:pPr>
        <w:pStyle w:val="ListParagraph"/>
      </w:pPr>
      <w:r>
        <w:rPr>
          <w:sz w:val="22"/>
        </w:rPr>
        <w:t>B. Công nghệ thông tin.</w:t>
      </w:r>
    </w:p>
    <w:p>
      <w:pPr>
        <w:pStyle w:val="ListParagraph"/>
      </w:pPr>
      <w:r>
        <w:rPr>
          <w:sz w:val="22"/>
        </w:rPr>
        <w:t>C. Giao thông vận tải.</w:t>
      </w:r>
    </w:p>
    <w:p>
      <w:pPr>
        <w:pStyle w:val="ListParagraph"/>
      </w:pPr>
      <w:r>
        <w:rPr>
          <w:sz w:val="22"/>
        </w:rPr>
        <w:t>D. Nông nghiệp hữu cơ.</w:t>
      </w:r>
    </w:p>
    <w:p/>
    <w:p>
      <w:r>
        <w:rPr>
          <w:b/>
          <w:sz w:val="24"/>
        </w:rPr>
        <w:t>Câu 2: Công việc chính của kỹ thuật điện là</w:t>
      </w:r>
    </w:p>
    <w:p>
      <w:pPr>
        <w:pStyle w:val="ListParagraph"/>
      </w:pPr>
      <w:r>
        <w:rPr>
          <w:sz w:val="22"/>
        </w:rPr>
        <w:t>A. nghiên cứu và chế tạo các loại dây dẫn phù hợp với từng vùng miền.</w:t>
      </w:r>
    </w:p>
    <w:p>
      <w:pPr>
        <w:pStyle w:val="ListParagraph"/>
      </w:pPr>
      <w:r>
        <w:rPr>
          <w:sz w:val="22"/>
        </w:rPr>
        <w:t>B. nghiên cứu và ứng dụng công nghệ điện, điện tử..... vào sản xuất, truyền tải, phân phối và sử dụng điện năng.</w:t>
      </w:r>
    </w:p>
    <w:p>
      <w:pPr>
        <w:pStyle w:val="ListParagraph"/>
      </w:pPr>
      <w:r>
        <w:rPr>
          <w:sz w:val="22"/>
        </w:rPr>
        <w:t>C. thiết kế các mạng điện tối ưu, phù hợp với thời tiết khắc nghiệt.</w:t>
      </w:r>
    </w:p>
    <w:p>
      <w:pPr>
        <w:pStyle w:val="ListParagraph"/>
      </w:pPr>
      <w:r>
        <w:rPr>
          <w:sz w:val="22"/>
        </w:rPr>
        <w:t>D. nghiên cứu và sử dụng vật liệu composite để làm dây dẫn điện, đề ra các giải pháp giúp tối ưu chi phí trong các thiết kế liên quan đến mạng điện.</w:t>
      </w:r>
    </w:p>
    <w:p/>
    <w:p>
      <w:r>
        <w:rPr>
          <w:b/>
          <w:sz w:val="24"/>
        </w:rPr>
        <w:t>Câu 3: Mục tiêu của sản xuất điện là</w:t>
      </w:r>
    </w:p>
    <w:p>
      <w:pPr>
        <w:pStyle w:val="ListParagraph"/>
      </w:pPr>
      <w:r>
        <w:rPr>
          <w:sz w:val="22"/>
        </w:rPr>
        <w:t>A. tạo ra điện từ việc chuyển đổi các dạng năng lượng khác nhau thành năng lượng điện.</w:t>
      </w:r>
    </w:p>
    <w:p>
      <w:pPr>
        <w:pStyle w:val="ListParagraph"/>
      </w:pPr>
      <w:r>
        <w:rPr>
          <w:sz w:val="22"/>
        </w:rPr>
        <w:t>B. đưa điện từ nguồn (nhà máy điện) tới nơi tiêu thụ thông qua lưới điện.</w:t>
      </w:r>
    </w:p>
    <w:p>
      <w:pPr>
        <w:pStyle w:val="ListParagraph"/>
      </w:pPr>
      <w:r>
        <w:rPr>
          <w:sz w:val="22"/>
        </w:rPr>
        <w:t>C. nghiên cứu, thiết kế, chế tạo, sử dụng các thiết bị điện và các bộ điều khiển để biến đổi điện năng thành các dạng năng lượng khác phục vụ sản xuất và đời sống.</w:t>
      </w:r>
    </w:p>
    <w:p>
      <w:pPr>
        <w:pStyle w:val="ListParagraph"/>
      </w:pPr>
      <w:r>
        <w:rPr>
          <w:sz w:val="22"/>
        </w:rPr>
        <w:t>D. nghiên cứu, chế tạo các loại vật liệu composite thích hợp để làm dây dẫn điện.</w:t>
      </w:r>
    </w:p>
    <w:p/>
    <w:p>
      <w:r>
        <w:rPr>
          <w:b/>
          <w:sz w:val="24"/>
        </w:rPr>
        <w:t>Câu 4: Mục tiêu của truyền tải và phân phối điện là</w:t>
      </w:r>
    </w:p>
    <w:p>
      <w:pPr>
        <w:pStyle w:val="ListParagraph"/>
      </w:pPr>
      <w:r>
        <w:rPr>
          <w:sz w:val="22"/>
        </w:rPr>
        <w:t>A. hạn chế xảy ra các phản ứng hóa học trong quá trình sử dụng điện.</w:t>
      </w:r>
    </w:p>
    <w:p>
      <w:pPr>
        <w:pStyle w:val="ListParagraph"/>
      </w:pPr>
      <w:r>
        <w:rPr>
          <w:sz w:val="22"/>
        </w:rPr>
        <w:t>B. tạo ra điện từ việc chuyển đổi các dạng năng lượng khác thành năng lượng điện.</w:t>
      </w:r>
    </w:p>
    <w:p>
      <w:pPr>
        <w:pStyle w:val="ListParagraph"/>
      </w:pPr>
      <w:r>
        <w:rPr>
          <w:sz w:val="22"/>
        </w:rPr>
        <w:t>C. sử dụng các thiết bị và các bộ điều khiển để biến đổi điện năng thành các dạng năng lượng khác phục vụ cho sản xuất và đời sống.</w:t>
      </w:r>
    </w:p>
    <w:p>
      <w:pPr>
        <w:pStyle w:val="ListParagraph"/>
      </w:pPr>
      <w:r>
        <w:rPr>
          <w:sz w:val="22"/>
        </w:rPr>
        <w:t>D. đưa điện từ nguồn (nhà máy điện) tới nơi tiêu thụ thông qua lưới điện.</w:t>
      </w:r>
    </w:p>
    <w:p/>
    <w:p>
      <w:r>
        <w:rPr>
          <w:b/>
          <w:sz w:val="24"/>
        </w:rPr>
        <w:t>Câu 5: Mục tiêu của sử dụng điện là</w:t>
      </w:r>
    </w:p>
    <w:p>
      <w:pPr>
        <w:pStyle w:val="ListParagraph"/>
      </w:pPr>
      <w:r>
        <w:rPr>
          <w:sz w:val="22"/>
        </w:rPr>
        <w:t>A. sử dụng vật liệu polymer để tối ưu hóa chi phí sản phẩm, giảm thiểu các sự cố cháy, nổ khi vận hành các thiết bị điện.</w:t>
      </w:r>
    </w:p>
    <w:p>
      <w:pPr>
        <w:pStyle w:val="ListParagraph"/>
      </w:pPr>
      <w:r>
        <w:rPr>
          <w:sz w:val="22"/>
        </w:rPr>
        <w:t>B. nghiên cứu, thiết kế, chế tạo, sử dụng các thiết bị điện và các bộ điều khiển để biến đổi điện năng thành các dạng năng lượng khác phục vụ cho sản xuất và đời sống.</w:t>
      </w:r>
    </w:p>
    <w:p>
      <w:pPr>
        <w:pStyle w:val="ListParagraph"/>
      </w:pPr>
      <w:r>
        <w:rPr>
          <w:sz w:val="22"/>
        </w:rPr>
        <w:t>C. đưa điện từ nguồn (các hộ gia đình) tới nơi tiêu thụ thông qua lưới điện.</w:t>
      </w:r>
    </w:p>
    <w:p>
      <w:pPr>
        <w:pStyle w:val="ListParagraph"/>
      </w:pPr>
      <w:r>
        <w:rPr>
          <w:sz w:val="22"/>
        </w:rPr>
        <w:t>D. tạo ra điện nhờ chuyển đổi các dạng năng lượng hình thành trong quá trình phản ứng hóa học.</w:t>
      </w:r>
    </w:p>
    <w:p/>
    <w:p>
      <w:r>
        <w:rPr>
          <w:b/>
          <w:sz w:val="24"/>
        </w:rPr>
        <w:t>Câu 6: Vai trò của kỹ thuật điện trong sản xuất và đời sống là</w:t>
      </w:r>
    </w:p>
    <w:p>
      <w:pPr>
        <w:pStyle w:val="ListParagraph"/>
      </w:pPr>
      <w:r>
        <w:rPr>
          <w:sz w:val="22"/>
        </w:rPr>
        <w:t>A. làm đòn bẩy giúp các ngành khoa học, công nghệ khác phát triển.</w:t>
      </w:r>
    </w:p>
    <w:p>
      <w:pPr>
        <w:pStyle w:val="ListParagraph"/>
      </w:pPr>
      <w:r>
        <w:rPr>
          <w:sz w:val="22"/>
        </w:rPr>
        <w:t>B. phát triển khả năng thiết kế và vận hành mạch điện của các kỹ sư điện.</w:t>
      </w:r>
    </w:p>
    <w:p>
      <w:pPr>
        <w:pStyle w:val="ListParagraph"/>
      </w:pPr>
      <w:r>
        <w:rPr>
          <w:sz w:val="22"/>
        </w:rPr>
        <w:t>C. hạn chế ô nhiễm rác thải nhựa.</w:t>
      </w:r>
    </w:p>
    <w:p/>
    <w:p>
      <w:r>
        <w:rPr>
          <w:b/>
          <w:sz w:val="24"/>
        </w:rPr>
        <w:t>Câu 7: Vai trò của kỹ thuật điện đối với đời sống là</w:t>
      </w:r>
    </w:p>
    <w:p>
      <w:pPr>
        <w:pStyle w:val="ListParagraph"/>
      </w:pPr>
      <w:r>
        <w:rPr>
          <w:sz w:val="22"/>
        </w:rPr>
        <w:t>A. cải thiện mức thu nhập bình quân của con người.</w:t>
      </w:r>
    </w:p>
    <w:p>
      <w:pPr>
        <w:pStyle w:val="ListParagraph"/>
      </w:pPr>
      <w:r>
        <w:rPr>
          <w:sz w:val="22"/>
        </w:rPr>
        <w:t>B. thúc đẩy phát triển các sản phẩm chăn nuôi.</w:t>
      </w:r>
    </w:p>
    <w:p>
      <w:pPr>
        <w:pStyle w:val="ListParagraph"/>
      </w:pPr>
      <w:r>
        <w:rPr>
          <w:sz w:val="22"/>
        </w:rPr>
        <w:t>C. tăng sản lượng cây trồng.</w:t>
      </w:r>
    </w:p>
    <w:p>
      <w:pPr>
        <w:pStyle w:val="ListParagraph"/>
      </w:pPr>
      <w:r>
        <w:rPr>
          <w:sz w:val="22"/>
        </w:rPr>
        <w:t>D. nâng cao chất lượng cuộc sống con người.</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D</w:t>
      </w:r>
    </w:p>
    <w:p>
      <w:r>
        <w:rPr>
          <w:b/>
        </w:rPr>
        <w:t>Câu 5: Đáp án đúng: B</w:t>
      </w:r>
    </w:p>
    <w:p>
      <w:r>
        <w:rPr>
          <w:b/>
        </w:rPr>
        <w:t>Câu 6: Đáp án đúng: A</w:t>
      </w:r>
    </w:p>
    <w:p>
      <w:r>
        <w:rPr>
          <w:b/>
        </w:rPr>
        <w:t>Câu 7: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