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cho bài hết học phần 1a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