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Toàn bộ hoạt động sản xuất của dân tộc VN tro...</w:t>
      </w:r>
    </w:p>
    <w:p>
      <w:pPr>
        <w:jc w:val="center"/>
      </w:pPr>
      <w:r>
        <w:rPr>
          <w:sz w:val="22"/>
        </w:rPr>
        <w:t>Số câu: 28    Thời gian: _____ phút    Họ và tên: _________________________</w:t>
      </w:r>
    </w:p>
    <w:p/>
    <w:p>
      <w:r>
        <w:rPr>
          <w:b/>
          <w:sz w:val="24"/>
        </w:rPr>
        <w:t>Câu 1: Toàn bộ hoạt động sản xuất của dân tộc VN trong 15</w:t>
      </w:r>
    </w:p>
    <w:p/>
    <w:p>
      <w:r>
        <w:rPr>
          <w:b/>
          <w:sz w:val="24"/>
        </w:rPr>
        <w:t>Câu 2: Các phương thức sản xuất, quan trẻ cản xuất và lực lượng sảu tuất.</w:t>
      </w:r>
    </w:p>
    <w:p/>
    <w:p>
      <w:r>
        <w:rPr>
          <w:b/>
          <w:sz w:val="24"/>
        </w:rPr>
        <w:t>Câu 3: Câu 27: Phạm vi của là văn hóa Toàn bộ đời sống vật chất tính thận, các di sch</w:t>
      </w:r>
    </w:p>
    <w:p/>
    <w:p>
      <w:r>
        <w:rPr>
          <w:b/>
          <w:sz w:val="24"/>
        </w:rPr>
        <w:t>Câu 4: Câu 28: Phạm vi của is tư tưởng Toàn bộ nhân thức của con người NN về đời sống tinh thần</w:t>
      </w:r>
    </w:p>
    <w:p/>
    <w:p>
      <w:r>
        <w:rPr>
          <w:b/>
          <w:sz w:val="24"/>
        </w:rPr>
        <w:t>Câu 5: Câu 29: Thời kì mào văn hóa VN bắt đầu tiếp thu văn hóa Ấn độ, Trung Hoa Thời dưng mực</w:t>
      </w:r>
    </w:p>
    <w:p/>
    <w:p>
      <w:r>
        <w:rPr>
          <w:b/>
          <w:sz w:val="24"/>
        </w:rPr>
        <w:t>Câu 6: Câu 30: Thời lại nào vài hóa VN bắt đầu tiếp thu văn hóa phương Tây Thời kì đức lạp</w:t>
      </w:r>
    </w:p>
    <w:p/>
    <w:p>
      <w:r>
        <w:rPr>
          <w:b/>
          <w:sz w:val="24"/>
        </w:rPr>
        <w:t>Câu 7: Câu 31: Hiện vay VN xây dựng và phát triển văn hóa theo nước. Tiên tiến đậm đà văn lang bản sắc văn hóa dân tộc</w:t>
      </w:r>
    </w:p>
    <w:p/>
    <w:p>
      <w:r>
        <w:rPr>
          <w:b/>
          <w:sz w:val="24"/>
        </w:rPr>
        <w:t>Câu 8: Câu 32: Hiện nay VN Đảng cộng sản Vụ xây dựng đường lối tư tưởng đường lối đúng đắn theo cơ sở chủ nghĩa Mác Lê-nin, tư tưởng HOM</w:t>
      </w:r>
    </w:p>
    <w:p/>
    <w:p>
      <w:r>
        <w:rPr>
          <w:b/>
          <w:sz w:val="24"/>
        </w:rPr>
        <w:t>Câu 9: Câu 33: Tư tưởng truyền thông VN được hình thành trên cơ sở tức cần cù cù, lương thiện, nhân en đoàn kết, dũng cảm</w:t>
      </w:r>
    </w:p>
    <w:p/>
    <w:p>
      <w:r>
        <w:rPr>
          <w:b/>
          <w:sz w:val="24"/>
        </w:rPr>
        <w:t>Câu 10: Câu 34: yếu tố cốt lõi của 15 tư tưởng VN là chủ nghĩa yêu nước và tinh thần đoàn kết dân tộc</w:t>
      </w:r>
    </w:p>
    <w:p/>
    <w:p>
      <w:r>
        <w:rPr>
          <w:b/>
          <w:sz w:val="24"/>
        </w:rPr>
        <w:t>Câu 11: Câu 35: Trên cơ sở tiếp thu tư tưởng Hin đu giáo, Phật giáo ở VN đã sáng tạo ra các trường phải riêng Phật giáo Trúc Lâm, phậtTiếp tục đầu thạch bảo tồn các giá trị văn hóa truyền thống Quá trình giao liệu tiếp biến văn hóa diễn ra mạnh mẽ</w:t>
      </w:r>
    </w:p>
    <w:p/>
    <w:p>
      <w:r>
        <w:rPr>
          <w:b/>
          <w:sz w:val="24"/>
        </w:rPr>
        <w:t>Câu 12: Câu 19: Nét cảnh của là văn hóa VN thời hiện đại Đời sống văn hóa thấm điển văn hóa tình thải yêu vượt cach mang</w:t>
      </w:r>
    </w:p>
    <w:p/>
    <w:p>
      <w:r>
        <w:rPr>
          <w:b/>
          <w:sz w:val="24"/>
        </w:rPr>
        <w:t>Câu 13: Câu 20: Năm 1943 Đảng đề ra đề cươm với 3 nguyên tác Dân tộc hóa, khoa học hóa, đại chúng hóa</w:t>
      </w:r>
    </w:p>
    <w:p/>
    <w:p>
      <w:r>
        <w:rPr>
          <w:b/>
          <w:sz w:val="24"/>
        </w:rPr>
        <w:t>Câu 14: Câu 21: Giá trị chủ đạo của văn hóa VN là yêu nước, đoàn kết là hoan hòa, nhân vi</w:t>
      </w:r>
    </w:p>
    <w:p/>
    <w:p>
      <w:r>
        <w:rPr>
          <w:b/>
          <w:sz w:val="24"/>
        </w:rPr>
        <w:t>Câu 15: Câu 22: Cơ sở nền táng của văn hóa VN là Đờ nàng thông lùa mưột tính ngưỡng thờ cúng tổ tiên</w:t>
      </w:r>
    </w:p>
    <w:p/>
    <w:p>
      <w:r>
        <w:rPr>
          <w:b/>
          <w:sz w:val="24"/>
        </w:rPr>
        <w:t>Câu 16: Câu 23: Đối tưởng là văn hóa Những thành tiểu giá trị thuyền thống phong tục, tập quan Toàn bộ đời sống văn hóa của VN trong s</w:t>
      </w:r>
    </w:p>
    <w:p/>
    <w:p>
      <w:r>
        <w:rPr>
          <w:b/>
          <w:sz w:val="24"/>
        </w:rPr>
        <w:t>Câu 17: Câu 24: Đối tượng của là tư tưởng các tôn giáo, lý thuyết triết học tư tưởng chính trị Toàn bộ đội sống tinh thần của dân tộc VN trong sử</w:t>
      </w:r>
    </w:p>
    <w:p/>
    <w:p>
      <w:r>
        <w:rPr>
          <w:b/>
          <w:sz w:val="24"/>
        </w:rPr>
        <w:t>Câu 18: Câu 25: Đối tượng của Is th Các cấu trúc xh, giai cấp tầng lớp - là toàn bộ đời sống nh của dân tộc VN trong 15</w:t>
      </w:r>
    </w:p>
    <w:p/>
    <w:p>
      <w:r>
        <w:rPr>
          <w:b/>
          <w:sz w:val="24"/>
        </w:rPr>
        <w:t>Câu 19: Câu 25: Đối tượng của is kinh tế</w:t>
      </w:r>
    </w:p>
    <w:p/>
    <w:p>
      <w:r>
        <w:rPr>
          <w:b/>
          <w:sz w:val="24"/>
        </w:rPr>
        <w:t>Câu 20: Câu 10: Đại Việt sử kí toàn thư là tác dưới trình thức càng thực nghiên cứu tác phẩm là được trình bày</w:t>
      </w:r>
    </w:p>
    <w:p/>
    <w:p>
      <w:r>
        <w:rPr>
          <w:b/>
          <w:sz w:val="24"/>
        </w:rPr>
        <w:t>Câu 21: Câu 17: Lễ hội tịch điều là tác phẩm is để thnh bày dưới lành thức nghe remột</w:t>
      </w:r>
    </w:p>
    <w:p/>
    <w:p>
      <w:r>
        <w:rPr>
          <w:b/>
          <w:sz w:val="24"/>
        </w:rPr>
        <w:t>Câu 22: Câu 12: Nội dụng chinh của thông sử - Trình bày tổng hợp và toàn diện về (s Thường chú trong những sự kiện được cho là quan truy</w:t>
      </w:r>
    </w:p>
    <w:p/>
    <w:p>
      <w:r>
        <w:rPr>
          <w:b/>
          <w:sz w:val="24"/>
        </w:rPr>
        <w:t>Câu 23: Câu 13: Tại sao phải phập chưa kịch sử theo hình vực Gúp ng đọc nhận thức sâu sắc về 1 hành một vào đó Gúp hiểu biết đầy đủ toàn diện 15 của 1 quốc qua, dân tộc</w:t>
      </w:r>
    </w:p>
    <w:p/>
    <w:p>
      <w:r>
        <w:rPr>
          <w:b/>
          <w:sz w:val="24"/>
        </w:rPr>
        <w:t>Câu 24: Câu 14: Nội dụng chính của lịch sử dân tộc lịch sử của tất cả cộng đồng người trong quốc gia quả tất cả các lĩnh vực</w:t>
      </w:r>
    </w:p>
    <w:p/>
    <w:p>
      <w:r>
        <w:rPr>
          <w:b/>
          <w:sz w:val="24"/>
        </w:rPr>
        <w:t>Câu 25: Câu 15: Nội dạng chính sửa 15 15 thế giới quá trình vận động của là nhân loại thay các</w:t>
      </w:r>
    </w:p>
    <w:p/>
    <w:p>
      <w:r>
        <w:rPr>
          <w:b/>
          <w:sz w:val="24"/>
        </w:rPr>
        <w:t>Câu 26: Câu 16: Nét chính của là văn hóa VN trời dưng cược hình thành 3 trung tâm an văn minh trên cơ sở vài hóa bản địay tiếp thụ văn hóa bên ngoài chủ yếu là Ấn độ, Trung Hoa</w:t>
      </w:r>
    </w:p>
    <w:p/>
    <w:p>
      <w:r>
        <w:rPr>
          <w:b/>
          <w:sz w:val="24"/>
        </w:rPr>
        <w:t>Câu 27: Câu 17: Nét chính của là quan chủ độc lập Tiếp thu văn hoáu bên ngoài gắn với bảo tồn vài hoa dân tộc. Bước đầu tiếp thu có chọn lọc văn hóa pháướng Tây</w:t>
      </w:r>
    </w:p>
    <w:p/>
    <w:p>
      <w:r>
        <w:rPr>
          <w:b/>
          <w:sz w:val="24"/>
        </w:rPr>
        <w:t>Câu 28: Câu 18: Nết dính của 19 với tiến thỏi trong tai</w:t>
      </w:r>
    </w:p>
    <w:p/>
    <w:p>
      <w:r>
        <w:t>──────────────────────────────────────────────────</w:t>
      </w:r>
    </w:p>
    <w:p>
      <w:r>
        <w:rPr>
          <w:b/>
        </w:rPr>
        <w:t>BẢNG ĐÁP ÁN &amp; LỜI GIẢI CHI TIẾT</w:t>
      </w:r>
    </w:p>
    <w:p>
      <w:r>
        <w:rPr>
          <w:b/>
        </w:rPr>
        <w:t>Câu 1: Đáp án đúng: None</w:t>
      </w:r>
    </w:p>
    <w:p>
      <w:r>
        <w:rPr>
          <w:b/>
        </w:rPr>
        <w:t>Câu 2: Đáp án đúng: None</w:t>
      </w:r>
    </w:p>
    <w:p>
      <w:r>
        <w:rPr>
          <w:b/>
        </w:rPr>
        <w:t>Câu 3: Đáp án đúng: None</w:t>
      </w:r>
    </w:p>
    <w:p>
      <w:r>
        <w:rPr>
          <w:b/>
        </w:rPr>
        <w:t>Câu 4: Đáp án đúng: None</w:t>
      </w:r>
    </w:p>
    <w:p>
      <w:r>
        <w:rPr>
          <w:b/>
        </w:rPr>
        <w:t>Câu 5: Đáp án đúng: None</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p>
      <w:r>
        <w:rPr>
          <w:b/>
        </w:rPr>
        <w:t>Câu 12: Đáp án đúng: None</w:t>
      </w:r>
    </w:p>
    <w:p>
      <w:r>
        <w:rPr>
          <w:b/>
        </w:rPr>
        <w:t>Câu 13: Đáp án đúng: None</w:t>
      </w:r>
    </w:p>
    <w:p>
      <w:r>
        <w:rPr>
          <w:b/>
        </w:rPr>
        <w:t>Câu 14: Đáp án đúng: None</w:t>
      </w:r>
    </w:p>
    <w:p>
      <w:r>
        <w:rPr>
          <w:b/>
        </w:rPr>
        <w:t>Câu 15: Đáp án đúng: None</w:t>
      </w:r>
    </w:p>
    <w:p>
      <w:r>
        <w:rPr>
          <w:b/>
        </w:rPr>
        <w:t>Câu 16: Đáp án đúng: None</w:t>
      </w:r>
    </w:p>
    <w:p>
      <w:r>
        <w:rPr>
          <w:b/>
        </w:rPr>
        <w:t>Câu 17: Đáp án đúng: None</w:t>
      </w:r>
    </w:p>
    <w:p>
      <w:r>
        <w:rPr>
          <w:b/>
        </w:rPr>
        <w:t>Câu 18: Đáp án đúng: None</w:t>
      </w:r>
    </w:p>
    <w:p>
      <w:r>
        <w:rPr>
          <w:b/>
        </w:rPr>
        <w:t>Câu 19: Đáp án đúng: None</w:t>
      </w:r>
    </w:p>
    <w:p>
      <w:r>
        <w:rPr>
          <w:b/>
        </w:rPr>
        <w:t>Câu 20: Đáp án đúng: None</w:t>
      </w:r>
    </w:p>
    <w:p>
      <w:r>
        <w:rPr>
          <w:b/>
        </w:rPr>
        <w:t>Câu 21: Đáp án đúng: None</w:t>
      </w:r>
    </w:p>
    <w:p>
      <w:r>
        <w:rPr>
          <w:b/>
        </w:rPr>
        <w:t>Câu 22: Đáp án đúng: None</w:t>
      </w:r>
    </w:p>
    <w:p>
      <w:r>
        <w:rPr>
          <w:b/>
        </w:rPr>
        <w:t>Câu 23: Đáp án đúng: None</w:t>
      </w:r>
    </w:p>
    <w:p>
      <w:r>
        <w:rPr>
          <w:b/>
        </w:rPr>
        <w:t>Câu 24: Đáp án đúng: None</w:t>
      </w:r>
    </w:p>
    <w:p>
      <w:r>
        <w:rPr>
          <w:b/>
        </w:rPr>
        <w:t>Câu 25: Đáp án đúng: None</w:t>
      </w:r>
    </w:p>
    <w:p>
      <w:r>
        <w:rPr>
          <w:b/>
        </w:rPr>
        <w:t>Câu 26: Đáp án đúng: None</w:t>
      </w:r>
    </w:p>
    <w:p>
      <w:r>
        <w:rPr>
          <w:b/>
        </w:rPr>
        <w:t>Câu 27: Đáp án đúng: None</w:t>
      </w:r>
    </w:p>
    <w:p>
      <w:r>
        <w:rPr>
          <w:b/>
        </w:rPr>
        <w:t>Câu 28: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