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6 - Xã hội loài người thời kỳ nguyên thủy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Người tối cổ xuất hiện cách ngày nay khoảng bao nhiêu năm?</w:t>
      </w:r>
    </w:p>
    <w:p>
      <w:pPr>
        <w:pStyle w:val="ListParagraph"/>
      </w:pPr>
      <w:r>
        <w:rPr>
          <w:sz w:val="22"/>
        </w:rPr>
        <w:t>A. Khoảng 5 triệu năm</w:t>
      </w:r>
    </w:p>
    <w:p>
      <w:pPr>
        <w:pStyle w:val="ListParagraph"/>
      </w:pPr>
      <w:r>
        <w:rPr>
          <w:sz w:val="22"/>
        </w:rPr>
        <w:t>B. Khoảng 4 triệu năm</w:t>
      </w:r>
    </w:p>
    <w:p>
      <w:pPr>
        <w:pStyle w:val="ListParagraph"/>
      </w:pPr>
      <w:r>
        <w:rPr>
          <w:sz w:val="22"/>
        </w:rPr>
        <w:t>C. Khoảng 3 triệu năm</w:t>
      </w:r>
    </w:p>
    <w:p>
      <w:pPr>
        <w:pStyle w:val="ListParagraph"/>
      </w:pPr>
      <w:r>
        <w:rPr>
          <w:sz w:val="22"/>
        </w:rPr>
        <w:t>D. Khoảng 2 triệu năm</w:t>
      </w:r>
    </w:p>
    <w:p/>
    <w:p>
      <w:r>
        <w:rPr>
          <w:b/>
          <w:sz w:val="24"/>
        </w:rPr>
        <w:t>Câu 2: Đặc điểm nào sau đây KHÔNG phải của Người tinh khôn?</w:t>
      </w:r>
    </w:p>
    <w:p>
      <w:pPr>
        <w:pStyle w:val="ListParagraph"/>
      </w:pPr>
      <w:r>
        <w:rPr>
          <w:sz w:val="22"/>
        </w:rPr>
        <w:t>A. Có cấu tạo cơ thể như người ngày nay</w:t>
      </w:r>
    </w:p>
    <w:p>
      <w:pPr>
        <w:pStyle w:val="ListParagraph"/>
      </w:pPr>
      <w:r>
        <w:rPr>
          <w:sz w:val="22"/>
        </w:rPr>
        <w:t>B. Biết chế tạo công cụ lao động bằng đá</w:t>
      </w:r>
    </w:p>
    <w:p>
      <w:pPr>
        <w:pStyle w:val="ListParagraph"/>
      </w:pPr>
      <w:r>
        <w:rPr>
          <w:sz w:val="22"/>
        </w:rPr>
        <w:t>C. Sống thành bầy đàn</w:t>
      </w:r>
    </w:p>
    <w:p>
      <w:pPr>
        <w:pStyle w:val="ListParagraph"/>
      </w:pPr>
      <w:r>
        <w:rPr>
          <w:sz w:val="22"/>
        </w:rPr>
        <w:t>D. Biết trồng trọt và chăn nuôi</w:t>
      </w:r>
    </w:p>
    <w:p/>
    <w:p>
      <w:r>
        <w:rPr>
          <w:b/>
          <w:sz w:val="24"/>
        </w:rPr>
        <w:t>Câu 3: Công cụ lao động chủ yếu của Người tối cổ là gì?</w:t>
      </w:r>
    </w:p>
    <w:p>
      <w:pPr>
        <w:pStyle w:val="ListParagraph"/>
      </w:pPr>
      <w:r>
        <w:rPr>
          <w:sz w:val="22"/>
        </w:rPr>
        <w:t>A. Đồ đá ghè đẽo thô sơ</w:t>
      </w:r>
    </w:p>
    <w:p>
      <w:pPr>
        <w:pStyle w:val="ListParagraph"/>
      </w:pPr>
      <w:r>
        <w:rPr>
          <w:sz w:val="22"/>
        </w:rPr>
        <w:t>B. Đồ đồng</w:t>
      </w:r>
    </w:p>
    <w:p>
      <w:pPr>
        <w:pStyle w:val="ListParagraph"/>
      </w:pPr>
      <w:r>
        <w:rPr>
          <w:sz w:val="22"/>
        </w:rPr>
        <w:t>C. Đồ sắt</w:t>
      </w:r>
    </w:p>
    <w:p>
      <w:pPr>
        <w:pStyle w:val="ListParagraph"/>
      </w:pPr>
      <w:r>
        <w:rPr>
          <w:sz w:val="22"/>
        </w:rPr>
        <w:t>D. Đồ gốm</w:t>
      </w:r>
    </w:p>
    <w:p/>
    <w:p>
      <w:r>
        <w:rPr>
          <w:b/>
          <w:sz w:val="24"/>
        </w:rPr>
        <w:t>Câu 4: Người tinh khôn sống theo hình thức tổ chức xã hội nào?</w:t>
      </w:r>
    </w:p>
    <w:p>
      <w:pPr>
        <w:pStyle w:val="ListParagraph"/>
      </w:pPr>
      <w:r>
        <w:rPr>
          <w:sz w:val="22"/>
        </w:rPr>
        <w:t>A. Bầy đàn</w:t>
      </w:r>
    </w:p>
    <w:p>
      <w:pPr>
        <w:pStyle w:val="ListParagraph"/>
      </w:pPr>
      <w:r>
        <w:rPr>
          <w:sz w:val="22"/>
        </w:rPr>
        <w:t>B. Thị tộc</w:t>
      </w:r>
    </w:p>
    <w:p>
      <w:pPr>
        <w:pStyle w:val="ListParagraph"/>
      </w:pPr>
      <w:r>
        <w:rPr>
          <w:sz w:val="22"/>
        </w:rPr>
        <w:t>C. Bộ lạc</w:t>
      </w:r>
    </w:p>
    <w:p>
      <w:pPr>
        <w:pStyle w:val="ListParagraph"/>
      </w:pPr>
      <w:r>
        <w:rPr>
          <w:sz w:val="22"/>
        </w:rPr>
        <w:t>D. Cả B và C</w:t>
      </w:r>
    </w:p>
    <w:p/>
    <w:p>
      <w:r>
        <w:rPr>
          <w:b/>
          <w:sz w:val="24"/>
        </w:rPr>
        <w:t>Câu 5: Thị tộc là gì?</w:t>
      </w:r>
    </w:p>
    <w:p>
      <w:pPr>
        <w:pStyle w:val="ListParagraph"/>
      </w:pPr>
      <w:r>
        <w:rPr>
          <w:sz w:val="22"/>
        </w:rPr>
        <w:t>A. Nhóm người có chung huyết thống, sống quây quần bên nhau</w:t>
      </w:r>
    </w:p>
    <w:p>
      <w:pPr>
        <w:pStyle w:val="ListParagraph"/>
      </w:pPr>
      <w:r>
        <w:rPr>
          <w:sz w:val="22"/>
        </w:rPr>
        <w:t>B. Nhóm người sống chung trong một khu vực địa lý</w:t>
      </w:r>
    </w:p>
    <w:p>
      <w:pPr>
        <w:pStyle w:val="ListParagraph"/>
      </w:pPr>
      <w:r>
        <w:rPr>
          <w:sz w:val="22"/>
        </w:rPr>
        <w:t>C. Nhóm người có cùng nghề nghiệp</w:t>
      </w:r>
    </w:p>
    <w:p>
      <w:pPr>
        <w:pStyle w:val="ListParagraph"/>
      </w:pPr>
      <w:r>
        <w:rPr>
          <w:sz w:val="22"/>
        </w:rPr>
        <w:t>D. Nhóm người có cùng tôn giáo</w:t>
      </w:r>
    </w:p>
    <w:p/>
    <w:p>
      <w:r>
        <w:rPr>
          <w:b/>
          <w:sz w:val="24"/>
        </w:rPr>
        <w:t>Câu 6: Bộ lạc là gì?</w:t>
      </w:r>
    </w:p>
    <w:p>
      <w:pPr>
        <w:pStyle w:val="ListParagraph"/>
      </w:pPr>
      <w:r>
        <w:rPr>
          <w:sz w:val="22"/>
        </w:rPr>
        <w:t>A. Tập hợp nhiều thị tộc có quan hệ huyết thống</w:t>
      </w:r>
    </w:p>
    <w:p>
      <w:pPr>
        <w:pStyle w:val="ListParagraph"/>
      </w:pPr>
      <w:r>
        <w:rPr>
          <w:sz w:val="22"/>
        </w:rPr>
        <w:t>B. Tập hợp nhiều thị tộc sống trong cùng một khu vực</w:t>
      </w:r>
    </w:p>
    <w:p>
      <w:pPr>
        <w:pStyle w:val="ListParagraph"/>
      </w:pPr>
      <w:r>
        <w:rPr>
          <w:sz w:val="22"/>
        </w:rPr>
        <w:t>C. Tập hợp nhiều gia đình nhỏ</w:t>
      </w:r>
    </w:p>
    <w:p>
      <w:pPr>
        <w:pStyle w:val="ListParagraph"/>
      </w:pPr>
      <w:r>
        <w:rPr>
          <w:sz w:val="22"/>
        </w:rPr>
        <w:t>D. Tập hợp nhiều bầy người</w:t>
      </w:r>
    </w:p>
    <w:p/>
    <w:p>
      <w:r>
        <w:rPr>
          <w:b/>
          <w:sz w:val="24"/>
        </w:rPr>
        <w:t>Câu 7: Người nguyên thủy phát minh ra lửa có ý nghĩa gì?</w:t>
      </w:r>
    </w:p>
    <w:p>
      <w:pPr>
        <w:pStyle w:val="ListParagraph"/>
      </w:pPr>
      <w:r>
        <w:rPr>
          <w:sz w:val="22"/>
        </w:rPr>
        <w:t>A. Giúp sưởi ấm, nấu chín thức ăn, xua đuổi thú dữ</w:t>
      </w:r>
    </w:p>
    <w:p>
      <w:pPr>
        <w:pStyle w:val="ListParagraph"/>
      </w:pPr>
      <w:r>
        <w:rPr>
          <w:sz w:val="22"/>
        </w:rPr>
        <w:t>B. Giúp chế tạo công cụ bằng kim loại</w:t>
      </w:r>
    </w:p>
    <w:p>
      <w:pPr>
        <w:pStyle w:val="ListParagraph"/>
      </w:pPr>
      <w:r>
        <w:rPr>
          <w:sz w:val="22"/>
        </w:rPr>
        <w:t>C. Giúp trồng trọt và chăn nuôi</w:t>
      </w:r>
    </w:p>
    <w:p>
      <w:pPr>
        <w:pStyle w:val="ListParagraph"/>
      </w:pPr>
      <w:r>
        <w:rPr>
          <w:sz w:val="22"/>
        </w:rPr>
        <w:t>D. Giúp xây dựng nhà cửa</w:t>
      </w:r>
    </w:p>
    <w:p/>
    <w:p>
      <w:r>
        <w:rPr>
          <w:b/>
          <w:sz w:val="24"/>
        </w:rPr>
        <w:t>Câu 8: Trong xã hội nguyên thủy, của cải được phân chia như thế nào?</w:t>
      </w:r>
    </w:p>
    <w:p>
      <w:pPr>
        <w:pStyle w:val="ListParagraph"/>
      </w:pPr>
      <w:r>
        <w:rPr>
          <w:sz w:val="22"/>
        </w:rPr>
        <w:t>A. Chia đều cho mọi người</w:t>
      </w:r>
    </w:p>
    <w:p>
      <w:pPr>
        <w:pStyle w:val="ListParagraph"/>
      </w:pPr>
      <w:r>
        <w:rPr>
          <w:sz w:val="22"/>
        </w:rPr>
        <w:t>B. Người đứng đầu được hưởng nhiều hơn</w:t>
      </w:r>
    </w:p>
    <w:p>
      <w:pPr>
        <w:pStyle w:val="ListParagraph"/>
      </w:pPr>
      <w:r>
        <w:rPr>
          <w:sz w:val="22"/>
        </w:rPr>
        <w:t>C. Ai làm nhiều hưởng nhiều</w:t>
      </w:r>
    </w:p>
    <w:p>
      <w:pPr>
        <w:pStyle w:val="ListParagraph"/>
      </w:pPr>
      <w:r>
        <w:rPr>
          <w:sz w:val="22"/>
        </w:rPr>
        <w:t>D. Tùy theo tuổi tác</w:t>
      </w:r>
    </w:p>
    <w:p/>
    <w:p>
      <w:r>
        <w:rPr>
          <w:b/>
          <w:sz w:val="24"/>
        </w:rPr>
        <w:t>Câu 9: Nguyên nhân chính dẫn đến sự tan rã của xã hội nguyên thủy là gì?</w:t>
      </w:r>
    </w:p>
    <w:p>
      <w:pPr>
        <w:pStyle w:val="ListParagraph"/>
      </w:pPr>
      <w:r>
        <w:rPr>
          <w:sz w:val="22"/>
        </w:rPr>
        <w:t>A. Sự xuất hiện của công cụ bằng kim loại</w:t>
      </w:r>
    </w:p>
    <w:p>
      <w:pPr>
        <w:pStyle w:val="ListParagraph"/>
      </w:pPr>
      <w:r>
        <w:rPr>
          <w:sz w:val="22"/>
        </w:rPr>
        <w:t>B. Sự gia tăng dân số</w:t>
      </w:r>
    </w:p>
    <w:p>
      <w:pPr>
        <w:pStyle w:val="ListParagraph"/>
      </w:pPr>
      <w:r>
        <w:rPr>
          <w:sz w:val="22"/>
        </w:rPr>
        <w:t>C. Chiến tranh giữa các bộ lạc</w:t>
      </w:r>
    </w:p>
    <w:p>
      <w:pPr>
        <w:pStyle w:val="ListParagraph"/>
      </w:pPr>
      <w:r>
        <w:rPr>
          <w:sz w:val="22"/>
        </w:rPr>
        <w:t>D. Thiên tai, dịch bệnh</w:t>
      </w:r>
    </w:p>
    <w:p/>
    <w:p>
      <w:r>
        <w:rPr>
          <w:b/>
          <w:sz w:val="24"/>
        </w:rPr>
        <w:t>Câu 10: Người nguyên thủy biết sử dụng kim loại đầu tiên là kim loại nào?</w:t>
      </w:r>
    </w:p>
    <w:p>
      <w:pPr>
        <w:pStyle w:val="ListParagraph"/>
      </w:pPr>
      <w:r>
        <w:rPr>
          <w:sz w:val="22"/>
        </w:rPr>
        <w:t>A. Đồng</w:t>
      </w:r>
    </w:p>
    <w:p>
      <w:pPr>
        <w:pStyle w:val="ListParagraph"/>
      </w:pPr>
      <w:r>
        <w:rPr>
          <w:sz w:val="22"/>
        </w:rPr>
        <w:t>B. Sắt</w:t>
      </w:r>
    </w:p>
    <w:p>
      <w:pPr>
        <w:pStyle w:val="ListParagraph"/>
      </w:pPr>
      <w:r>
        <w:rPr>
          <w:sz w:val="22"/>
        </w:rPr>
        <w:t>C. Nhôm</w:t>
      </w:r>
    </w:p>
    <w:p>
      <w:pPr>
        <w:pStyle w:val="ListParagraph"/>
      </w:pPr>
      <w:r>
        <w:rPr>
          <w:sz w:val="22"/>
        </w:rPr>
        <w:t>D. Vàng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