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https://docs.google.com/forms/d/e/1FAIpQLSfer...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