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viết các số đo dưới dạng số thập phân lớp 5</w:t>
      </w:r>
    </w:p>
    <w:p>
      <w:pPr>
        <w:jc w:val="center"/>
      </w:pPr>
      <w:r>
        <w:rPr>
          <w:sz w:val="22"/>
        </w:rPr>
        <w:t>Số câu: 13    Thời gian: _____ phút    Họ và tên: _________________________</w:t>
      </w:r>
    </w:p>
    <w:p/>
    <w:p>
      <w:r>
        <w:rPr>
          <w:b/>
          <w:sz w:val="24"/>
        </w:rPr>
        <w:t>Câu 1: Viết số đo độ dài sau dưới dạng số thập phân có đơn vị là mét: 5m 7dm</w:t>
      </w:r>
    </w:p>
    <w:p>
      <w:pPr>
        <w:pStyle w:val="ListParagraph"/>
      </w:pPr>
      <w:r>
        <w:rPr>
          <w:sz w:val="22"/>
        </w:rPr>
        <w:t>A. 5,7 m</w:t>
      </w:r>
    </w:p>
    <w:p>
      <w:pPr>
        <w:pStyle w:val="ListParagraph"/>
      </w:pPr>
      <w:r>
        <w:rPr>
          <w:sz w:val="22"/>
        </w:rPr>
        <w:t>B. 5,07 m</w:t>
      </w:r>
    </w:p>
    <w:p>
      <w:pPr>
        <w:pStyle w:val="ListParagraph"/>
      </w:pPr>
      <w:r>
        <w:rPr>
          <w:sz w:val="22"/>
        </w:rPr>
        <w:t>C. 5,007 m</w:t>
      </w:r>
    </w:p>
    <w:p>
      <w:pPr>
        <w:pStyle w:val="ListParagraph"/>
      </w:pPr>
      <w:r>
        <w:rPr>
          <w:sz w:val="22"/>
        </w:rPr>
        <w:t>D. 57 m</w:t>
      </w:r>
    </w:p>
    <w:p/>
    <w:p>
      <w:r>
        <w:rPr>
          <w:b/>
          <w:sz w:val="24"/>
        </w:rPr>
        <w:t>Câu 2: Viết số đo khối lượng sau dưới dạng số thập phân có đơn vị là ki-lô-gam: 3kg 45g</w:t>
      </w:r>
    </w:p>
    <w:p>
      <w:pPr>
        <w:pStyle w:val="ListParagraph"/>
      </w:pPr>
      <w:r>
        <w:rPr>
          <w:sz w:val="22"/>
        </w:rPr>
        <w:t>A. 3,45 kg</w:t>
      </w:r>
    </w:p>
    <w:p>
      <w:pPr>
        <w:pStyle w:val="ListParagraph"/>
      </w:pPr>
      <w:r>
        <w:rPr>
          <w:sz w:val="22"/>
        </w:rPr>
        <w:t>B. 3,045 kg</w:t>
      </w:r>
    </w:p>
    <w:p>
      <w:pPr>
        <w:pStyle w:val="ListParagraph"/>
      </w:pPr>
      <w:r>
        <w:rPr>
          <w:sz w:val="22"/>
        </w:rPr>
        <w:t>C. 3,450 kg</w:t>
      </w:r>
    </w:p>
    <w:p>
      <w:pPr>
        <w:pStyle w:val="ListParagraph"/>
      </w:pPr>
      <w:r>
        <w:rPr>
          <w:sz w:val="22"/>
        </w:rPr>
        <w:t>D. 3,0045 kg</w:t>
      </w:r>
    </w:p>
    <w:p/>
    <w:p>
      <w:r>
        <w:rPr>
          <w:b/>
          <w:sz w:val="24"/>
        </w:rPr>
        <w:t>Câu 3: Viết số đo diện tích sau dưới dạng số thập phân có đơn vị là mét vuông: 2m² 5dm²</w:t>
      </w:r>
    </w:p>
    <w:p>
      <w:pPr>
        <w:pStyle w:val="ListParagraph"/>
      </w:pPr>
      <w:r>
        <w:rPr>
          <w:sz w:val="22"/>
        </w:rPr>
        <w:t>A. 2,5 m²</w:t>
      </w:r>
    </w:p>
    <w:p>
      <w:pPr>
        <w:pStyle w:val="ListParagraph"/>
      </w:pPr>
      <w:r>
        <w:rPr>
          <w:sz w:val="22"/>
        </w:rPr>
        <w:t>B. 2,05 m²</w:t>
      </w:r>
    </w:p>
    <w:p>
      <w:pPr>
        <w:pStyle w:val="ListParagraph"/>
      </w:pPr>
      <w:r>
        <w:rPr>
          <w:sz w:val="22"/>
        </w:rPr>
        <w:t>C. 2,005 m²</w:t>
      </w:r>
    </w:p>
    <w:p>
      <w:pPr>
        <w:pStyle w:val="ListParagraph"/>
      </w:pPr>
      <w:r>
        <w:rPr>
          <w:sz w:val="22"/>
        </w:rPr>
        <w:t>D. 25 m²</w:t>
      </w:r>
    </w:p>
    <w:p/>
    <w:p>
      <w:r>
        <w:rPr>
          <w:b/>
          <w:sz w:val="24"/>
        </w:rPr>
        <w:t>Câu 4: Viết số đo độ dài sau dưới dạng số thập phân có đơn vị là ki-lô-mét: 4km 6m</w:t>
      </w:r>
    </w:p>
    <w:p>
      <w:pPr>
        <w:pStyle w:val="ListParagraph"/>
      </w:pPr>
      <w:r>
        <w:rPr>
          <w:sz w:val="22"/>
        </w:rPr>
        <w:t>A. 4,6 km</w:t>
      </w:r>
    </w:p>
    <w:p>
      <w:pPr>
        <w:pStyle w:val="ListParagraph"/>
      </w:pPr>
      <w:r>
        <w:rPr>
          <w:sz w:val="22"/>
        </w:rPr>
        <w:t>B. 4,06 km</w:t>
      </w:r>
    </w:p>
    <w:p>
      <w:pPr>
        <w:pStyle w:val="ListParagraph"/>
      </w:pPr>
      <w:r>
        <w:rPr>
          <w:sz w:val="22"/>
        </w:rPr>
        <w:t>C. 4,006 km</w:t>
      </w:r>
    </w:p>
    <w:p>
      <w:pPr>
        <w:pStyle w:val="ListParagraph"/>
      </w:pPr>
      <w:r>
        <w:rPr>
          <w:sz w:val="22"/>
        </w:rPr>
        <w:t>D. 4,0006 km</w:t>
      </w:r>
    </w:p>
    <w:p/>
    <w:p>
      <w:r>
        <w:rPr>
          <w:b/>
          <w:sz w:val="24"/>
        </w:rPr>
        <w:t>Câu 5: Viết số đo khối lượng sau dưới dạng số thập phân có đơn vị là tấn: 2 tấn 3 tạ</w:t>
      </w:r>
    </w:p>
    <w:p>
      <w:pPr>
        <w:pStyle w:val="ListParagraph"/>
      </w:pPr>
      <w:r>
        <w:rPr>
          <w:sz w:val="22"/>
        </w:rPr>
        <w:t>A. 2,3 tấn</w:t>
      </w:r>
    </w:p>
    <w:p>
      <w:pPr>
        <w:pStyle w:val="ListParagraph"/>
      </w:pPr>
      <w:r>
        <w:rPr>
          <w:sz w:val="22"/>
        </w:rPr>
        <w:t>B. 2,03 tấn</w:t>
      </w:r>
    </w:p>
    <w:p>
      <w:pPr>
        <w:pStyle w:val="ListParagraph"/>
      </w:pPr>
      <w:r>
        <w:rPr>
          <w:sz w:val="22"/>
        </w:rPr>
        <w:t>C. 2,003 tấn</w:t>
      </w:r>
    </w:p>
    <w:p>
      <w:pPr>
        <w:pStyle w:val="ListParagraph"/>
      </w:pPr>
      <w:r>
        <w:rPr>
          <w:sz w:val="22"/>
        </w:rPr>
        <w:t>D. 23 tấn</w:t>
      </w:r>
    </w:p>
    <w:p/>
    <w:p>
      <w:r>
        <w:rPr>
          <w:b/>
          <w:sz w:val="24"/>
        </w:rPr>
        <w:t>Câu 6: Viết số đo diện tích sau dưới dạng số thập phân có đơn vị là héc-ta: 3ha 50m²</w:t>
      </w:r>
    </w:p>
    <w:p>
      <w:pPr>
        <w:pStyle w:val="ListParagraph"/>
      </w:pPr>
      <w:r>
        <w:rPr>
          <w:sz w:val="22"/>
        </w:rPr>
        <w:t>A. 3,5 ha</w:t>
      </w:r>
    </w:p>
    <w:p>
      <w:pPr>
        <w:pStyle w:val="ListParagraph"/>
      </w:pPr>
      <w:r>
        <w:rPr>
          <w:sz w:val="22"/>
        </w:rPr>
        <w:t>B. 3,05 ha</w:t>
      </w:r>
    </w:p>
    <w:p>
      <w:pPr>
        <w:pStyle w:val="ListParagraph"/>
      </w:pPr>
      <w:r>
        <w:rPr>
          <w:sz w:val="22"/>
        </w:rPr>
        <w:t>C. 3,005 ha</w:t>
      </w:r>
    </w:p>
    <w:p>
      <w:pPr>
        <w:pStyle w:val="ListParagraph"/>
      </w:pPr>
      <w:r>
        <w:rPr>
          <w:sz w:val="22"/>
        </w:rPr>
        <w:t>D. 3,0005 ha</w:t>
      </w:r>
    </w:p>
    <w:p/>
    <w:p>
      <w:r>
        <w:rPr>
          <w:b/>
          <w:sz w:val="24"/>
        </w:rPr>
        <w:t>Câu 7: Viết số đo độ dài sau dưới dạng số thập phân có đơn vị là đề-xi-mét: 8dm 9cm</w:t>
      </w:r>
    </w:p>
    <w:p>
      <w:pPr>
        <w:pStyle w:val="ListParagraph"/>
      </w:pPr>
      <w:r>
        <w:rPr>
          <w:sz w:val="22"/>
        </w:rPr>
        <w:t>A. 8,9 dm</w:t>
      </w:r>
    </w:p>
    <w:p>
      <w:pPr>
        <w:pStyle w:val="ListParagraph"/>
      </w:pPr>
      <w:r>
        <w:rPr>
          <w:sz w:val="22"/>
        </w:rPr>
        <w:t>B. 8,09 dm</w:t>
      </w:r>
    </w:p>
    <w:p>
      <w:pPr>
        <w:pStyle w:val="ListParagraph"/>
      </w:pPr>
      <w:r>
        <w:rPr>
          <w:sz w:val="22"/>
        </w:rPr>
        <w:t>C. 8,009 dm</w:t>
      </w:r>
    </w:p>
    <w:p>
      <w:pPr>
        <w:pStyle w:val="ListParagraph"/>
      </w:pPr>
      <w:r>
        <w:rPr>
          <w:sz w:val="22"/>
        </w:rPr>
        <w:t>D. 89 dm</w:t>
      </w:r>
    </w:p>
    <w:p/>
    <w:p>
      <w:r>
        <w:rPr>
          <w:b/>
          <w:sz w:val="24"/>
        </w:rPr>
        <w:t>Câu 8: Viết số đo khối lượng sau dưới dạng số thập phân có đơn vị là gam: 5g 6mg</w:t>
      </w:r>
    </w:p>
    <w:p>
      <w:pPr>
        <w:pStyle w:val="ListParagraph"/>
      </w:pPr>
      <w:r>
        <w:rPr>
          <w:sz w:val="22"/>
        </w:rPr>
        <w:t>A. 5,6 g</w:t>
      </w:r>
    </w:p>
    <w:p>
      <w:pPr>
        <w:pStyle w:val="ListParagraph"/>
      </w:pPr>
      <w:r>
        <w:rPr>
          <w:sz w:val="22"/>
        </w:rPr>
        <w:t>B. 5,06 g</w:t>
      </w:r>
    </w:p>
    <w:p>
      <w:pPr>
        <w:pStyle w:val="ListParagraph"/>
      </w:pPr>
      <w:r>
        <w:rPr>
          <w:sz w:val="22"/>
        </w:rPr>
        <w:t>C. 5,006 g</w:t>
      </w:r>
    </w:p>
    <w:p>
      <w:pPr>
        <w:pStyle w:val="ListParagraph"/>
      </w:pPr>
      <w:r>
        <w:rPr>
          <w:sz w:val="22"/>
        </w:rPr>
        <w:t>D. 56 g</w:t>
      </w:r>
    </w:p>
    <w:p/>
    <w:p>
      <w:r>
        <w:rPr>
          <w:b/>
          <w:sz w:val="24"/>
        </w:rPr>
        <w:t>Câu 9: Viết số đo diện tích sau dưới dạng số thập phân có đơn vị là đề-xi-mét vuông: 7dm² 8cm²</w:t>
      </w:r>
    </w:p>
    <w:p>
      <w:pPr>
        <w:pStyle w:val="ListParagraph"/>
      </w:pPr>
      <w:r>
        <w:rPr>
          <w:sz w:val="22"/>
        </w:rPr>
        <w:t>A. 7,8 dm²</w:t>
      </w:r>
    </w:p>
    <w:p>
      <w:pPr>
        <w:pStyle w:val="ListParagraph"/>
      </w:pPr>
      <w:r>
        <w:rPr>
          <w:sz w:val="22"/>
        </w:rPr>
        <w:t>B. 7,08 dm²</w:t>
      </w:r>
    </w:p>
    <w:p>
      <w:pPr>
        <w:pStyle w:val="ListParagraph"/>
      </w:pPr>
      <w:r>
        <w:rPr>
          <w:sz w:val="22"/>
        </w:rPr>
        <w:t>C. 7,008 dm²</w:t>
      </w:r>
    </w:p>
    <w:p>
      <w:pPr>
        <w:pStyle w:val="ListParagraph"/>
      </w:pPr>
      <w:r>
        <w:rPr>
          <w:sz w:val="22"/>
        </w:rPr>
        <w:t>D. 78 dm²</w:t>
      </w:r>
    </w:p>
    <w:p/>
    <w:p>
      <w:r>
        <w:rPr>
          <w:b/>
          <w:sz w:val="24"/>
        </w:rPr>
        <w:t>Câu 10: Viết số đo độ dài sau dưới dạng số thập phân có đơn vị là xăng-ti-mét: 6cm 4mm</w:t>
      </w:r>
    </w:p>
    <w:p>
      <w:pPr>
        <w:pStyle w:val="ListParagraph"/>
      </w:pPr>
      <w:r>
        <w:rPr>
          <w:sz w:val="22"/>
        </w:rPr>
        <w:t>A. 6,4 cm</w:t>
      </w:r>
    </w:p>
    <w:p>
      <w:pPr>
        <w:pStyle w:val="ListParagraph"/>
      </w:pPr>
      <w:r>
        <w:rPr>
          <w:sz w:val="22"/>
        </w:rPr>
        <w:t>B. 6,04 cm</w:t>
      </w:r>
    </w:p>
    <w:p>
      <w:pPr>
        <w:pStyle w:val="ListParagraph"/>
      </w:pPr>
      <w:r>
        <w:rPr>
          <w:sz w:val="22"/>
        </w:rPr>
        <w:t>C. 6,004 cm</w:t>
      </w:r>
    </w:p>
    <w:p>
      <w:pPr>
        <w:pStyle w:val="ListParagraph"/>
      </w:pPr>
      <w:r>
        <w:rPr>
          <w:sz w:val="22"/>
        </w:rPr>
        <w:t>D. 64 cm</w:t>
      </w:r>
    </w:p>
    <w:p/>
    <w:p>
      <w:r>
        <w:rPr>
          <w:b/>
          <w:sz w:val="24"/>
        </w:rPr>
        <w:t>Câu 11: Tìm hai số biết tổng của chúng là 45 và hiệu của chúng là 9.</w:t>
      </w:r>
    </w:p>
    <w:p/>
    <w:p>
      <w:r>
        <w:rPr>
          <w:b/>
          <w:sz w:val="24"/>
        </w:rPr>
        <w:t>Câu 12: Tìm hai số biết tổng của chúng là 100 và hiệu của chúng là 20.</w:t>
      </w:r>
    </w:p>
    <w:p/>
    <w:p>
      <w:r>
        <w:rPr>
          <w:b/>
          <w:sz w:val="24"/>
        </w:rPr>
        <w:t>Câu 13: Tìm hai số biết tổng của chúng là 72 và hiệu của chúng là 18.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None</w:t>
      </w:r>
    </w:p>
    <w:p>
      <w:r>
        <w:rPr>
          <w:b/>
        </w:rPr>
        <w:t>Câu 12: Đáp án đúng: None</w:t>
      </w:r>
    </w:p>
    <w:p>
      <w:r>
        <w:rPr>
          <w:b/>
        </w:rPr>
        <w:t>Câu 13: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