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Việt Nam nằm ở rìa phía nào của bán đảo Đông Dương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Việt Nam nằm ở rìa phía nào của bán đảo Đông Dương?</w:t>
      </w:r>
    </w:p>
    <w:p>
      <w:pPr>
        <w:pStyle w:val="ListParagraph"/>
      </w:pPr>
      <w:r>
        <w:rPr>
          <w:sz w:val="22"/>
        </w:rPr>
        <w:t>A. Phía Bắc.</w:t>
      </w:r>
    </w:p>
    <w:p>
      <w:pPr>
        <w:pStyle w:val="ListParagraph"/>
      </w:pPr>
      <w:r>
        <w:rPr>
          <w:sz w:val="22"/>
        </w:rPr>
        <w:t>B. Phía Nam.</w:t>
      </w:r>
    </w:p>
    <w:p>
      <w:pPr>
        <w:pStyle w:val="ListParagraph"/>
      </w:pPr>
      <w:r>
        <w:rPr>
          <w:sz w:val="22"/>
        </w:rPr>
        <w:t>C. Phía Tây.</w:t>
      </w:r>
    </w:p>
    <w:p>
      <w:pPr>
        <w:pStyle w:val="ListParagraph"/>
      </w:pPr>
      <w:r>
        <w:rPr>
          <w:sz w:val="22"/>
        </w:rPr>
        <w:t>D. Phía Đông.</w:t>
      </w:r>
    </w:p>
    <w:p/>
    <w:p>
      <w:r>
        <w:rPr>
          <w:b/>
          <w:sz w:val="24"/>
        </w:rPr>
        <w:t>Câu 2: Việt Nam nằm ở rìa phía đông của bán đảo nào?</w:t>
      </w:r>
    </w:p>
    <w:p>
      <w:pPr>
        <w:pStyle w:val="ListParagraph"/>
      </w:pPr>
      <w:r>
        <w:rPr>
          <w:sz w:val="22"/>
        </w:rPr>
        <w:t>A. Tiểu Á.</w:t>
      </w:r>
    </w:p>
    <w:p>
      <w:pPr>
        <w:pStyle w:val="ListParagraph"/>
      </w:pPr>
      <w:r>
        <w:rPr>
          <w:sz w:val="22"/>
        </w:rPr>
        <w:t>B. Ấn Độ.</w:t>
      </w:r>
    </w:p>
    <w:p>
      <w:pPr>
        <w:pStyle w:val="ListParagraph"/>
      </w:pPr>
      <w:r>
        <w:rPr>
          <w:sz w:val="22"/>
        </w:rPr>
        <w:t>C. A-ráp.</w:t>
      </w:r>
    </w:p>
    <w:p>
      <w:pPr>
        <w:pStyle w:val="ListParagraph"/>
      </w:pPr>
      <w:r>
        <w:rPr>
          <w:sz w:val="22"/>
        </w:rPr>
        <w:t>D. Đông Dương.</w:t>
      </w:r>
    </w:p>
    <w:p/>
    <w:p>
      <w:r>
        <w:rPr>
          <w:b/>
          <w:sz w:val="24"/>
        </w:rPr>
        <w:t>Câu 3: Trên đất liền Việt Nam không chung đường biên giới với quốc gia nào?</w:t>
      </w:r>
    </w:p>
    <w:p>
      <w:pPr>
        <w:pStyle w:val="ListParagraph"/>
      </w:pPr>
      <w:r>
        <w:rPr>
          <w:sz w:val="22"/>
        </w:rPr>
        <w:t>A. Trung Quốc.</w:t>
      </w:r>
    </w:p>
    <w:p>
      <w:pPr>
        <w:pStyle w:val="ListParagraph"/>
      </w:pPr>
      <w:r>
        <w:rPr>
          <w:sz w:val="22"/>
        </w:rPr>
        <w:t>B. Thái Lan.</w:t>
      </w:r>
    </w:p>
    <w:p>
      <w:pPr>
        <w:pStyle w:val="ListParagraph"/>
      </w:pPr>
      <w:r>
        <w:rPr>
          <w:sz w:val="22"/>
        </w:rPr>
        <w:t>C. Cam-pu-chia.</w:t>
      </w:r>
    </w:p>
    <w:p>
      <w:pPr>
        <w:pStyle w:val="ListParagraph"/>
      </w:pPr>
      <w:r>
        <w:rPr>
          <w:sz w:val="22"/>
        </w:rPr>
        <w:t>D. Lào.</w:t>
      </w:r>
    </w:p>
    <w:p/>
    <w:p>
      <w:r>
        <w:rPr>
          <w:b/>
          <w:sz w:val="24"/>
        </w:rPr>
        <w:t>Câu 4: Trên đất liền nước ta có chung đường biên giới với ba quốc gia nào?</w:t>
      </w:r>
    </w:p>
    <w:p>
      <w:pPr>
        <w:pStyle w:val="ListParagraph"/>
      </w:pPr>
      <w:r>
        <w:rPr>
          <w:sz w:val="22"/>
        </w:rPr>
        <w:t>A. Trung Quốc, Nhật Bản, Lào.</w:t>
      </w:r>
    </w:p>
    <w:p>
      <w:pPr>
        <w:pStyle w:val="ListParagraph"/>
      </w:pPr>
      <w:r>
        <w:rPr>
          <w:sz w:val="22"/>
        </w:rPr>
        <w:t>B. Trung Quốc, Lào, Cam-pu-chia.</w:t>
      </w:r>
    </w:p>
    <w:p>
      <w:pPr>
        <w:pStyle w:val="ListParagraph"/>
      </w:pPr>
      <w:r>
        <w:rPr>
          <w:sz w:val="22"/>
        </w:rPr>
        <w:t>C. Thái Lan, Lào, Cam-pu-chia.</w:t>
      </w:r>
    </w:p>
    <w:p>
      <w:pPr>
        <w:pStyle w:val="ListParagraph"/>
      </w:pPr>
      <w:r>
        <w:rPr>
          <w:sz w:val="22"/>
        </w:rPr>
        <w:t>D. Trung Quốc, Nhật Bản, Thái Lan.</w:t>
      </w:r>
    </w:p>
    <w:p/>
    <w:p>
      <w:r>
        <w:rPr>
          <w:b/>
          <w:sz w:val="24"/>
        </w:rPr>
        <w:t>Câu 5: Biển chung của Việt Nam với nhiều quốc gia trong khu vực là biển nào?</w:t>
      </w:r>
    </w:p>
    <w:p>
      <w:pPr>
        <w:pStyle w:val="ListParagraph"/>
      </w:pPr>
      <w:r>
        <w:rPr>
          <w:sz w:val="22"/>
        </w:rPr>
        <w:t>A. Biển Địa Trung Hải.</w:t>
      </w:r>
    </w:p>
    <w:p>
      <w:pPr>
        <w:pStyle w:val="ListParagraph"/>
      </w:pPr>
      <w:r>
        <w:rPr>
          <w:sz w:val="22"/>
        </w:rPr>
        <w:t>B. Biển Nhật Bản.</w:t>
      </w:r>
    </w:p>
    <w:p>
      <w:pPr>
        <w:pStyle w:val="ListParagraph"/>
      </w:pPr>
      <w:r>
        <w:rPr>
          <w:sz w:val="22"/>
        </w:rPr>
        <w:t>C. Biển Đông.</w:t>
      </w:r>
    </w:p>
    <w:p>
      <w:pPr>
        <w:pStyle w:val="ListParagraph"/>
      </w:pPr>
      <w:r>
        <w:rPr>
          <w:sz w:val="22"/>
        </w:rPr>
        <w:t>D. Biển Hoàng Hải.</w:t>
      </w:r>
    </w:p>
    <w:p/>
    <w:p>
      <w:r>
        <w:rPr>
          <w:b/>
          <w:sz w:val="24"/>
        </w:rPr>
        <w:t>Câu 6: Việt Nam nằm trong khoảng vĩ độ nào?</w:t>
      </w:r>
    </w:p>
    <w:p>
      <w:pPr>
        <w:pStyle w:val="ListParagraph"/>
      </w:pPr>
      <w:r>
        <w:rPr>
          <w:sz w:val="22"/>
        </w:rPr>
        <w:t>A. 10° Bắc đến 23° Bắc.</w:t>
      </w:r>
    </w:p>
    <w:p>
      <w:pPr>
        <w:pStyle w:val="ListParagraph"/>
      </w:pPr>
      <w:r>
        <w:rPr>
          <w:sz w:val="22"/>
        </w:rPr>
        <w:t>B. 8°34' Bắc đến 23°23' Bắc.</w:t>
      </w:r>
    </w:p>
    <w:p>
      <w:pPr>
        <w:pStyle w:val="ListParagraph"/>
      </w:pPr>
      <w:r>
        <w:rPr>
          <w:sz w:val="22"/>
        </w:rPr>
        <w:t>C. 20° Bắc đến 30° Bắc.</w:t>
      </w:r>
    </w:p>
    <w:p>
      <w:pPr>
        <w:pStyle w:val="ListParagraph"/>
      </w:pPr>
      <w:r>
        <w:rPr>
          <w:sz w:val="22"/>
        </w:rPr>
        <w:t>D. 8° Bắc đến 23° Bắc.</w:t>
      </w:r>
    </w:p>
    <w:p/>
    <w:p>
      <w:r>
        <w:rPr>
          <w:b/>
          <w:sz w:val="24"/>
        </w:rPr>
        <w:t>Câu 7: Nước ta nằm ở vị trí nội chí tuyến của bán cầu nào?</w:t>
      </w:r>
    </w:p>
    <w:p>
      <w:pPr>
        <w:pStyle w:val="ListParagraph"/>
      </w:pPr>
      <w:r>
        <w:rPr>
          <w:sz w:val="22"/>
        </w:rPr>
        <w:t>A. Bán cầu Bắc.</w:t>
      </w:r>
    </w:p>
    <w:p>
      <w:pPr>
        <w:pStyle w:val="ListParagraph"/>
      </w:pPr>
      <w:r>
        <w:rPr>
          <w:sz w:val="22"/>
        </w:rPr>
        <w:t>B. Bán cầu Nam.</w:t>
      </w:r>
    </w:p>
    <w:p>
      <w:pPr>
        <w:pStyle w:val="ListParagraph"/>
      </w:pPr>
      <w:r>
        <w:rPr>
          <w:sz w:val="22"/>
        </w:rPr>
        <w:t>C. Bán cầu Tây.</w:t>
      </w:r>
    </w:p>
    <w:p>
      <w:pPr>
        <w:pStyle w:val="ListParagraph"/>
      </w:pPr>
      <w:r>
        <w:rPr>
          <w:sz w:val="22"/>
        </w:rPr>
        <w:t>D. Bán cầu Đông.</w:t>
      </w:r>
    </w:p>
    <w:p/>
    <w:p>
      <w:r>
        <w:rPr>
          <w:b/>
          <w:sz w:val="24"/>
        </w:rPr>
        <w:t>Câu 8: Việt Nam nằm trên ngã tư đường hàng hải và hàng không quốc tế, là cầu nối giữa các khu vực nào?</w:t>
      </w:r>
    </w:p>
    <w:p>
      <w:pPr>
        <w:pStyle w:val="ListParagraph"/>
      </w:pPr>
      <w:r>
        <w:rPr>
          <w:sz w:val="22"/>
        </w:rPr>
        <w:t>A. Bắc Á và Đông Nam Á.</w:t>
      </w:r>
    </w:p>
    <w:p>
      <w:pPr>
        <w:pStyle w:val="ListParagraph"/>
      </w:pPr>
      <w:r>
        <w:rPr>
          <w:sz w:val="22"/>
        </w:rPr>
        <w:t>B. Tây Á và Đông Nam Á.</w:t>
      </w:r>
    </w:p>
    <w:p>
      <w:pPr>
        <w:pStyle w:val="ListParagraph"/>
      </w:pPr>
      <w:r>
        <w:rPr>
          <w:sz w:val="22"/>
        </w:rPr>
        <w:t>C. Đông Nam Á lục địa và Đông Nam Á hải đảo.</w:t>
      </w:r>
    </w:p>
    <w:p>
      <w:pPr>
        <w:pStyle w:val="ListParagraph"/>
      </w:pPr>
      <w:r>
        <w:rPr>
          <w:sz w:val="22"/>
        </w:rPr>
        <w:t>D. Đông Nam Á và Trung Á.</w:t>
      </w:r>
    </w:p>
    <w:p/>
    <w:p>
      <w:r>
        <w:rPr>
          <w:b/>
          <w:sz w:val="24"/>
        </w:rPr>
        <w:t>Câu 9: Năm 2025 Việt Nam có bao nhiêu tỉnh, thành phố?</w:t>
      </w:r>
    </w:p>
    <w:p>
      <w:pPr>
        <w:pStyle w:val="ListParagraph"/>
      </w:pPr>
      <w:r>
        <w:rPr>
          <w:sz w:val="22"/>
        </w:rPr>
        <w:t>A. 30.</w:t>
      </w:r>
    </w:p>
    <w:p>
      <w:pPr>
        <w:pStyle w:val="ListParagraph"/>
      </w:pPr>
      <w:r>
        <w:rPr>
          <w:sz w:val="22"/>
        </w:rPr>
        <w:t>B. 34.</w:t>
      </w:r>
    </w:p>
    <w:p>
      <w:pPr>
        <w:pStyle w:val="ListParagraph"/>
      </w:pPr>
      <w:r>
        <w:rPr>
          <w:sz w:val="22"/>
        </w:rPr>
        <w:t>C. 60.</w:t>
      </w:r>
    </w:p>
    <w:p>
      <w:pPr>
        <w:pStyle w:val="ListParagraph"/>
      </w:pPr>
      <w:r>
        <w:rPr>
          <w:sz w:val="22"/>
        </w:rPr>
        <w:t>D. 63.</w:t>
      </w:r>
    </w:p>
    <w:p/>
    <w:p>
      <w:r>
        <w:rPr>
          <w:b/>
          <w:sz w:val="24"/>
        </w:rPr>
        <w:t>Câu 10: Tỉnh, thành phố nào có diện tích lớn nhất Việt Nam?</w:t>
      </w:r>
    </w:p>
    <w:p>
      <w:pPr>
        <w:pStyle w:val="ListParagraph"/>
      </w:pPr>
      <w:r>
        <w:rPr>
          <w:sz w:val="22"/>
        </w:rPr>
        <w:t>A. Thái Nguyên.</w:t>
      </w:r>
    </w:p>
    <w:p>
      <w:pPr>
        <w:pStyle w:val="ListParagraph"/>
      </w:pPr>
      <w:r>
        <w:rPr>
          <w:sz w:val="22"/>
        </w:rPr>
        <w:t>B. Hà Nội.</w:t>
      </w:r>
    </w:p>
    <w:p>
      <w:pPr>
        <w:pStyle w:val="ListParagraph"/>
      </w:pPr>
      <w:r>
        <w:rPr>
          <w:sz w:val="22"/>
        </w:rPr>
        <w:t>C. Lâm Đồng.</w:t>
      </w:r>
    </w:p>
    <w:p>
      <w:pPr>
        <w:pStyle w:val="ListParagraph"/>
      </w:pPr>
      <w:r>
        <w:rPr>
          <w:sz w:val="22"/>
        </w:rPr>
        <w:t>D. Đồng Nai.</w:t>
      </w:r>
    </w:p>
    <w:p/>
    <w:p>
      <w:r>
        <w:rPr>
          <w:b/>
          <w:sz w:val="24"/>
        </w:rPr>
        <w:t>Câu 11: Tỉnh, thành phố nào có diện tích nhỏ nhất Việt Nam?</w:t>
      </w:r>
    </w:p>
    <w:p>
      <w:pPr>
        <w:pStyle w:val="ListParagraph"/>
      </w:pPr>
      <w:r>
        <w:rPr>
          <w:sz w:val="22"/>
        </w:rPr>
        <w:t>A. Thái Nguyên.</w:t>
      </w:r>
    </w:p>
    <w:p>
      <w:pPr>
        <w:pStyle w:val="ListParagraph"/>
      </w:pPr>
      <w:r>
        <w:rPr>
          <w:sz w:val="22"/>
        </w:rPr>
        <w:t>B. Hà Nội.</w:t>
      </w:r>
    </w:p>
    <w:p>
      <w:pPr>
        <w:pStyle w:val="ListParagraph"/>
      </w:pPr>
      <w:r>
        <w:rPr>
          <w:sz w:val="22"/>
        </w:rPr>
        <w:t>C. Hưng Yên.</w:t>
      </w:r>
    </w:p>
    <w:p>
      <w:pPr>
        <w:pStyle w:val="ListParagraph"/>
      </w:pPr>
      <w:r>
        <w:rPr>
          <w:sz w:val="22"/>
        </w:rPr>
        <w:t>D. Ninh Bình.</w:t>
      </w:r>
    </w:p>
    <w:p/>
    <w:p>
      <w:r>
        <w:rPr>
          <w:b/>
          <w:sz w:val="24"/>
        </w:rPr>
        <w:t>Câu 12: Địa hình đồi núi nước ta chiếm bao nhiêu phần diện tích đất liền?</w:t>
      </w:r>
    </w:p>
    <w:p>
      <w:pPr>
        <w:pStyle w:val="ListParagraph"/>
      </w:pPr>
      <w:r>
        <w:rPr>
          <w:sz w:val="22"/>
        </w:rPr>
        <w:t>A. 1/2 diện tích phần đất liền.</w:t>
      </w:r>
    </w:p>
    <w:p>
      <w:pPr>
        <w:pStyle w:val="ListParagraph"/>
      </w:pPr>
      <w:r>
        <w:rPr>
          <w:sz w:val="22"/>
        </w:rPr>
        <w:t>B. 1/4 diện tích phần đất liền.</w:t>
      </w:r>
    </w:p>
    <w:p>
      <w:pPr>
        <w:pStyle w:val="ListParagraph"/>
      </w:pPr>
      <w:r>
        <w:rPr>
          <w:sz w:val="22"/>
        </w:rPr>
        <w:t>C. 2/3 diện tích phần đất liền.</w:t>
      </w:r>
    </w:p>
    <w:p>
      <w:pPr>
        <w:pStyle w:val="ListParagraph"/>
      </w:pPr>
      <w:r>
        <w:rPr>
          <w:sz w:val="22"/>
        </w:rPr>
        <w:t>D. 3/4 diện tích phần đất liền.</w:t>
      </w:r>
    </w:p>
    <w:p/>
    <w:p>
      <w:r>
        <w:rPr>
          <w:b/>
          <w:sz w:val="24"/>
        </w:rPr>
        <w:t>Câu 13: Địa hình đồng bằng nước ta chiếm bao nhiêu phần diện tích đất liền?</w:t>
      </w:r>
    </w:p>
    <w:p>
      <w:pPr>
        <w:pStyle w:val="ListParagraph"/>
      </w:pPr>
      <w:r>
        <w:rPr>
          <w:sz w:val="22"/>
        </w:rPr>
        <w:t>A. 1/2 diện tích phần đất liền.</w:t>
      </w:r>
    </w:p>
    <w:p>
      <w:pPr>
        <w:pStyle w:val="ListParagraph"/>
      </w:pPr>
      <w:r>
        <w:rPr>
          <w:sz w:val="22"/>
        </w:rPr>
        <w:t>B. 2/3 diện tích phần đất liền.</w:t>
      </w:r>
    </w:p>
    <w:p>
      <w:pPr>
        <w:pStyle w:val="ListParagraph"/>
      </w:pPr>
      <w:r>
        <w:rPr>
          <w:sz w:val="22"/>
        </w:rPr>
        <w:t>C. 1/4 diện tích phần đất liền.</w:t>
      </w:r>
    </w:p>
    <w:p>
      <w:pPr>
        <w:pStyle w:val="ListParagraph"/>
      </w:pPr>
      <w:r>
        <w:rPr>
          <w:sz w:val="22"/>
        </w:rPr>
        <w:t>D. 3/4 diện tích phần đất liền.</w:t>
      </w:r>
    </w:p>
    <w:p/>
    <w:p>
      <w:r>
        <w:rPr>
          <w:b/>
          <w:sz w:val="24"/>
        </w:rPr>
        <w:t>Câu 14: Địa hình nước ta có mấy hướng chính?</w:t>
      </w:r>
    </w:p>
    <w:p>
      <w:pPr>
        <w:pStyle w:val="ListParagraph"/>
      </w:pPr>
      <w:r>
        <w:rPr>
          <w:sz w:val="22"/>
        </w:rPr>
        <w:t>A. 1.</w:t>
      </w:r>
    </w:p>
    <w:p>
      <w:pPr>
        <w:pStyle w:val="ListParagraph"/>
      </w:pPr>
      <w:r>
        <w:rPr>
          <w:sz w:val="22"/>
        </w:rPr>
        <w:t>B. 2.</w:t>
      </w:r>
    </w:p>
    <w:p>
      <w:pPr>
        <w:pStyle w:val="ListParagraph"/>
      </w:pPr>
      <w:r>
        <w:rPr>
          <w:sz w:val="22"/>
        </w:rPr>
        <w:t>C. 3.</w:t>
      </w:r>
    </w:p>
    <w:p>
      <w:pPr>
        <w:pStyle w:val="ListParagraph"/>
      </w:pPr>
      <w:r>
        <w:rPr>
          <w:sz w:val="22"/>
        </w:rPr>
        <w:t>D. 4.</w:t>
      </w:r>
    </w:p>
    <w:p/>
    <w:p>
      <w:r>
        <w:rPr>
          <w:b/>
          <w:sz w:val="24"/>
        </w:rPr>
        <w:t>Câu 15: Địa hình nước ta có những hướng chính nào?</w:t>
      </w:r>
    </w:p>
    <w:p>
      <w:pPr>
        <w:pStyle w:val="ListParagraph"/>
      </w:pPr>
      <w:r>
        <w:rPr>
          <w:sz w:val="22"/>
        </w:rPr>
        <w:t>A. Tây bắc – đông nam và vòng cung.</w:t>
      </w:r>
    </w:p>
    <w:p>
      <w:pPr>
        <w:pStyle w:val="ListParagraph"/>
      </w:pPr>
      <w:r>
        <w:rPr>
          <w:sz w:val="22"/>
        </w:rPr>
        <w:t>B. Tây bắc – đông nam và bắc – nam.</w:t>
      </w:r>
    </w:p>
    <w:p>
      <w:pPr>
        <w:pStyle w:val="ListParagraph"/>
      </w:pPr>
      <w:r>
        <w:rPr>
          <w:sz w:val="22"/>
        </w:rPr>
        <w:t>C. Tây bắc – đông nam và đông – tây.</w:t>
      </w:r>
    </w:p>
    <w:p>
      <w:pPr>
        <w:pStyle w:val="ListParagraph"/>
      </w:pPr>
      <w:r>
        <w:rPr>
          <w:sz w:val="22"/>
        </w:rPr>
        <w:t>D. Tây nam – đông bắc và vòng cung.</w:t>
      </w:r>
    </w:p>
    <w:p/>
    <w:p>
      <w:r>
        <w:rPr>
          <w:b/>
          <w:sz w:val="24"/>
        </w:rPr>
        <w:t>Câu 16: Địa hình hướng vòng cung đặc trưng nhất ở vùng núi nào của Việt Nam?</w:t>
      </w:r>
    </w:p>
    <w:p>
      <w:pPr>
        <w:pStyle w:val="ListParagraph"/>
      </w:pPr>
      <w:r>
        <w:rPr>
          <w:sz w:val="22"/>
        </w:rPr>
        <w:t>A. Tây Bắc.</w:t>
      </w:r>
    </w:p>
    <w:p>
      <w:pPr>
        <w:pStyle w:val="ListParagraph"/>
      </w:pPr>
      <w:r>
        <w:rPr>
          <w:sz w:val="22"/>
        </w:rPr>
        <w:t>B. Đông Bắc.</w:t>
      </w:r>
    </w:p>
    <w:p>
      <w:pPr>
        <w:pStyle w:val="ListParagraph"/>
      </w:pPr>
      <w:r>
        <w:rPr>
          <w:sz w:val="22"/>
        </w:rPr>
        <w:t>C. Trường Sơn Bắc.</w:t>
      </w:r>
    </w:p>
    <w:p>
      <w:pPr>
        <w:pStyle w:val="ListParagraph"/>
      </w:pPr>
      <w:r>
        <w:rPr>
          <w:sz w:val="22"/>
        </w:rPr>
        <w:t>D. Trường Sơn Nam.</w:t>
      </w:r>
    </w:p>
    <w:p/>
    <w:p>
      <w:r>
        <w:rPr>
          <w:b/>
          <w:sz w:val="24"/>
        </w:rPr>
        <w:t>Câu 17: Các dãy núi có hướng Tây Bắc – Đông Nam là:</w:t>
      </w:r>
    </w:p>
    <w:p>
      <w:pPr>
        <w:pStyle w:val="ListParagraph"/>
      </w:pPr>
      <w:r>
        <w:rPr>
          <w:sz w:val="22"/>
        </w:rPr>
        <w:t>A. Dãy Con Voi, dãy Trường Sơn Bắc.</w:t>
      </w:r>
    </w:p>
    <w:p>
      <w:pPr>
        <w:pStyle w:val="ListParagraph"/>
      </w:pPr>
      <w:r>
        <w:rPr>
          <w:sz w:val="22"/>
        </w:rPr>
        <w:t>B. Dãy Con Voi, cánh cung Đông Triều.</w:t>
      </w:r>
    </w:p>
    <w:p>
      <w:pPr>
        <w:pStyle w:val="ListParagraph"/>
      </w:pPr>
      <w:r>
        <w:rPr>
          <w:sz w:val="22"/>
        </w:rPr>
        <w:t>C. Dãy Con Voi, cánh cung Bắc Sơn.</w:t>
      </w:r>
    </w:p>
    <w:p>
      <w:pPr>
        <w:pStyle w:val="ListParagraph"/>
      </w:pPr>
      <w:r>
        <w:rPr>
          <w:sz w:val="22"/>
        </w:rPr>
        <w:t>D. Dãy Trường Sơn Bắc, cánh cung Ngân Sơn.</w:t>
      </w:r>
    </w:p>
    <w:p/>
    <w:p>
      <w:r>
        <w:rPr>
          <w:b/>
          <w:sz w:val="24"/>
        </w:rPr>
        <w:t>Câu 18: Địa hình nước ta phân thành nhiều bậc địa hình kế tiếp nhau là:</w:t>
      </w:r>
    </w:p>
    <w:p>
      <w:pPr>
        <w:pStyle w:val="ListParagraph"/>
      </w:pPr>
      <w:r>
        <w:rPr>
          <w:sz w:val="22"/>
        </w:rPr>
        <w:t>A. Đồng bằng, núi đồi, bờ biển, thềm lục địa.</w:t>
      </w:r>
    </w:p>
    <w:p>
      <w:pPr>
        <w:pStyle w:val="ListParagraph"/>
      </w:pPr>
      <w:r>
        <w:rPr>
          <w:sz w:val="22"/>
        </w:rPr>
        <w:t>B. Núi đồi, bờ biển, thềm lục địa, đồng bằng.</w:t>
      </w:r>
    </w:p>
    <w:p>
      <w:pPr>
        <w:pStyle w:val="ListParagraph"/>
      </w:pPr>
      <w:r>
        <w:rPr>
          <w:sz w:val="22"/>
        </w:rPr>
        <w:t>C. Đồng bằng, núi đồi, thềm lục địa, bờ biển.</w:t>
      </w:r>
    </w:p>
    <w:p>
      <w:pPr>
        <w:pStyle w:val="ListParagraph"/>
      </w:pPr>
      <w:r>
        <w:rPr>
          <w:sz w:val="22"/>
        </w:rPr>
        <w:t>D. Núi đồi, đồng bằng, bờ biển, thềm lục địa.</w:t>
      </w:r>
    </w:p>
    <w:p/>
    <w:p>
      <w:r>
        <w:rPr>
          <w:b/>
          <w:sz w:val="24"/>
        </w:rPr>
        <w:t>Câu 19: Đồng bằng sông Hồng có diện tích là bao nhiêu?</w:t>
      </w:r>
    </w:p>
    <w:p>
      <w:pPr>
        <w:pStyle w:val="ListParagraph"/>
      </w:pPr>
      <w:r>
        <w:rPr>
          <w:sz w:val="22"/>
        </w:rPr>
        <w:t>A. 10 000 km².</w:t>
      </w:r>
    </w:p>
    <w:p>
      <w:pPr>
        <w:pStyle w:val="ListParagraph"/>
      </w:pPr>
      <w:r>
        <w:rPr>
          <w:sz w:val="22"/>
        </w:rPr>
        <w:t>B. 15 000 km².</w:t>
      </w:r>
    </w:p>
    <w:p>
      <w:pPr>
        <w:pStyle w:val="ListParagraph"/>
      </w:pPr>
      <w:r>
        <w:rPr>
          <w:sz w:val="22"/>
        </w:rPr>
        <w:t>C. 30 000 km².</w:t>
      </w:r>
    </w:p>
    <w:p>
      <w:pPr>
        <w:pStyle w:val="ListParagraph"/>
      </w:pPr>
      <w:r>
        <w:rPr>
          <w:sz w:val="22"/>
        </w:rPr>
        <w:t>D. 40 000 km².</w:t>
      </w:r>
    </w:p>
    <w:p/>
    <w:p>
      <w:r>
        <w:rPr>
          <w:b/>
          <w:sz w:val="24"/>
        </w:rPr>
        <w:t>Câu 20: Đồng bằng sông Cửu Long có diện tích là bao nhiêu?</w:t>
      </w:r>
    </w:p>
    <w:p>
      <w:pPr>
        <w:pStyle w:val="ListParagraph"/>
      </w:pPr>
      <w:r>
        <w:rPr>
          <w:sz w:val="22"/>
        </w:rPr>
        <w:t>A. 10 000 km².</w:t>
      </w:r>
    </w:p>
    <w:p>
      <w:pPr>
        <w:pStyle w:val="ListParagraph"/>
      </w:pPr>
      <w:r>
        <w:rPr>
          <w:sz w:val="22"/>
        </w:rPr>
        <w:t>B. 15 000 km².</w:t>
      </w:r>
    </w:p>
    <w:p>
      <w:pPr>
        <w:pStyle w:val="ListParagraph"/>
      </w:pPr>
      <w:r>
        <w:rPr>
          <w:sz w:val="22"/>
        </w:rPr>
        <w:t>C. 30 000 km².</w:t>
      </w:r>
    </w:p>
    <w:p>
      <w:pPr>
        <w:pStyle w:val="ListParagraph"/>
      </w:pPr>
      <w:r>
        <w:rPr>
          <w:sz w:val="22"/>
        </w:rPr>
        <w:t>D. 40 000 km².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