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 ĐỀ CƯƠNG ÔN TẬP GIỮA KỲ I - TIẾNG ANH 8</w:t>
      </w:r>
    </w:p>
    <w:p>
      <w:pPr>
        <w:jc w:val="center"/>
      </w:pPr>
      <w:r>
        <w:rPr>
          <w:sz w:val="22"/>
        </w:rPr>
        <w:t>Số câu: 38    Thời gian: _____ phút    Họ và tên: _________________________</w:t>
      </w:r>
    </w:p>
    <w:p/>
    <w:p>
      <w:r>
        <w:rPr>
          <w:b/>
          <w:sz w:val="24"/>
        </w:rPr>
        <w:t>Câu 1: People in the countryside enjoy fresh air and open spaces.</w:t>
      </w:r>
    </w:p>
    <w:p>
      <w:pPr>
        <w:pStyle w:val="ListParagraph"/>
      </w:pPr>
      <w:r>
        <w:rPr>
          <w:sz w:val="22"/>
        </w:rPr>
        <w:t>A. True</w:t>
      </w:r>
    </w:p>
    <w:p>
      <w:pPr>
        <w:pStyle w:val="ListParagraph"/>
      </w:pPr>
      <w:r>
        <w:rPr>
          <w:sz w:val="22"/>
        </w:rPr>
        <w:t>B. False</w:t>
      </w:r>
    </w:p>
    <w:p/>
    <w:p>
      <w:r>
        <w:rPr>
          <w:b/>
          <w:sz w:val="24"/>
        </w:rPr>
        <w:t>Câu 2: Most people in the countryside do not know their neighbours.</w:t>
      </w:r>
    </w:p>
    <w:p>
      <w:pPr>
        <w:pStyle w:val="ListParagraph"/>
      </w:pPr>
      <w:r>
        <w:rPr>
          <w:sz w:val="22"/>
        </w:rPr>
        <w:t>A. True</w:t>
      </w:r>
    </w:p>
    <w:p>
      <w:pPr>
        <w:pStyle w:val="ListParagraph"/>
      </w:pPr>
      <w:r>
        <w:rPr>
          <w:sz w:val="22"/>
        </w:rPr>
        <w:t>B. False</w:t>
      </w:r>
    </w:p>
    <w:p/>
    <w:p>
      <w:r>
        <w:rPr>
          <w:b/>
          <w:sz w:val="24"/>
        </w:rPr>
        <w:t>Câu 3: There are more cars in the countryside than in the city.</w:t>
      </w:r>
    </w:p>
    <w:p>
      <w:pPr>
        <w:pStyle w:val="ListParagraph"/>
      </w:pPr>
      <w:r>
        <w:rPr>
          <w:sz w:val="22"/>
        </w:rPr>
        <w:t>A. True</w:t>
      </w:r>
    </w:p>
    <w:p>
      <w:pPr>
        <w:pStyle w:val="ListParagraph"/>
      </w:pPr>
      <w:r>
        <w:rPr>
          <w:sz w:val="22"/>
        </w:rPr>
        <w:t>B. False</w:t>
      </w:r>
    </w:p>
    <w:p/>
    <w:p>
      <w:r>
        <w:rPr>
          <w:b/>
          <w:sz w:val="24"/>
        </w:rPr>
        <w:t>Câu 4: Some countryside families grow vegetables and fruits and keep animals for food.</w:t>
      </w:r>
    </w:p>
    <w:p>
      <w:pPr>
        <w:pStyle w:val="ListParagraph"/>
      </w:pPr>
      <w:r>
        <w:rPr>
          <w:sz w:val="22"/>
        </w:rPr>
        <w:t>A. True</w:t>
      </w:r>
    </w:p>
    <w:p>
      <w:pPr>
        <w:pStyle w:val="ListParagraph"/>
      </w:pPr>
      <w:r>
        <w:rPr>
          <w:sz w:val="22"/>
        </w:rPr>
        <w:t>B. False</w:t>
      </w:r>
    </w:p>
    <w:p/>
    <w:p>
      <w:r>
        <w:rPr>
          <w:b/>
          <w:sz w:val="24"/>
        </w:rPr>
        <w:t>Câu 5: People in the countryside always have easy access to shops, schools, and hospitals.</w:t>
      </w:r>
    </w:p>
    <w:p>
      <w:pPr>
        <w:pStyle w:val="ListParagraph"/>
      </w:pPr>
      <w:r>
        <w:rPr>
          <w:sz w:val="22"/>
        </w:rPr>
        <w:t>A. True</w:t>
      </w:r>
    </w:p>
    <w:p>
      <w:pPr>
        <w:pStyle w:val="ListParagraph"/>
      </w:pPr>
      <w:r>
        <w:rPr>
          <w:sz w:val="22"/>
        </w:rPr>
        <w:t>B. False</w:t>
      </w:r>
    </w:p>
    <w:p/>
    <w:p>
      <w:r>
        <w:rPr>
          <w:b/>
          <w:sz w:val="24"/>
        </w:rPr>
        <w:t>Câu 6: Can Tho is a vibrant and bustling region which is considered a rich cultural heritage. Known as the heart of the Mekong Delta, this place is (1)______ for its winding waterways, floating markets, and stunning countryside.</w:t>
      </w:r>
    </w:p>
    <w:p>
      <w:pPr>
        <w:pStyle w:val="ListParagraph"/>
      </w:pPr>
      <w:r>
        <w:rPr>
          <w:sz w:val="22"/>
        </w:rPr>
        <w:t>A. famous</w:t>
      </w:r>
    </w:p>
    <w:p>
      <w:pPr>
        <w:pStyle w:val="ListParagraph"/>
      </w:pPr>
      <w:r>
        <w:rPr>
          <w:sz w:val="22"/>
        </w:rPr>
        <w:t>B. interesting</w:t>
      </w:r>
    </w:p>
    <w:p>
      <w:pPr>
        <w:pStyle w:val="ListParagraph"/>
      </w:pPr>
      <w:r>
        <w:rPr>
          <w:sz w:val="22"/>
        </w:rPr>
        <w:t>C. exciting</w:t>
      </w:r>
    </w:p>
    <w:p>
      <w:pPr>
        <w:pStyle w:val="ListParagraph"/>
      </w:pPr>
      <w:r>
        <w:rPr>
          <w:sz w:val="22"/>
        </w:rPr>
        <w:t>D. crowded</w:t>
      </w:r>
    </w:p>
    <w:p/>
    <w:p>
      <w:r>
        <w:rPr>
          <w:b/>
          <w:sz w:val="24"/>
        </w:rPr>
        <w:t>Câu 7: Visitors to Can Tho can explore the city’s many historical sites, including ancient pagodas and temples, and learn about its fascinating (2)______.</w:t>
      </w:r>
    </w:p>
    <w:p>
      <w:pPr>
        <w:pStyle w:val="ListParagraph"/>
      </w:pPr>
      <w:r>
        <w:rPr>
          <w:sz w:val="22"/>
        </w:rPr>
        <w:t>A. people</w:t>
      </w:r>
    </w:p>
    <w:p>
      <w:pPr>
        <w:pStyle w:val="ListParagraph"/>
      </w:pPr>
      <w:r>
        <w:rPr>
          <w:sz w:val="22"/>
        </w:rPr>
        <w:t>B. history</w:t>
      </w:r>
    </w:p>
    <w:p>
      <w:pPr>
        <w:pStyle w:val="ListParagraph"/>
      </w:pPr>
      <w:r>
        <w:rPr>
          <w:sz w:val="22"/>
        </w:rPr>
        <w:t>C. nature</w:t>
      </w:r>
    </w:p>
    <w:p>
      <w:pPr>
        <w:pStyle w:val="ListParagraph"/>
      </w:pPr>
      <w:r>
        <w:rPr>
          <w:sz w:val="22"/>
        </w:rPr>
        <w:t>D. climate</w:t>
      </w:r>
    </w:p>
    <w:p/>
    <w:p>
      <w:r>
        <w:rPr>
          <w:b/>
          <w:sz w:val="24"/>
        </w:rPr>
        <w:t>Câu 8: Many people are also (3)______ to a variety of delicious street food and local delicacies in Can Tho.</w:t>
      </w:r>
    </w:p>
    <w:p>
      <w:pPr>
        <w:pStyle w:val="ListParagraph"/>
      </w:pPr>
      <w:r>
        <w:rPr>
          <w:sz w:val="22"/>
        </w:rPr>
        <w:t>A. interested</w:t>
      </w:r>
    </w:p>
    <w:p>
      <w:pPr>
        <w:pStyle w:val="ListParagraph"/>
      </w:pPr>
      <w:r>
        <w:rPr>
          <w:sz w:val="22"/>
        </w:rPr>
        <w:t>B. fond</w:t>
      </w:r>
    </w:p>
    <w:p>
      <w:pPr>
        <w:pStyle w:val="ListParagraph"/>
      </w:pPr>
      <w:r>
        <w:rPr>
          <w:sz w:val="22"/>
        </w:rPr>
        <w:t>C. attracted</w:t>
      </w:r>
    </w:p>
    <w:p>
      <w:pPr>
        <w:pStyle w:val="ListParagraph"/>
      </w:pPr>
      <w:r>
        <w:rPr>
          <w:sz w:val="22"/>
        </w:rPr>
        <w:t>D. keen</w:t>
      </w:r>
    </w:p>
    <w:p/>
    <w:p>
      <w:r>
        <w:rPr>
          <w:b/>
          <w:sz w:val="24"/>
        </w:rPr>
        <w:t>Câu 9: Nature lovers can take a boat ride to the nearby rural areas, where they can enjoy the (4)______ of the surrounding countryside, including various fruit orchards and rice paddies.</w:t>
      </w:r>
    </w:p>
    <w:p>
      <w:pPr>
        <w:pStyle w:val="ListParagraph"/>
      </w:pPr>
      <w:r>
        <w:rPr>
          <w:sz w:val="22"/>
        </w:rPr>
        <w:t>A. beautify</w:t>
      </w:r>
    </w:p>
    <w:p>
      <w:pPr>
        <w:pStyle w:val="ListParagraph"/>
      </w:pPr>
      <w:r>
        <w:rPr>
          <w:sz w:val="22"/>
        </w:rPr>
        <w:t>B. beautiful</w:t>
      </w:r>
    </w:p>
    <w:p>
      <w:pPr>
        <w:pStyle w:val="ListParagraph"/>
      </w:pPr>
      <w:r>
        <w:rPr>
          <w:sz w:val="22"/>
        </w:rPr>
        <w:t>C. beauty</w:t>
      </w:r>
    </w:p>
    <w:p>
      <w:pPr>
        <w:pStyle w:val="ListParagraph"/>
      </w:pPr>
      <w:r>
        <w:rPr>
          <w:sz w:val="22"/>
        </w:rPr>
        <w:t>D. beautifully</w:t>
      </w:r>
    </w:p>
    <w:p/>
    <w:p>
      <w:r>
        <w:rPr>
          <w:b/>
          <w:sz w:val="24"/>
        </w:rPr>
        <w:t>Câu 10: (5)______, Can Tho is home to several parks and nature reserves, providing opportunities for hiking, cycling, and birdwatching.</w:t>
      </w:r>
    </w:p>
    <w:p>
      <w:pPr>
        <w:pStyle w:val="ListParagraph"/>
      </w:pPr>
      <w:r>
        <w:rPr>
          <w:sz w:val="22"/>
        </w:rPr>
        <w:t>A. Although</w:t>
      </w:r>
    </w:p>
    <w:p>
      <w:pPr>
        <w:pStyle w:val="ListParagraph"/>
      </w:pPr>
      <w:r>
        <w:rPr>
          <w:sz w:val="22"/>
        </w:rPr>
        <w:t>B. Therefore</w:t>
      </w:r>
    </w:p>
    <w:p>
      <w:pPr>
        <w:pStyle w:val="ListParagraph"/>
      </w:pPr>
      <w:r>
        <w:rPr>
          <w:sz w:val="22"/>
        </w:rPr>
        <w:t>C. If</w:t>
      </w:r>
    </w:p>
    <w:p>
      <w:pPr>
        <w:pStyle w:val="ListParagraph"/>
      </w:pPr>
      <w:r>
        <w:rPr>
          <w:sz w:val="22"/>
        </w:rPr>
        <w:t>D. In addition</w:t>
      </w:r>
    </w:p>
    <w:p/>
    <w:p>
      <w:r>
        <w:rPr>
          <w:b/>
          <w:sz w:val="24"/>
        </w:rPr>
        <w:t>Câu 11: Teenagers often exhibit a mix of good and bad habits. On the positive side, many teens develop (1) ________ habits like regular exercise, balanced eating, and good hygiene.</w:t>
      </w:r>
    </w:p>
    <w:p>
      <w:pPr>
        <w:pStyle w:val="ListParagraph"/>
      </w:pPr>
      <w:r>
        <w:rPr>
          <w:sz w:val="22"/>
        </w:rPr>
        <w:t>A. strong</w:t>
      </w:r>
    </w:p>
    <w:p>
      <w:pPr>
        <w:pStyle w:val="ListParagraph"/>
      </w:pPr>
      <w:r>
        <w:rPr>
          <w:sz w:val="22"/>
        </w:rPr>
        <w:t>B. unhealthy</w:t>
      </w:r>
    </w:p>
    <w:p>
      <w:pPr>
        <w:pStyle w:val="ListParagraph"/>
      </w:pPr>
      <w:r>
        <w:rPr>
          <w:sz w:val="22"/>
        </w:rPr>
        <w:t>C. healthy</w:t>
      </w:r>
    </w:p>
    <w:p>
      <w:pPr>
        <w:pStyle w:val="ListParagraph"/>
      </w:pPr>
      <w:r>
        <w:rPr>
          <w:sz w:val="22"/>
        </w:rPr>
        <w:t>D. interesting</w:t>
      </w:r>
    </w:p>
    <w:p/>
    <w:p>
      <w:r>
        <w:rPr>
          <w:b/>
          <w:sz w:val="24"/>
        </w:rPr>
        <w:t>Câu 12: They may take part in physical activities and maintain good study habits, for example, time management and effective study skills. These habits can (2) ________ their physical health and study success.</w:t>
      </w:r>
    </w:p>
    <w:p>
      <w:pPr>
        <w:pStyle w:val="ListParagraph"/>
      </w:pPr>
      <w:r>
        <w:rPr>
          <w:sz w:val="22"/>
        </w:rPr>
        <w:t>A. reduce</w:t>
      </w:r>
    </w:p>
    <w:p>
      <w:pPr>
        <w:pStyle w:val="ListParagraph"/>
      </w:pPr>
      <w:r>
        <w:rPr>
          <w:sz w:val="22"/>
        </w:rPr>
        <w:t>B. harm</w:t>
      </w:r>
    </w:p>
    <w:p>
      <w:pPr>
        <w:pStyle w:val="ListParagraph"/>
      </w:pPr>
      <w:r>
        <w:rPr>
          <w:sz w:val="22"/>
        </w:rPr>
        <w:t>C. damage</w:t>
      </w:r>
    </w:p>
    <w:p>
      <w:pPr>
        <w:pStyle w:val="ListParagraph"/>
      </w:pPr>
      <w:r>
        <w:rPr>
          <w:sz w:val="22"/>
        </w:rPr>
        <w:t>D. develop</w:t>
      </w:r>
    </w:p>
    <w:p/>
    <w:p>
      <w:r>
        <w:rPr>
          <w:b/>
          <w:sz w:val="24"/>
        </w:rPr>
        <w:t>Câu 13: (3) ________, some teenagers may also fall into bad habits.</w:t>
      </w:r>
    </w:p>
    <w:p>
      <w:pPr>
        <w:pStyle w:val="ListParagraph"/>
      </w:pPr>
      <w:r>
        <w:rPr>
          <w:sz w:val="22"/>
        </w:rPr>
        <w:t>A. Moreover</w:t>
      </w:r>
    </w:p>
    <w:p>
      <w:pPr>
        <w:pStyle w:val="ListParagraph"/>
      </w:pPr>
      <w:r>
        <w:rPr>
          <w:sz w:val="22"/>
        </w:rPr>
        <w:t>B. Because</w:t>
      </w:r>
    </w:p>
    <w:p>
      <w:pPr>
        <w:pStyle w:val="ListParagraph"/>
      </w:pPr>
      <w:r>
        <w:rPr>
          <w:sz w:val="22"/>
        </w:rPr>
        <w:t>C. But</w:t>
      </w:r>
    </w:p>
    <w:p>
      <w:pPr>
        <w:pStyle w:val="ListParagraph"/>
      </w:pPr>
      <w:r>
        <w:rPr>
          <w:sz w:val="22"/>
        </w:rPr>
        <w:t>D. However</w:t>
      </w:r>
    </w:p>
    <w:p/>
    <w:p>
      <w:r>
        <w:rPr>
          <w:b/>
          <w:sz w:val="24"/>
        </w:rPr>
        <w:t>Câu 14: Too much screen time and poor eating habits are common issues. Spending too much time on smartphones, tablets, or gaming consoles can lead to an unhealthy (4) ________.</w:t>
      </w:r>
    </w:p>
    <w:p>
      <w:pPr>
        <w:pStyle w:val="ListParagraph"/>
      </w:pPr>
      <w:r>
        <w:rPr>
          <w:sz w:val="22"/>
        </w:rPr>
        <w:t>A. mind</w:t>
      </w:r>
    </w:p>
    <w:p>
      <w:pPr>
        <w:pStyle w:val="ListParagraph"/>
      </w:pPr>
      <w:r>
        <w:rPr>
          <w:sz w:val="22"/>
        </w:rPr>
        <w:t>B. lifestyle</w:t>
      </w:r>
    </w:p>
    <w:p>
      <w:pPr>
        <w:pStyle w:val="ListParagraph"/>
      </w:pPr>
      <w:r>
        <w:rPr>
          <w:sz w:val="22"/>
        </w:rPr>
        <w:t>C. benefit</w:t>
      </w:r>
    </w:p>
    <w:p>
      <w:pPr>
        <w:pStyle w:val="ListParagraph"/>
      </w:pPr>
      <w:r>
        <w:rPr>
          <w:sz w:val="22"/>
        </w:rPr>
        <w:t>D. routine</w:t>
      </w:r>
    </w:p>
    <w:p/>
    <w:p>
      <w:r>
        <w:rPr>
          <w:b/>
          <w:sz w:val="24"/>
        </w:rPr>
        <w:t>Câu 15: Unhealthy eating habits, such as eating too much junk food or skipping meals, can affect their health. All in all, teenagers can display both positive and negative habits. It's important for them to be (5) ________ of their habits and try to develop healthy behaviours that will benefit their physical and mental health, school performance, and relationships.</w:t>
      </w:r>
    </w:p>
    <w:p>
      <w:pPr>
        <w:pStyle w:val="ListParagraph"/>
      </w:pPr>
      <w:r>
        <w:rPr>
          <w:sz w:val="22"/>
        </w:rPr>
        <w:t>A. aware</w:t>
      </w:r>
    </w:p>
    <w:p>
      <w:pPr>
        <w:pStyle w:val="ListParagraph"/>
      </w:pPr>
      <w:r>
        <w:rPr>
          <w:sz w:val="22"/>
        </w:rPr>
        <w:t>B. fond</w:t>
      </w:r>
    </w:p>
    <w:p>
      <w:pPr>
        <w:pStyle w:val="ListParagraph"/>
      </w:pPr>
      <w:r>
        <w:rPr>
          <w:sz w:val="22"/>
        </w:rPr>
        <w:t>C. confident</w:t>
      </w:r>
    </w:p>
    <w:p>
      <w:pPr>
        <w:pStyle w:val="ListParagraph"/>
      </w:pPr>
      <w:r>
        <w:rPr>
          <w:sz w:val="22"/>
        </w:rPr>
        <w:t>D. friendly</w:t>
      </w:r>
    </w:p>
    <w:p/>
    <w:p>
      <w:r>
        <w:rPr>
          <w:b/>
          <w:sz w:val="24"/>
        </w:rPr>
        <w:t>Câu 16: Hi Anna, Thanks for your message! You asked me about life in my countryside, so I’ll tell you a bit about it. I really like (1)__________ here because it’s peaceful and quiet.</w:t>
      </w:r>
    </w:p>
    <w:p>
      <w:pPr>
        <w:pStyle w:val="ListParagraph"/>
      </w:pPr>
      <w:r>
        <w:rPr>
          <w:sz w:val="22"/>
        </w:rPr>
        <w:t>A. live</w:t>
      </w:r>
    </w:p>
    <w:p>
      <w:pPr>
        <w:pStyle w:val="ListParagraph"/>
      </w:pPr>
      <w:r>
        <w:rPr>
          <w:sz w:val="22"/>
        </w:rPr>
        <w:t>B. lives</w:t>
      </w:r>
    </w:p>
    <w:p>
      <w:pPr>
        <w:pStyle w:val="ListParagraph"/>
      </w:pPr>
      <w:r>
        <w:rPr>
          <w:sz w:val="22"/>
        </w:rPr>
        <w:t>C. living</w:t>
      </w:r>
    </w:p>
    <w:p>
      <w:pPr>
        <w:pStyle w:val="ListParagraph"/>
      </w:pPr>
      <w:r>
        <w:rPr>
          <w:sz w:val="22"/>
        </w:rPr>
        <w:t>D. lived</w:t>
      </w:r>
    </w:p>
    <w:p/>
    <w:p>
      <w:r>
        <w:rPr>
          <w:b/>
          <w:sz w:val="24"/>
        </w:rPr>
        <w:t>Câu 17: We can also see green fields and buffaloes everywhere. Most people are farmers. They work hard, (2) __________ they always smile.</w:t>
      </w:r>
    </w:p>
    <w:p>
      <w:pPr>
        <w:pStyle w:val="ListParagraph"/>
      </w:pPr>
      <w:r>
        <w:rPr>
          <w:sz w:val="22"/>
        </w:rPr>
        <w:t>A. but</w:t>
      </w:r>
    </w:p>
    <w:p>
      <w:pPr>
        <w:pStyle w:val="ListParagraph"/>
      </w:pPr>
      <w:r>
        <w:rPr>
          <w:sz w:val="22"/>
        </w:rPr>
        <w:t>B. so</w:t>
      </w:r>
    </w:p>
    <w:p>
      <w:pPr>
        <w:pStyle w:val="ListParagraph"/>
      </w:pPr>
      <w:r>
        <w:rPr>
          <w:sz w:val="22"/>
        </w:rPr>
        <w:t>C. or</w:t>
      </w:r>
    </w:p>
    <w:p>
      <w:pPr>
        <w:pStyle w:val="ListParagraph"/>
      </w:pPr>
      <w:r>
        <w:rPr>
          <w:sz w:val="22"/>
        </w:rPr>
        <w:t>D. However</w:t>
      </w:r>
    </w:p>
    <w:p/>
    <w:p>
      <w:r>
        <w:rPr>
          <w:b/>
          <w:sz w:val="24"/>
        </w:rPr>
        <w:t>Câu 18: Life in the countryside is (3) __________ than life in the city.</w:t>
      </w:r>
    </w:p>
    <w:p>
      <w:pPr>
        <w:pStyle w:val="ListParagraph"/>
      </w:pPr>
      <w:r>
        <w:rPr>
          <w:sz w:val="22"/>
        </w:rPr>
        <w:t>A. quiet</w:t>
      </w:r>
    </w:p>
    <w:p>
      <w:pPr>
        <w:pStyle w:val="ListParagraph"/>
      </w:pPr>
      <w:r>
        <w:rPr>
          <w:sz w:val="22"/>
        </w:rPr>
        <w:t>B. quietly</w:t>
      </w:r>
    </w:p>
    <w:p>
      <w:pPr>
        <w:pStyle w:val="ListParagraph"/>
      </w:pPr>
      <w:r>
        <w:rPr>
          <w:sz w:val="22"/>
        </w:rPr>
        <w:t>C. more quietly</w:t>
      </w:r>
    </w:p>
    <w:p>
      <w:pPr>
        <w:pStyle w:val="ListParagraph"/>
      </w:pPr>
      <w:r>
        <w:rPr>
          <w:sz w:val="22"/>
        </w:rPr>
        <w:t>D. quieter</w:t>
      </w:r>
    </w:p>
    <w:p/>
    <w:p>
      <w:r>
        <w:rPr>
          <w:b/>
          <w:sz w:val="24"/>
        </w:rPr>
        <w:t>Câu 19: There isn’t much traffic or noise and the air is fresh. In the evening, I usually go fishing with my father after work because he likes it. At the weekend, my friends and I often ride bikes to the river. We all think people can cycle (4) __________ than in the city because the roads are wider and cleaner.</w:t>
      </w:r>
    </w:p>
    <w:p>
      <w:pPr>
        <w:pStyle w:val="ListParagraph"/>
      </w:pPr>
      <w:r>
        <w:rPr>
          <w:sz w:val="22"/>
        </w:rPr>
        <w:t>A. safely</w:t>
      </w:r>
    </w:p>
    <w:p>
      <w:pPr>
        <w:pStyle w:val="ListParagraph"/>
      </w:pPr>
      <w:r>
        <w:rPr>
          <w:sz w:val="22"/>
        </w:rPr>
        <w:t>B. safer</w:t>
      </w:r>
    </w:p>
    <w:p>
      <w:pPr>
        <w:pStyle w:val="ListParagraph"/>
      </w:pPr>
      <w:r>
        <w:rPr>
          <w:sz w:val="22"/>
        </w:rPr>
        <w:t>C. safe</w:t>
      </w:r>
    </w:p>
    <w:p>
      <w:pPr>
        <w:pStyle w:val="ListParagraph"/>
      </w:pPr>
      <w:r>
        <w:rPr>
          <w:sz w:val="22"/>
        </w:rPr>
        <w:t>D. more safely</w:t>
      </w:r>
    </w:p>
    <w:p/>
    <w:p>
      <w:r>
        <w:rPr>
          <w:b/>
          <w:sz w:val="24"/>
        </w:rPr>
        <w:t>Câu 20: Teenagers today live in a world very different from their parents’. They use technology every day and can’t imagine life without smartphones. They often use social media to keep (1).................with friends, share photos, or watch videos.</w:t>
      </w:r>
    </w:p>
    <w:p>
      <w:pPr>
        <w:pStyle w:val="ListParagraph"/>
      </w:pPr>
      <w:r>
        <w:rPr>
          <w:sz w:val="22"/>
        </w:rPr>
        <w:t>A. connect</w:t>
      </w:r>
    </w:p>
    <w:p>
      <w:pPr>
        <w:pStyle w:val="ListParagraph"/>
      </w:pPr>
      <w:r>
        <w:rPr>
          <w:sz w:val="22"/>
        </w:rPr>
        <w:t>B. in touch</w:t>
      </w:r>
    </w:p>
    <w:p>
      <w:pPr>
        <w:pStyle w:val="ListParagraph"/>
      </w:pPr>
      <w:r>
        <w:rPr>
          <w:sz w:val="22"/>
        </w:rPr>
        <w:t>C. contact</w:t>
      </w:r>
    </w:p>
    <w:p>
      <w:pPr>
        <w:pStyle w:val="ListParagraph"/>
      </w:pPr>
      <w:r>
        <w:rPr>
          <w:sz w:val="22"/>
        </w:rPr>
        <w:t>D. touch</w:t>
      </w:r>
    </w:p>
    <w:p/>
    <w:p>
      <w:r>
        <w:rPr>
          <w:b/>
          <w:sz w:val="24"/>
        </w:rPr>
        <w:t>Câu 21: Besides being online, many enjoy hobbies like playing sports to stay in (2)...................or doing creative activities such as painting, dancing, or playing music.</w:t>
      </w:r>
    </w:p>
    <w:p>
      <w:pPr>
        <w:pStyle w:val="ListParagraph"/>
      </w:pPr>
      <w:r>
        <w:rPr>
          <w:sz w:val="22"/>
        </w:rPr>
        <w:t>A. life</w:t>
      </w:r>
    </w:p>
    <w:p>
      <w:pPr>
        <w:pStyle w:val="ListParagraph"/>
      </w:pPr>
      <w:r>
        <w:rPr>
          <w:sz w:val="22"/>
        </w:rPr>
        <w:t>B. body</w:t>
      </w:r>
    </w:p>
    <w:p>
      <w:pPr>
        <w:pStyle w:val="ListParagraph"/>
      </w:pPr>
      <w:r>
        <w:rPr>
          <w:sz w:val="22"/>
        </w:rPr>
        <w:t>C. health</w:t>
      </w:r>
    </w:p>
    <w:p>
      <w:pPr>
        <w:pStyle w:val="ListParagraph"/>
      </w:pPr>
      <w:r>
        <w:rPr>
          <w:sz w:val="22"/>
        </w:rPr>
        <w:t>D. shape</w:t>
      </w:r>
    </w:p>
    <w:p/>
    <w:p>
      <w:r>
        <w:rPr>
          <w:b/>
          <w:sz w:val="24"/>
        </w:rPr>
        <w:t>Câu 22: However, school life can be stressful. Teenagers must do homework, prepare for exams, and think about their (3) ...............</w:t>
      </w:r>
    </w:p>
    <w:p>
      <w:pPr>
        <w:pStyle w:val="ListParagraph"/>
      </w:pPr>
      <w:r>
        <w:rPr>
          <w:sz w:val="22"/>
        </w:rPr>
        <w:t>A. hobby</w:t>
      </w:r>
    </w:p>
    <w:p>
      <w:pPr>
        <w:pStyle w:val="ListParagraph"/>
      </w:pPr>
      <w:r>
        <w:rPr>
          <w:sz w:val="22"/>
        </w:rPr>
        <w:t>B. problem</w:t>
      </w:r>
    </w:p>
    <w:p>
      <w:pPr>
        <w:pStyle w:val="ListParagraph"/>
      </w:pPr>
      <w:r>
        <w:rPr>
          <w:sz w:val="22"/>
        </w:rPr>
        <w:t>C. future</w:t>
      </w:r>
    </w:p>
    <w:p>
      <w:pPr>
        <w:pStyle w:val="ListParagraph"/>
      </w:pPr>
      <w:r>
        <w:rPr>
          <w:sz w:val="22"/>
        </w:rPr>
        <w:t>D. family</w:t>
      </w:r>
    </w:p>
    <w:p/>
    <w:p>
      <w:r>
        <w:rPr>
          <w:b/>
          <w:sz w:val="24"/>
        </w:rPr>
        <w:t>Câu 23: Parents and teachers should help them find a good (4)..................between study and rest.</w:t>
      </w:r>
    </w:p>
    <w:p>
      <w:pPr>
        <w:pStyle w:val="ListParagraph"/>
      </w:pPr>
      <w:r>
        <w:rPr>
          <w:sz w:val="22"/>
        </w:rPr>
        <w:t>A. balance</w:t>
      </w:r>
    </w:p>
    <w:p>
      <w:pPr>
        <w:pStyle w:val="ListParagraph"/>
      </w:pPr>
      <w:r>
        <w:rPr>
          <w:sz w:val="22"/>
        </w:rPr>
        <w:t>B. line</w:t>
      </w:r>
    </w:p>
    <w:p>
      <w:pPr>
        <w:pStyle w:val="ListParagraph"/>
      </w:pPr>
      <w:r>
        <w:rPr>
          <w:sz w:val="22"/>
        </w:rPr>
        <w:t>C. way</w:t>
      </w:r>
    </w:p>
    <w:p>
      <w:pPr>
        <w:pStyle w:val="ListParagraph"/>
      </w:pPr>
      <w:r>
        <w:rPr>
          <w:sz w:val="22"/>
        </w:rPr>
        <w:t>D. rule</w:t>
      </w:r>
    </w:p>
    <w:p/>
    <w:p>
      <w:r>
        <w:rPr>
          <w:b/>
          <w:sz w:val="24"/>
        </w:rPr>
        <w:t>Câu 24: When they feel sad or tired, they should talk to someone they (5)................. A small talk can make a big difference.</w:t>
      </w:r>
    </w:p>
    <w:p>
      <w:pPr>
        <w:pStyle w:val="ListParagraph"/>
      </w:pPr>
      <w:r>
        <w:rPr>
          <w:sz w:val="22"/>
        </w:rPr>
        <w:t>A. trust</w:t>
      </w:r>
    </w:p>
    <w:p>
      <w:pPr>
        <w:pStyle w:val="ListParagraph"/>
      </w:pPr>
      <w:r>
        <w:rPr>
          <w:sz w:val="22"/>
        </w:rPr>
        <w:t>B. visit</w:t>
      </w:r>
    </w:p>
    <w:p>
      <w:pPr>
        <w:pStyle w:val="ListParagraph"/>
      </w:pPr>
      <w:r>
        <w:rPr>
          <w:sz w:val="22"/>
        </w:rPr>
        <w:t>C. meet</w:t>
      </w:r>
    </w:p>
    <w:p>
      <w:pPr>
        <w:pStyle w:val="ListParagraph"/>
      </w:pPr>
      <w:r>
        <w:rPr>
          <w:sz w:val="22"/>
        </w:rPr>
        <w:t>D. enjoy</w:t>
      </w:r>
    </w:p>
    <w:p/>
    <w:p>
      <w:r>
        <w:rPr>
          <w:b/>
          <w:sz w:val="24"/>
        </w:rPr>
        <w:t>Câu 25: Being a teenager can be fun but also (1) ____ sometimes.</w:t>
      </w:r>
    </w:p>
    <w:p>
      <w:pPr>
        <w:pStyle w:val="ListParagraph"/>
      </w:pPr>
      <w:r>
        <w:rPr>
          <w:sz w:val="22"/>
        </w:rPr>
        <w:t>A. busy</w:t>
      </w:r>
    </w:p>
    <w:p>
      <w:pPr>
        <w:pStyle w:val="ListParagraph"/>
      </w:pPr>
      <w:r>
        <w:rPr>
          <w:sz w:val="22"/>
        </w:rPr>
        <w:t>B. easy</w:t>
      </w:r>
    </w:p>
    <w:p>
      <w:pPr>
        <w:pStyle w:val="ListParagraph"/>
      </w:pPr>
      <w:r>
        <w:rPr>
          <w:sz w:val="22"/>
        </w:rPr>
        <w:t>C. exciting</w:t>
      </w:r>
    </w:p>
    <w:p>
      <w:pPr>
        <w:pStyle w:val="ListParagraph"/>
      </w:pPr>
      <w:r>
        <w:rPr>
          <w:sz w:val="22"/>
        </w:rPr>
        <w:t>D. wonderful</w:t>
      </w:r>
    </w:p>
    <w:p/>
    <w:p>
      <w:r>
        <w:rPr>
          <w:b/>
          <w:sz w:val="24"/>
        </w:rPr>
        <w:t>Câu 26: You go to school, do a lot of homework, and still want time to relax with friends. It’s important to have a good (2) ___between study and free time.</w:t>
      </w:r>
    </w:p>
    <w:p>
      <w:pPr>
        <w:pStyle w:val="ListParagraph"/>
      </w:pPr>
      <w:r>
        <w:rPr>
          <w:sz w:val="22"/>
        </w:rPr>
        <w:t>A. activity</w:t>
      </w:r>
    </w:p>
    <w:p>
      <w:pPr>
        <w:pStyle w:val="ListParagraph"/>
      </w:pPr>
      <w:r>
        <w:rPr>
          <w:sz w:val="22"/>
        </w:rPr>
        <w:t>B. balance</w:t>
      </w:r>
    </w:p>
    <w:p>
      <w:pPr>
        <w:pStyle w:val="ListParagraph"/>
      </w:pPr>
      <w:r>
        <w:rPr>
          <w:sz w:val="22"/>
        </w:rPr>
        <w:t>C. plan</w:t>
      </w:r>
    </w:p>
    <w:p>
      <w:pPr>
        <w:pStyle w:val="ListParagraph"/>
      </w:pPr>
      <w:r>
        <w:rPr>
          <w:sz w:val="22"/>
        </w:rPr>
        <w:t>D. diet</w:t>
      </w:r>
    </w:p>
    <w:p/>
    <w:p>
      <w:r>
        <w:rPr>
          <w:b/>
          <w:sz w:val="24"/>
        </w:rPr>
        <w:t>Câu 27: Many teens enjoy listening to music or playing sports to feel (3) ____.</w:t>
      </w:r>
    </w:p>
    <w:p>
      <w:pPr>
        <w:pStyle w:val="ListParagraph"/>
      </w:pPr>
      <w:r>
        <w:rPr>
          <w:sz w:val="22"/>
        </w:rPr>
        <w:t>A. relaxing</w:t>
      </w:r>
    </w:p>
    <w:p>
      <w:pPr>
        <w:pStyle w:val="ListParagraph"/>
      </w:pPr>
      <w:r>
        <w:rPr>
          <w:sz w:val="22"/>
        </w:rPr>
        <w:t>B. tired</w:t>
      </w:r>
    </w:p>
    <w:p>
      <w:pPr>
        <w:pStyle w:val="ListParagraph"/>
      </w:pPr>
      <w:r>
        <w:rPr>
          <w:sz w:val="22"/>
        </w:rPr>
        <w:t>C. unhappy</w:t>
      </w:r>
    </w:p>
    <w:p>
      <w:pPr>
        <w:pStyle w:val="ListParagraph"/>
      </w:pPr>
      <w:r>
        <w:rPr>
          <w:sz w:val="22"/>
        </w:rPr>
        <w:t>D. relaxed</w:t>
      </w:r>
    </w:p>
    <w:p/>
    <w:p>
      <w:r>
        <w:rPr>
          <w:b/>
          <w:sz w:val="24"/>
        </w:rPr>
        <w:t>Câu 28: And don’t forget — sharing your feelings with your family or friends can really help you stay (4) ____and positive every day!</w:t>
      </w:r>
    </w:p>
    <w:p>
      <w:pPr>
        <w:pStyle w:val="ListParagraph"/>
      </w:pPr>
      <w:r>
        <w:rPr>
          <w:sz w:val="22"/>
        </w:rPr>
        <w:t>A. unhealthy</w:t>
      </w:r>
    </w:p>
    <w:p>
      <w:pPr>
        <w:pStyle w:val="ListParagraph"/>
      </w:pPr>
      <w:r>
        <w:rPr>
          <w:sz w:val="22"/>
        </w:rPr>
        <w:t>B. harmful</w:t>
      </w:r>
    </w:p>
    <w:p>
      <w:pPr>
        <w:pStyle w:val="ListParagraph"/>
      </w:pPr>
      <w:r>
        <w:rPr>
          <w:sz w:val="22"/>
        </w:rPr>
        <w:t>C. strong</w:t>
      </w:r>
    </w:p>
    <w:p>
      <w:pPr>
        <w:pStyle w:val="ListParagraph"/>
      </w:pPr>
      <w:r>
        <w:rPr>
          <w:sz w:val="22"/>
        </w:rPr>
        <w:t>D. happy</w:t>
      </w:r>
    </w:p>
    <w:p/>
    <w:p>
      <w:r>
        <w:rPr>
          <w:b/>
          <w:sz w:val="24"/>
        </w:rPr>
        <w:t>Câu 29: Read the notice and choose the correct answer (0.25ms) [IMAGE: /static/uploads/docx_img_1793587355_deadf707.png]</w:t>
      </w:r>
    </w:p>
    <w:p/>
    <w:p>
      <w:r>
        <w:rPr>
          <w:b/>
          <w:sz w:val="24"/>
        </w:rPr>
        <w:t>Câu 30: Read the notice and choose the correct answer [IMAGE: /static/uploads/docx_img_1793587355_e930ddca.png] [IMAGE: /static/uploads/docx_img_1793587355_e6eff96f.png]</w:t>
      </w:r>
    </w:p>
    <w:p/>
    <w:p>
      <w:r>
        <w:rPr>
          <w:b/>
          <w:sz w:val="24"/>
        </w:rPr>
        <w:t>Câu 31: I decided to change my lifestyle to be healthier. __________. a. Now, I wake up early and do morning exercise every day. b. Before, I used to eat fast food and stay up late. c. I feel more energetic and happier than before.</w:t>
      </w:r>
    </w:p>
    <w:p>
      <w:pPr>
        <w:pStyle w:val="ListParagraph"/>
      </w:pPr>
      <w:r>
        <w:rPr>
          <w:sz w:val="22"/>
        </w:rPr>
        <w:t>A. b-a-c</w:t>
      </w:r>
    </w:p>
    <w:p>
      <w:pPr>
        <w:pStyle w:val="ListParagraph"/>
      </w:pPr>
      <w:r>
        <w:rPr>
          <w:sz w:val="22"/>
        </w:rPr>
        <w:t>B. a-b-c</w:t>
      </w:r>
    </w:p>
    <w:p>
      <w:pPr>
        <w:pStyle w:val="ListParagraph"/>
      </w:pPr>
      <w:r>
        <w:rPr>
          <w:sz w:val="22"/>
        </w:rPr>
        <w:t>C. c-b-a</w:t>
      </w:r>
    </w:p>
    <w:p>
      <w:pPr>
        <w:pStyle w:val="ListParagraph"/>
      </w:pPr>
      <w:r>
        <w:rPr>
          <w:sz w:val="22"/>
        </w:rPr>
        <w:t>D. b-c-a</w:t>
      </w:r>
    </w:p>
    <w:p/>
    <w:p>
      <w:r>
        <w:rPr>
          <w:b/>
          <w:sz w:val="24"/>
        </w:rPr>
        <w:t>Câu 32: At my school, we often have group projects. __________. a. Sometimes we disagree with partners’ opinion, but we always find a solution b. Firstly, working in groups helps us learn how to share ideas. c. That also makes studying more exciting and interesting</w:t>
      </w:r>
    </w:p>
    <w:p>
      <w:pPr>
        <w:pStyle w:val="ListParagraph"/>
      </w:pPr>
      <w:r>
        <w:rPr>
          <w:sz w:val="22"/>
        </w:rPr>
        <w:t>A. a-b-c</w:t>
      </w:r>
    </w:p>
    <w:p>
      <w:pPr>
        <w:pStyle w:val="ListParagraph"/>
      </w:pPr>
      <w:r>
        <w:rPr>
          <w:sz w:val="22"/>
        </w:rPr>
        <w:t>B. b-a-c</w:t>
      </w:r>
    </w:p>
    <w:p>
      <w:pPr>
        <w:pStyle w:val="ListParagraph"/>
      </w:pPr>
      <w:r>
        <w:rPr>
          <w:sz w:val="22"/>
        </w:rPr>
        <w:t>C. a-c-b</w:t>
      </w:r>
    </w:p>
    <w:p>
      <w:pPr>
        <w:pStyle w:val="ListParagraph"/>
      </w:pPr>
      <w:r>
        <w:rPr>
          <w:sz w:val="22"/>
        </w:rPr>
        <w:t>D. b-c-a</w:t>
      </w:r>
    </w:p>
    <w:p/>
    <w:p>
      <w:r>
        <w:rPr>
          <w:b/>
          <w:sz w:val="24"/>
        </w:rPr>
        <w:t>Câu 33: Life in my hometown is simple but very peaceful. __________. a. In the morning, you can hear birds singing and see farmers working in the fields. b. This peaceful way of life makes the people there feel unstressed and healthy c. There are no tall buildings or noisy traffic, so the streets are quiet and relaxing</w:t>
      </w:r>
    </w:p>
    <w:p>
      <w:pPr>
        <w:pStyle w:val="ListParagraph"/>
      </w:pPr>
      <w:r>
        <w:rPr>
          <w:sz w:val="22"/>
        </w:rPr>
        <w:t>A. a-b-c</w:t>
      </w:r>
    </w:p>
    <w:p>
      <w:pPr>
        <w:pStyle w:val="ListParagraph"/>
      </w:pPr>
      <w:r>
        <w:rPr>
          <w:sz w:val="22"/>
        </w:rPr>
        <w:t>B. b-c-a</w:t>
      </w:r>
    </w:p>
    <w:p>
      <w:pPr>
        <w:pStyle w:val="ListParagraph"/>
      </w:pPr>
      <w:r>
        <w:rPr>
          <w:sz w:val="22"/>
        </w:rPr>
        <w:t>C. c-b-a</w:t>
      </w:r>
    </w:p>
    <w:p>
      <w:pPr>
        <w:pStyle w:val="ListParagraph"/>
      </w:pPr>
      <w:r>
        <w:rPr>
          <w:sz w:val="22"/>
        </w:rPr>
        <w:t>D. a-c-b</w:t>
      </w:r>
    </w:p>
    <w:p/>
    <w:p>
      <w:r>
        <w:rPr>
          <w:b/>
          <w:sz w:val="24"/>
        </w:rPr>
        <w:t>Câu 34: Last summer, my family went on a trip to Da Lat. __________. a. When we returned home, we talked about the trip and looked at our photos again. b. We also bought a lot of souvernirs during our visit. c. We visited the flower garden and took a lot of photos.</w:t>
      </w:r>
    </w:p>
    <w:p>
      <w:pPr>
        <w:pStyle w:val="ListParagraph"/>
      </w:pPr>
      <w:r>
        <w:rPr>
          <w:sz w:val="22"/>
        </w:rPr>
        <w:t>A. a-b-c</w:t>
      </w:r>
    </w:p>
    <w:p>
      <w:pPr>
        <w:pStyle w:val="ListParagraph"/>
      </w:pPr>
      <w:r>
        <w:rPr>
          <w:sz w:val="22"/>
        </w:rPr>
        <w:t>B. b-a-c</w:t>
      </w:r>
    </w:p>
    <w:p>
      <w:pPr>
        <w:pStyle w:val="ListParagraph"/>
      </w:pPr>
      <w:r>
        <w:rPr>
          <w:sz w:val="22"/>
        </w:rPr>
        <w:t>C. a-c-b</w:t>
      </w:r>
    </w:p>
    <w:p>
      <w:pPr>
        <w:pStyle w:val="ListParagraph"/>
      </w:pPr>
      <w:r>
        <w:rPr>
          <w:sz w:val="22"/>
        </w:rPr>
        <w:t>D. c-b-a</w:t>
      </w:r>
    </w:p>
    <w:p/>
    <w:p>
      <w:r>
        <w:rPr>
          <w:b/>
          <w:sz w:val="24"/>
        </w:rPr>
        <w:t>Câu 35: My best friend Minh is always helpful.__________ a. He often helps me with my homework when I find it difficult. b. Last week, he even stayed late to help clean our classroom. c. Everyone in our class likes him.</w:t>
      </w:r>
    </w:p>
    <w:p>
      <w:pPr>
        <w:pStyle w:val="ListParagraph"/>
      </w:pPr>
      <w:r>
        <w:rPr>
          <w:sz w:val="22"/>
        </w:rPr>
        <w:t>A. a-b-c</w:t>
      </w:r>
    </w:p>
    <w:p>
      <w:pPr>
        <w:pStyle w:val="ListParagraph"/>
      </w:pPr>
      <w:r>
        <w:rPr>
          <w:sz w:val="22"/>
        </w:rPr>
        <w:t>B. b-a-c</w:t>
      </w:r>
    </w:p>
    <w:p>
      <w:pPr>
        <w:pStyle w:val="ListParagraph"/>
      </w:pPr>
      <w:r>
        <w:rPr>
          <w:sz w:val="22"/>
        </w:rPr>
        <w:t>C. c-b-a</w:t>
      </w:r>
    </w:p>
    <w:p>
      <w:pPr>
        <w:pStyle w:val="ListParagraph"/>
      </w:pPr>
      <w:r>
        <w:rPr>
          <w:sz w:val="22"/>
        </w:rPr>
        <w:t>D. a-c-b</w:t>
      </w:r>
    </w:p>
    <w:p/>
    <w:p>
      <w:r>
        <w:rPr>
          <w:b/>
          <w:sz w:val="24"/>
        </w:rPr>
        <w:t>Câu 36: My grandparents live in the countryside. __________ a. Last week, I and my parents visited them b. The peaceful atmosphere helped us relaxed. c. we walked around the paddy field and enjoy fresh air.</w:t>
      </w:r>
    </w:p>
    <w:p>
      <w:pPr>
        <w:pStyle w:val="ListParagraph"/>
      </w:pPr>
      <w:r>
        <w:rPr>
          <w:sz w:val="22"/>
        </w:rPr>
        <w:t>A. a-b-c</w:t>
      </w:r>
    </w:p>
    <w:p>
      <w:pPr>
        <w:pStyle w:val="ListParagraph"/>
      </w:pPr>
      <w:r>
        <w:rPr>
          <w:sz w:val="22"/>
        </w:rPr>
        <w:t>B. b-c-a</w:t>
      </w:r>
    </w:p>
    <w:p>
      <w:pPr>
        <w:pStyle w:val="ListParagraph"/>
      </w:pPr>
      <w:r>
        <w:rPr>
          <w:sz w:val="22"/>
        </w:rPr>
        <w:t>C. a-c-b</w:t>
      </w:r>
    </w:p>
    <w:p>
      <w:pPr>
        <w:pStyle w:val="ListParagraph"/>
      </w:pPr>
      <w:r>
        <w:rPr>
          <w:sz w:val="22"/>
        </w:rPr>
        <w:t>D. c-b-a</w:t>
      </w:r>
    </w:p>
    <w:p/>
    <w:p>
      <w:r>
        <w:rPr>
          <w:b/>
          <w:sz w:val="24"/>
        </w:rPr>
        <w:t>Câu 37: Write a paragraph about the causes of teenagers’ stress and offer solutions. - What are some common causes of stress among teenagers? - How does stress affect teenagers’ lives or studies? - What can teenagers do to reduce or manage their stress? - What should parents, teachers, or friends do to help teenagers feel better?</w:t>
      </w:r>
    </w:p>
    <w:p/>
    <w:p>
      <w:r>
        <w:rPr>
          <w:b/>
          <w:sz w:val="24"/>
        </w:rPr>
        <w:t>Câu 38: Write a paragraph (about 80–100 words) Write an email (80-100 words) to a penfriend to tell him or her about what you usually do with your friend in your free time. The following questions will help you (1,5 ms) - When do you usually have free time? - What do you usually do with your friends in your free time? - Why do you do these activities?</w:t>
      </w:r>
    </w:p>
    <w:p/>
    <w:p>
      <w:r>
        <w:t>──────────────────────────────────────────────────</w:t>
      </w:r>
    </w:p>
    <w:p>
      <w:r>
        <w:rPr>
          <w:b/>
        </w:rPr>
        <w:t>BẢNG ĐÁP ÁN &amp; LỜI GIẢI CHI TIẾT</w:t>
      </w:r>
    </w:p>
    <w:p>
      <w:r>
        <w:rPr>
          <w:b/>
        </w:rPr>
        <w:t>Câu 1: Đáp án đúng: A</w:t>
      </w:r>
    </w:p>
    <w:p>
      <w:r>
        <w:rPr>
          <w:b/>
        </w:rPr>
        <w:t>Câu 2: Đáp án đúng: B</w:t>
      </w:r>
    </w:p>
    <w:p>
      <w:r>
        <w:rPr>
          <w:b/>
        </w:rPr>
        <w:t>Câu 3: Đáp án đúng: B</w:t>
      </w:r>
    </w:p>
    <w:p>
      <w:r>
        <w:rPr>
          <w:b/>
        </w:rPr>
        <w:t>Câu 4: Đáp án đúng: A</w:t>
      </w:r>
    </w:p>
    <w:p>
      <w:r>
        <w:rPr>
          <w:b/>
        </w:rPr>
        <w:t>Câu 5: Đáp án đúng: B</w:t>
      </w:r>
    </w:p>
    <w:p>
      <w:r>
        <w:rPr>
          <w:b/>
        </w:rPr>
        <w:t>Câu 6: Đáp án đúng: A</w:t>
      </w:r>
    </w:p>
    <w:p>
      <w:r>
        <w:rPr>
          <w:b/>
        </w:rPr>
        <w:t>Câu 7: Đáp án đúng: B</w:t>
      </w:r>
    </w:p>
    <w:p>
      <w:r>
        <w:rPr>
          <w:b/>
        </w:rPr>
        <w:t>Câu 8: Đáp án đúng: C</w:t>
      </w:r>
    </w:p>
    <w:p>
      <w:r>
        <w:rPr>
          <w:b/>
        </w:rPr>
        <w:t>Câu 9: Đáp án đúng: C</w:t>
      </w:r>
    </w:p>
    <w:p>
      <w:r>
        <w:rPr>
          <w:b/>
        </w:rPr>
        <w:t>Câu 10: Đáp án đúng: D</w:t>
      </w:r>
    </w:p>
    <w:p>
      <w:r>
        <w:rPr>
          <w:b/>
        </w:rPr>
        <w:t>Câu 11: Đáp án đúng: C</w:t>
      </w:r>
    </w:p>
    <w:p>
      <w:r>
        <w:rPr>
          <w:b/>
        </w:rPr>
        <w:t>Câu 12: Đáp án đúng: D</w:t>
      </w:r>
    </w:p>
    <w:p>
      <w:r>
        <w:rPr>
          <w:b/>
        </w:rPr>
        <w:t>Câu 13: Đáp án đúng: D</w:t>
      </w:r>
    </w:p>
    <w:p>
      <w:r>
        <w:rPr>
          <w:b/>
        </w:rPr>
        <w:t>Câu 14: Đáp án đúng: B</w:t>
      </w:r>
    </w:p>
    <w:p>
      <w:r>
        <w:rPr>
          <w:b/>
        </w:rPr>
        <w:t>Câu 15: Đáp án đúng: A</w:t>
      </w:r>
    </w:p>
    <w:p>
      <w:r>
        <w:rPr>
          <w:b/>
        </w:rPr>
        <w:t>Câu 16: Đáp án đúng: C</w:t>
      </w:r>
    </w:p>
    <w:p>
      <w:r>
        <w:rPr>
          <w:b/>
        </w:rPr>
        <w:t>Câu 17: Đáp án đúng: A</w:t>
      </w:r>
    </w:p>
    <w:p>
      <w:r>
        <w:rPr>
          <w:b/>
        </w:rPr>
        <w:t>Câu 18: Đáp án đúng: D</w:t>
      </w:r>
    </w:p>
    <w:p>
      <w:r>
        <w:rPr>
          <w:b/>
        </w:rPr>
        <w:t>Câu 19: Đáp án đúng: D</w:t>
      </w:r>
    </w:p>
    <w:p>
      <w:r>
        <w:rPr>
          <w:b/>
        </w:rPr>
        <w:t>Câu 20: Đáp án đúng: B</w:t>
      </w:r>
    </w:p>
    <w:p>
      <w:r>
        <w:rPr>
          <w:b/>
        </w:rPr>
        <w:t>Câu 21: Đáp án đúng: D</w:t>
      </w:r>
    </w:p>
    <w:p>
      <w:r>
        <w:rPr>
          <w:b/>
        </w:rPr>
        <w:t>Câu 22: Đáp án đúng: C</w:t>
      </w:r>
    </w:p>
    <w:p>
      <w:r>
        <w:rPr>
          <w:b/>
        </w:rPr>
        <w:t>Câu 23: Đáp án đúng: A</w:t>
      </w:r>
    </w:p>
    <w:p>
      <w:r>
        <w:rPr>
          <w:b/>
        </w:rPr>
        <w:t>Câu 24: Đáp án đúng: A</w:t>
      </w:r>
    </w:p>
    <w:p>
      <w:r>
        <w:rPr>
          <w:b/>
        </w:rPr>
        <w:t>Câu 25: Đáp án đúng: A</w:t>
      </w:r>
    </w:p>
    <w:p>
      <w:r>
        <w:rPr>
          <w:b/>
        </w:rPr>
        <w:t>Câu 26: Đáp án đúng: B</w:t>
      </w:r>
    </w:p>
    <w:p>
      <w:r>
        <w:rPr>
          <w:b/>
        </w:rPr>
        <w:t>Câu 27: Đáp án đúng: D</w:t>
      </w:r>
    </w:p>
    <w:p>
      <w:r>
        <w:rPr>
          <w:b/>
        </w:rPr>
        <w:t>Câu 28: Đáp án đúng: C</w:t>
      </w:r>
    </w:p>
    <w:p>
      <w:r>
        <w:rPr>
          <w:b/>
        </w:rPr>
        <w:t>Câu 29: Đáp án đúng: None</w:t>
      </w:r>
    </w:p>
    <w:p>
      <w:r>
        <w:rPr>
          <w:b/>
        </w:rPr>
        <w:t>Câu 30: Đáp án đúng: None</w:t>
      </w:r>
    </w:p>
    <w:p>
      <w:r>
        <w:rPr>
          <w:b/>
        </w:rPr>
        <w:t>Câu 31: Đáp án đúng: A</w:t>
      </w:r>
    </w:p>
    <w:p>
      <w:r>
        <w:rPr>
          <w:b/>
        </w:rPr>
        <w:t>Câu 32: Đáp án đúng: B</w:t>
      </w:r>
    </w:p>
    <w:p>
      <w:r>
        <w:rPr>
          <w:b/>
        </w:rPr>
        <w:t>Câu 33: Đáp án đúng: A</w:t>
      </w:r>
    </w:p>
    <w:p>
      <w:r>
        <w:rPr>
          <w:b/>
        </w:rPr>
        <w:t>Câu 34: Đáp án đúng: D</w:t>
      </w:r>
    </w:p>
    <w:p>
      <w:r>
        <w:rPr>
          <w:b/>
        </w:rPr>
        <w:t>Câu 35: Đáp án đúng: A</w:t>
      </w:r>
    </w:p>
    <w:p>
      <w:r>
        <w:rPr>
          <w:b/>
        </w:rPr>
        <w:t>Câu 36: Đáp án đúng: A</w:t>
      </w:r>
    </w:p>
    <w:p>
      <w:r>
        <w:rPr>
          <w:b/>
        </w:rPr>
        <w:t>Câu 37: Đáp án đúng: None</w:t>
      </w:r>
    </w:p>
    <w:p>
      <w:r>
        <w:rPr>
          <w:b/>
        </w:rPr>
        <w:t>Câu 38: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