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5 nông nghiệp ,bài 3 lao động và việc làm ,bài 6 lâm nghiệp và thủy sản ,bài 8 công nghiệp  đại lí 9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Nhận biết: Đơn vị đo cường độ dòng điện là gì?</w:t>
      </w:r>
    </w:p>
    <w:p>
      <w:pPr>
        <w:pStyle w:val="ListParagraph"/>
      </w:pPr>
      <w:r>
        <w:rPr>
          <w:sz w:val="22"/>
        </w:rPr>
        <w:t>A. Vôn (V)</w:t>
      </w:r>
    </w:p>
    <w:p>
      <w:pPr>
        <w:pStyle w:val="ListParagraph"/>
      </w:pPr>
      <w:r>
        <w:rPr>
          <w:sz w:val="22"/>
        </w:rPr>
        <w:t>B. Ampe (A)</w:t>
      </w:r>
    </w:p>
    <w:p>
      <w:pPr>
        <w:pStyle w:val="ListParagraph"/>
      </w:pPr>
      <w:r>
        <w:rPr>
          <w:sz w:val="22"/>
        </w:rPr>
        <w:t>C. Oát (W)</w:t>
      </w:r>
    </w:p>
    <w:p>
      <w:pPr>
        <w:pStyle w:val="ListParagraph"/>
      </w:pPr>
      <w:r>
        <w:rPr>
          <w:sz w:val="22"/>
        </w:rPr>
        <w:t>D. Jun (J)</w:t>
      </w:r>
    </w:p>
    <w:p/>
    <w:p>
      <w:r>
        <w:rPr>
          <w:b/>
          <w:sz w:val="24"/>
        </w:rPr>
        <w:t>Câu 2: Nhận biết: Công thức tính điện trở tương đương của đoạn mạch gồm hai điện trở mắc nối tiếp là:</w:t>
      </w:r>
    </w:p>
    <w:p>
      <w:pPr>
        <w:pStyle w:val="ListParagraph"/>
      </w:pPr>
      <w:r>
        <w:rPr>
          <w:sz w:val="22"/>
        </w:rPr>
        <w:t>A. $R_{tđ} = R_1 + R_2$</w:t>
      </w:r>
    </w:p>
    <w:p>
      <w:pPr>
        <w:pStyle w:val="ListParagraph"/>
      </w:pPr>
      <w:r>
        <w:rPr>
          <w:sz w:val="22"/>
        </w:rPr>
        <w:t>B. $R_{tđ} = \frac{R_1 R_2}{R_1 + R_2}$</w:t>
      </w:r>
    </w:p>
    <w:p>
      <w:pPr>
        <w:pStyle w:val="ListParagraph"/>
      </w:pPr>
      <w:r>
        <w:rPr>
          <w:sz w:val="22"/>
        </w:rPr>
        <w:t>C. $R_{tđ} = |R_1 - R_2|$</w:t>
      </w:r>
    </w:p>
    <w:p>
      <w:pPr>
        <w:pStyle w:val="ListParagraph"/>
      </w:pPr>
      <w:r>
        <w:rPr>
          <w:sz w:val="22"/>
        </w:rPr>
        <w:t>D. $R_{tđ} = \frac{1}{R_1} + \frac{1}{R_2}$</w:t>
      </w:r>
    </w:p>
    <w:p/>
    <w:p>
      <w:r>
        <w:rPr>
          <w:b/>
          <w:sz w:val="24"/>
        </w:rPr>
        <w:t>Câu 3: Nhận biết: Đại lượng nào sau đây đặc trưng cho sự cản trở dòng điện của một vật dẫn?</w:t>
      </w:r>
    </w:p>
    <w:p>
      <w:pPr>
        <w:pStyle w:val="ListParagraph"/>
      </w:pPr>
      <w:r>
        <w:rPr>
          <w:sz w:val="22"/>
        </w:rPr>
        <w:t>A. Hiệu điện thế</w:t>
      </w:r>
    </w:p>
    <w:p>
      <w:pPr>
        <w:pStyle w:val="ListParagraph"/>
      </w:pPr>
      <w:r>
        <w:rPr>
          <w:sz w:val="22"/>
        </w:rPr>
        <w:t>B. Cường độ dòng điện</w:t>
      </w:r>
    </w:p>
    <w:p>
      <w:pPr>
        <w:pStyle w:val="ListParagraph"/>
      </w:pPr>
      <w:r>
        <w:rPr>
          <w:sz w:val="22"/>
        </w:rPr>
        <w:t>C. Điện trở</w:t>
      </w:r>
    </w:p>
    <w:p>
      <w:pPr>
        <w:pStyle w:val="ListParagraph"/>
      </w:pPr>
      <w:r>
        <w:rPr>
          <w:sz w:val="22"/>
        </w:rPr>
        <w:t>D. Công suất điện</w:t>
      </w:r>
    </w:p>
    <w:p/>
    <w:p>
      <w:r>
        <w:rPr>
          <w:b/>
          <w:sz w:val="24"/>
        </w:rPr>
        <w:t>Câu 4: Thông hiểu: Khi hiệu điện thế giữa hai đầu một dây dẫn tăng lên 2 lần thì cường độ dòng điện qua dây dẫn thay đổi như thế nào? (Giả sử điện trở không đổi)</w:t>
      </w:r>
    </w:p>
    <w:p>
      <w:pPr>
        <w:pStyle w:val="ListParagraph"/>
      </w:pPr>
      <w:r>
        <w:rPr>
          <w:sz w:val="22"/>
        </w:rPr>
        <w:t>A. Tăng lên 2 lần</w:t>
      </w:r>
    </w:p>
    <w:p>
      <w:pPr>
        <w:pStyle w:val="ListParagraph"/>
      </w:pPr>
      <w:r>
        <w:rPr>
          <w:sz w:val="22"/>
        </w:rPr>
        <w:t>B. Giảm đi 2 lần</w:t>
      </w:r>
    </w:p>
    <w:p>
      <w:pPr>
        <w:pStyle w:val="ListParagraph"/>
      </w:pPr>
      <w:r>
        <w:rPr>
          <w:sz w:val="22"/>
        </w:rPr>
        <w:t>C. Không thay đổi</w:t>
      </w:r>
    </w:p>
    <w:p>
      <w:pPr>
        <w:pStyle w:val="ListParagraph"/>
      </w:pPr>
      <w:r>
        <w:rPr>
          <w:sz w:val="22"/>
        </w:rPr>
        <w:t>D. Tăng lên 4 lần</w:t>
      </w:r>
    </w:p>
    <w:p/>
    <w:p>
      <w:r>
        <w:rPr>
          <w:b/>
          <w:sz w:val="24"/>
        </w:rPr>
        <w:t>Câu 5: Thông hiểu: Một bóng đèn có ghi 220V – 100W. Khi đèn sáng bình thường, điện trở của đèn có giá trị gần đúng là:</w:t>
      </w:r>
    </w:p>
    <w:p>
      <w:pPr>
        <w:pStyle w:val="ListParagraph"/>
      </w:pPr>
      <w:r>
        <w:rPr>
          <w:sz w:val="22"/>
        </w:rPr>
        <w:t>A. 484 $\Omega$</w:t>
      </w:r>
    </w:p>
    <w:p>
      <w:pPr>
        <w:pStyle w:val="ListParagraph"/>
      </w:pPr>
      <w:r>
        <w:rPr>
          <w:sz w:val="22"/>
        </w:rPr>
        <w:t>B. 220 $\Omega$</w:t>
      </w:r>
    </w:p>
    <w:p>
      <w:pPr>
        <w:pStyle w:val="ListParagraph"/>
      </w:pPr>
      <w:r>
        <w:rPr>
          <w:sz w:val="22"/>
        </w:rPr>
        <w:t>C. 100 $\Omega$</w:t>
      </w:r>
    </w:p>
    <w:p>
      <w:pPr>
        <w:pStyle w:val="ListParagraph"/>
      </w:pPr>
      <w:r>
        <w:rPr>
          <w:sz w:val="22"/>
        </w:rPr>
        <w:t>D. 2,2 $\Omega$</w:t>
      </w:r>
    </w:p>
    <w:p/>
    <w:p>
      <w:r>
        <w:rPr>
          <w:b/>
          <w:sz w:val="24"/>
        </w:rPr>
        <w:t>Câu 6: Thông hiểu: Trong đoạn mạch gồm hai điện trở $R_1$ và $R_2$ mắc song song, cường độ dòng điện qua mạch chính được tính bằng công thức nào?</w:t>
      </w:r>
    </w:p>
    <w:p>
      <w:pPr>
        <w:pStyle w:val="ListParagraph"/>
      </w:pPr>
      <w:r>
        <w:rPr>
          <w:sz w:val="22"/>
        </w:rPr>
        <w:t>A. $I = I_1 = I_2$</w:t>
      </w:r>
    </w:p>
    <w:p>
      <w:pPr>
        <w:pStyle w:val="ListParagraph"/>
      </w:pPr>
      <w:r>
        <w:rPr>
          <w:sz w:val="22"/>
        </w:rPr>
        <w:t>B. $I = I_1 + I_2$</w:t>
      </w:r>
    </w:p>
    <w:p>
      <w:pPr>
        <w:pStyle w:val="ListParagraph"/>
      </w:pPr>
      <w:r>
        <w:rPr>
          <w:sz w:val="22"/>
        </w:rPr>
        <w:t>C. $I = I_1 - I_2$</w:t>
      </w:r>
    </w:p>
    <w:p>
      <w:pPr>
        <w:pStyle w:val="ListParagraph"/>
      </w:pPr>
      <w:r>
        <w:rPr>
          <w:sz w:val="22"/>
        </w:rPr>
        <w:t>D. $I = \frac{I_1 I_2}{I_1 + I_2}$</w:t>
      </w:r>
    </w:p>
    <w:p/>
    <w:p>
      <w:r>
        <w:rPr>
          <w:b/>
          <w:sz w:val="24"/>
        </w:rPr>
        <w:t>Câu 7: Vận dụng: Cho mạch điện gồm hai điện trở $R_1 = 6\Omega$ và $R_2 = 3\Omega$ mắc nối tiếp. Điện trở tương đương của đoạn mạch là:</w:t>
      </w:r>
    </w:p>
    <w:p>
      <w:pPr>
        <w:pStyle w:val="ListParagraph"/>
      </w:pPr>
      <w:r>
        <w:rPr>
          <w:sz w:val="22"/>
        </w:rPr>
        <w:t>A. 2 $\Omega$</w:t>
      </w:r>
    </w:p>
    <w:p>
      <w:pPr>
        <w:pStyle w:val="ListParagraph"/>
      </w:pPr>
      <w:r>
        <w:rPr>
          <w:sz w:val="22"/>
        </w:rPr>
        <w:t>B. 3 $\Omega$</w:t>
      </w:r>
    </w:p>
    <w:p>
      <w:pPr>
        <w:pStyle w:val="ListParagraph"/>
      </w:pPr>
      <w:r>
        <w:rPr>
          <w:sz w:val="22"/>
        </w:rPr>
        <w:t>C. 6 $\Omega$</w:t>
      </w:r>
    </w:p>
    <w:p>
      <w:pPr>
        <w:pStyle w:val="ListParagraph"/>
      </w:pPr>
      <w:r>
        <w:rPr>
          <w:sz w:val="22"/>
        </w:rPr>
        <w:t>D. 9 $\Omega$</w:t>
      </w:r>
    </w:p>
    <w:p/>
    <w:p>
      <w:r>
        <w:rPr>
          <w:b/>
          <w:sz w:val="24"/>
        </w:rPr>
        <w:t>Câu 8: Vận dụng: Một dây dẫn có điện trở $R = 10\Omega$ được mắc vào hiệu điện thế $U = 5V$. Cường độ dòng điện chạy qua dây dẫn là:</w:t>
      </w:r>
    </w:p>
    <w:p>
      <w:pPr>
        <w:pStyle w:val="ListParagraph"/>
      </w:pPr>
      <w:r>
        <w:rPr>
          <w:sz w:val="22"/>
        </w:rPr>
        <w:t>A. 0,5 A</w:t>
      </w:r>
    </w:p>
    <w:p>
      <w:pPr>
        <w:pStyle w:val="ListParagraph"/>
      </w:pPr>
      <w:r>
        <w:rPr>
          <w:sz w:val="22"/>
        </w:rPr>
        <w:t>B. 2 A</w:t>
      </w:r>
    </w:p>
    <w:p>
      <w:pPr>
        <w:pStyle w:val="ListParagraph"/>
      </w:pPr>
      <w:r>
        <w:rPr>
          <w:sz w:val="22"/>
        </w:rPr>
        <w:t>C. 5 A</w:t>
      </w:r>
    </w:p>
    <w:p>
      <w:pPr>
        <w:pStyle w:val="ListParagraph"/>
      </w:pPr>
      <w:r>
        <w:rPr>
          <w:sz w:val="22"/>
        </w:rPr>
        <w:t>D. 50 A</w:t>
      </w:r>
    </w:p>
    <w:p/>
    <w:p>
      <w:r>
        <w:rPr>
          <w:b/>
          <w:sz w:val="24"/>
        </w:rPr>
        <w:t>Câu 9: Vận dụng: Một bếp điện có ghi 220V – 1000W được sử dụng với hiệu điện thế 220V trong 30 phút. Điện năng tiêu thụ của bếp là:</w:t>
      </w:r>
    </w:p>
    <w:p>
      <w:pPr>
        <w:pStyle w:val="ListParagraph"/>
      </w:pPr>
      <w:r>
        <w:rPr>
          <w:sz w:val="22"/>
        </w:rPr>
        <w:t>A. 0,5 kWh</w:t>
      </w:r>
    </w:p>
    <w:p>
      <w:pPr>
        <w:pStyle w:val="ListParagraph"/>
      </w:pPr>
      <w:r>
        <w:rPr>
          <w:sz w:val="22"/>
        </w:rPr>
        <w:t>B. 1 kWh</w:t>
      </w:r>
    </w:p>
    <w:p>
      <w:pPr>
        <w:pStyle w:val="ListParagraph"/>
      </w:pPr>
      <w:r>
        <w:rPr>
          <w:sz w:val="22"/>
        </w:rPr>
        <w:t>C. 2 kWh</w:t>
      </w:r>
    </w:p>
    <w:p>
      <w:pPr>
        <w:pStyle w:val="ListParagraph"/>
      </w:pPr>
      <w:r>
        <w:rPr>
          <w:sz w:val="22"/>
        </w:rPr>
        <w:t>D. 3 kWh</w:t>
      </w:r>
    </w:p>
    <w:p/>
    <w:p>
      <w:r>
        <w:rPr>
          <w:b/>
          <w:sz w:val="24"/>
        </w:rPr>
        <w:t>Câu 10: Vận dụng: Hai điện trở $R_1 = 4\Omega$ và $R_2 = 6\Omega$ mắc song song. Điện trở tương đương của đoạn mạch là:</w:t>
      </w:r>
    </w:p>
    <w:p>
      <w:pPr>
        <w:pStyle w:val="ListParagraph"/>
      </w:pPr>
      <w:r>
        <w:rPr>
          <w:sz w:val="22"/>
        </w:rPr>
        <w:t>A. 2,4 $\Omega$</w:t>
      </w:r>
    </w:p>
    <w:p>
      <w:pPr>
        <w:pStyle w:val="ListParagraph"/>
      </w:pPr>
      <w:r>
        <w:rPr>
          <w:sz w:val="22"/>
        </w:rPr>
        <w:t>B. 10 $\Omega$</w:t>
      </w:r>
    </w:p>
    <w:p>
      <w:pPr>
        <w:pStyle w:val="ListParagraph"/>
      </w:pPr>
      <w:r>
        <w:rPr>
          <w:sz w:val="22"/>
        </w:rPr>
        <w:t>C. 5 $\Omega$</w:t>
      </w:r>
    </w:p>
    <w:p>
      <w:pPr>
        <w:pStyle w:val="ListParagraph"/>
      </w:pPr>
      <w:r>
        <w:rPr>
          <w:sz w:val="22"/>
        </w:rPr>
        <w:t>D. 1,2 $\Omega$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