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Tin học - ĐỀ CƯƠNG KIỂM TRA GIỮA KÌ I MÔN TIN HỌC 6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Thông tin là gì?</w:t>
      </w:r>
    </w:p>
    <w:p>
      <w:pPr>
        <w:pStyle w:val="ListParagraph"/>
      </w:pPr>
      <w:r>
        <w:rPr>
          <w:sz w:val="22"/>
        </w:rPr>
        <w:t>A. Các văn bản và số liệu</w:t>
      </w:r>
    </w:p>
    <w:p>
      <w:pPr>
        <w:pStyle w:val="ListParagraph"/>
      </w:pPr>
      <w:r>
        <w:rPr>
          <w:sz w:val="22"/>
        </w:rPr>
        <w:t>B. Những gì đem lại hiểu biết cho con người về thế giới xung quanh và về chính bản thân mình.</w:t>
      </w:r>
    </w:p>
    <w:p>
      <w:pPr>
        <w:pStyle w:val="ListParagraph"/>
      </w:pPr>
      <w:r>
        <w:rPr>
          <w:sz w:val="22"/>
        </w:rPr>
        <w:t>C. Văn bản, Hình ảnh, âm thanh</w:t>
      </w:r>
    </w:p>
    <w:p>
      <w:pPr>
        <w:pStyle w:val="ListParagraph"/>
      </w:pPr>
      <w:r>
        <w:rPr>
          <w:sz w:val="22"/>
        </w:rPr>
        <w:t>D. Hình ảnh, âm thanh, tệp tin</w:t>
      </w:r>
    </w:p>
    <w:p/>
    <w:p>
      <w:r>
        <w:rPr>
          <w:b/>
          <w:sz w:val="24"/>
        </w:rPr>
        <w:t>Câu 2: Bạn An xem bản tin dự báo thời tiết trên ti vi thấy ghi 'Nhiệt độ Hà Nội hôm nay từ 25°C đến 32°C, trời nắng'. Dãy số và chữ trên ti vi là gì và thông tin An nhận được là gì?</w:t>
      </w:r>
    </w:p>
    <w:p>
      <w:pPr>
        <w:pStyle w:val="ListParagraph"/>
      </w:pPr>
      <w:r>
        <w:rPr>
          <w:sz w:val="22"/>
        </w:rPr>
        <w:t>A. Số và chữ là thông tin; điều An biết là dữ liệu.</w:t>
      </w:r>
    </w:p>
    <w:p>
      <w:pPr>
        <w:pStyle w:val="ListParagraph"/>
      </w:pPr>
      <w:r>
        <w:rPr>
          <w:sz w:val="22"/>
        </w:rPr>
        <w:t>B. Số và chữ là dữ liệu; điều An biết (trời hôm nay nóng, nên mặc quần áo thoáng mát) là thông tin.</w:t>
      </w:r>
    </w:p>
    <w:p>
      <w:pPr>
        <w:pStyle w:val="ListParagraph"/>
      </w:pPr>
      <w:r>
        <w:rPr>
          <w:sz w:val="22"/>
        </w:rPr>
        <w:t>C. Cả hai đều là vật mang tin.</w:t>
      </w:r>
    </w:p>
    <w:p>
      <w:pPr>
        <w:pStyle w:val="ListParagraph"/>
      </w:pPr>
      <w:r>
        <w:rPr>
          <w:sz w:val="22"/>
        </w:rPr>
        <w:t>D. Cả hai đều là dữ liệu chưa xử lý.</w:t>
      </w:r>
    </w:p>
    <w:p/>
    <w:p>
      <w:r>
        <w:rPr>
          <w:b/>
          <w:sz w:val="24"/>
        </w:rPr>
        <w:t>Câu 3: Vật nào dưới đây không phải là vật mang tin?</w:t>
      </w:r>
    </w:p>
    <w:p>
      <w:pPr>
        <w:pStyle w:val="ListParagraph"/>
      </w:pPr>
      <w:r>
        <w:rPr>
          <w:sz w:val="22"/>
        </w:rPr>
        <w:t>A. bút</w:t>
      </w:r>
    </w:p>
    <w:p>
      <w:pPr>
        <w:pStyle w:val="ListParagraph"/>
      </w:pPr>
      <w:r>
        <w:rPr>
          <w:sz w:val="22"/>
        </w:rPr>
        <w:t>B. truyện tranh</w:t>
      </w:r>
    </w:p>
    <w:p>
      <w:pPr>
        <w:pStyle w:val="ListParagraph"/>
      </w:pPr>
      <w:r>
        <w:rPr>
          <w:sz w:val="22"/>
        </w:rPr>
        <w:t>C. sách</w:t>
      </w:r>
    </w:p>
    <w:p>
      <w:pPr>
        <w:pStyle w:val="ListParagraph"/>
      </w:pPr>
      <w:r>
        <w:rPr>
          <w:sz w:val="22"/>
        </w:rPr>
        <w:t>D. báo</w:t>
      </w:r>
    </w:p>
    <w:p/>
    <w:p>
      <w:r>
        <w:rPr>
          <w:b/>
          <w:sz w:val="24"/>
        </w:rPr>
        <w:t>Câu 4: Quy trình xử lý thông tin của máy tính gồm có mấy bước cơ bản?</w:t>
      </w:r>
    </w:p>
    <w:p>
      <w:pPr>
        <w:pStyle w:val="ListParagraph"/>
      </w:pPr>
      <w:r>
        <w:rPr>
          <w:sz w:val="22"/>
        </w:rPr>
        <w:t>A. 2 bước: Nhập dữ liệu và Xuất dữ liệu.</w:t>
      </w:r>
    </w:p>
    <w:p>
      <w:pPr>
        <w:pStyle w:val="ListParagraph"/>
      </w:pPr>
      <w:r>
        <w:rPr>
          <w:sz w:val="22"/>
        </w:rPr>
        <w:t>B. 3 bước: Thu nhận, Lưu trữ và Biến đổi.</w:t>
      </w:r>
    </w:p>
    <w:p>
      <w:pPr>
        <w:pStyle w:val="ListParagraph"/>
      </w:pPr>
      <w:r>
        <w:rPr>
          <w:sz w:val="22"/>
        </w:rPr>
        <w:t>C. 4 bước: Thu nhận, Lưu trữ, Biến đổi và Truyền thông tin.</w:t>
      </w:r>
    </w:p>
    <w:p>
      <w:pPr>
        <w:pStyle w:val="ListParagraph"/>
      </w:pPr>
      <w:r>
        <w:rPr>
          <w:sz w:val="22"/>
        </w:rPr>
        <w:t>D. 5 bước: Nhập, Lưu, Tính toán, In ấn và Chia sẻ.</w:t>
      </w:r>
    </w:p>
    <w:p/>
    <w:p>
      <w:r>
        <w:rPr>
          <w:b/>
          <w:sz w:val="24"/>
        </w:rPr>
        <w:t>Câu 5: Trong máy tính, mọi thông tin (văn bản, hình ảnh, âm thanh) đều được biểu diễn dưới dạng nào?</w:t>
      </w:r>
    </w:p>
    <w:p>
      <w:pPr>
        <w:pStyle w:val="ListParagraph"/>
      </w:pPr>
      <w:r>
        <w:rPr>
          <w:sz w:val="22"/>
        </w:rPr>
        <w:t>A. Dãy các chữ cái tiếng Anh từ A đến Z.</w:t>
      </w:r>
    </w:p>
    <w:p>
      <w:pPr>
        <w:pStyle w:val="ListParagraph"/>
      </w:pPr>
      <w:r>
        <w:rPr>
          <w:sz w:val="22"/>
        </w:rPr>
        <w:t>B. Dãy số tự nhiên từ 0 đến 9.</w:t>
      </w:r>
    </w:p>
    <w:p>
      <w:pPr>
        <w:pStyle w:val="ListParagraph"/>
      </w:pPr>
      <w:r>
        <w:rPr>
          <w:sz w:val="22"/>
        </w:rPr>
        <w:t>C. Dãy bit chỉ gồm hai ký hiệu 0 và 1.</w:t>
      </w:r>
    </w:p>
    <w:p>
      <w:pPr>
        <w:pStyle w:val="ListParagraph"/>
      </w:pPr>
      <w:r>
        <w:rPr>
          <w:sz w:val="22"/>
        </w:rPr>
        <w:t>D. Các hình ảnh đồ họa màu sắc.</w:t>
      </w:r>
    </w:p>
    <w:p/>
    <w:p>
      <w:r>
        <w:rPr>
          <w:b/>
          <w:sz w:val="24"/>
        </w:rPr>
        <w:t>Câu 6: Mạng máy tính là gì?</w:t>
      </w:r>
    </w:p>
    <w:p>
      <w:pPr>
        <w:pStyle w:val="ListParagraph"/>
      </w:pPr>
      <w:r>
        <w:rPr>
          <w:sz w:val="22"/>
        </w:rPr>
        <w:t>A. Tập hợp các máy tính đứng độc lập không nối với nhau.</w:t>
      </w:r>
    </w:p>
    <w:p>
      <w:pPr>
        <w:pStyle w:val="ListParagraph"/>
      </w:pPr>
      <w:r>
        <w:rPr>
          <w:sz w:val="22"/>
        </w:rPr>
        <w:t>B. Mạng lưới kết nối hai hay nhiều máy tính để trao đổi dữ liệu và dùng chung tài nguyên.</w:t>
      </w:r>
    </w:p>
    <w:p>
      <w:pPr>
        <w:pStyle w:val="ListParagraph"/>
      </w:pPr>
      <w:r>
        <w:rPr>
          <w:sz w:val="22"/>
        </w:rPr>
        <w:t>C. Hệ thống dây điện nối các máy tính trong một phòng học.</w:t>
      </w:r>
    </w:p>
    <w:p>
      <w:pPr>
        <w:pStyle w:val="ListParagraph"/>
      </w:pPr>
      <w:r>
        <w:rPr>
          <w:sz w:val="22"/>
        </w:rPr>
        <w:t>D. Phần mềm ứng dụng dùng để gõ văn bản.</w:t>
      </w:r>
    </w:p>
    <w:p/>
    <w:p>
      <w:r>
        <w:rPr>
          <w:b/>
          <w:sz w:val="24"/>
        </w:rPr>
        <w:t>Câu 7: Một tệp bài hát dạng MP3 có dung lượng khoảng 4 MB. Dung lượng này tương đương với bao nhiêu KB?</w:t>
      </w:r>
    </w:p>
    <w:p>
      <w:pPr>
        <w:pStyle w:val="ListParagraph"/>
      </w:pPr>
      <w:r>
        <w:rPr>
          <w:sz w:val="22"/>
        </w:rPr>
        <w:t>A. 4069 KB.</w:t>
      </w:r>
    </w:p>
    <w:p>
      <w:pPr>
        <w:pStyle w:val="ListParagraph"/>
      </w:pPr>
      <w:r>
        <w:rPr>
          <w:sz w:val="22"/>
        </w:rPr>
        <w:t>B. 4000 KB.</w:t>
      </w:r>
    </w:p>
    <w:p>
      <w:pPr>
        <w:pStyle w:val="ListParagraph"/>
      </w:pPr>
      <w:r>
        <w:rPr>
          <w:sz w:val="22"/>
        </w:rPr>
        <w:t>C. 4096 KB</w:t>
      </w:r>
    </w:p>
    <w:p>
      <w:pPr>
        <w:pStyle w:val="ListParagraph"/>
      </w:pPr>
      <w:r>
        <w:rPr>
          <w:sz w:val="22"/>
        </w:rPr>
        <w:t>D. 4094 KB.</w:t>
      </w:r>
    </w:p>
    <w:p/>
    <w:p>
      <w:r>
        <w:rPr>
          <w:b/>
          <w:sz w:val="24"/>
        </w:rPr>
        <w:t>Câu 8: Thiết bị nào sau đây là thiết bị đầu cuối trong mạng máy tính?</w:t>
      </w:r>
    </w:p>
    <w:p>
      <w:pPr>
        <w:pStyle w:val="ListParagraph"/>
      </w:pPr>
      <w:r>
        <w:rPr>
          <w:sz w:val="22"/>
        </w:rPr>
        <w:t>A. Cáp mạng nối các máy.</w:t>
      </w:r>
    </w:p>
    <w:p>
      <w:pPr>
        <w:pStyle w:val="ListParagraph"/>
      </w:pPr>
      <w:r>
        <w:rPr>
          <w:sz w:val="22"/>
        </w:rPr>
        <w:t>B. Bộ chia mạng (Switch).</w:t>
      </w:r>
    </w:p>
    <w:p>
      <w:pPr>
        <w:pStyle w:val="ListParagraph"/>
      </w:pPr>
      <w:r>
        <w:rPr>
          <w:sz w:val="22"/>
        </w:rPr>
        <w:t>C. Máy in kết nối mạng.</w:t>
      </w:r>
    </w:p>
    <w:p>
      <w:pPr>
        <w:pStyle w:val="ListParagraph"/>
      </w:pPr>
      <w:r>
        <w:rPr>
          <w:sz w:val="22"/>
        </w:rPr>
        <w:t>D. Bộ phát mạng không dây (Router Wifi).</w:t>
      </w:r>
    </w:p>
    <w:p/>
    <w:p>
      <w:r>
        <w:rPr>
          <w:b/>
          <w:sz w:val="24"/>
        </w:rPr>
        <w:t>Câu 9: Biết 1 Byte = 8 bit. Dãy bit '01000001' có độ dài bằng bao nhiêu Byte?</w:t>
      </w:r>
    </w:p>
    <w:p>
      <w:pPr>
        <w:pStyle w:val="ListParagraph"/>
      </w:pPr>
      <w:r>
        <w:rPr>
          <w:sz w:val="22"/>
        </w:rPr>
        <w:t>A. 8 Byte.</w:t>
      </w:r>
    </w:p>
    <w:p>
      <w:pPr>
        <w:pStyle w:val="ListParagraph"/>
      </w:pPr>
      <w:r>
        <w:rPr>
          <w:sz w:val="22"/>
        </w:rPr>
        <w:t>B. 1 Byte.</w:t>
      </w:r>
    </w:p>
    <w:p>
      <w:pPr>
        <w:pStyle w:val="ListParagraph"/>
      </w:pPr>
      <w:r>
        <w:rPr>
          <w:sz w:val="22"/>
        </w:rPr>
        <w:t>C. 2 Byte.</w:t>
      </w:r>
    </w:p>
    <w:p>
      <w:pPr>
        <w:pStyle w:val="ListParagraph"/>
      </w:pPr>
      <w:r>
        <w:rPr>
          <w:sz w:val="22"/>
        </w:rPr>
        <w:t>D. 4 Byte.</w:t>
      </w:r>
    </w:p>
    <w:p/>
    <w:p>
      <w:r>
        <w:rPr>
          <w:b/>
          <w:sz w:val="24"/>
        </w:rPr>
        <w:t>Câu 10: 1 KB bằng bao nhiêu byte?</w:t>
      </w:r>
    </w:p>
    <w:p>
      <w:pPr>
        <w:pStyle w:val="ListParagraph"/>
      </w:pPr>
      <w:r>
        <w:rPr>
          <w:sz w:val="22"/>
        </w:rPr>
        <w:t>A. 1024 byte.</w:t>
      </w:r>
    </w:p>
    <w:p>
      <w:pPr>
        <w:pStyle w:val="ListParagraph"/>
      </w:pPr>
      <w:r>
        <w:rPr>
          <w:sz w:val="22"/>
        </w:rPr>
        <w:t>B. 2048 byte.</w:t>
      </w:r>
    </w:p>
    <w:p>
      <w:pPr>
        <w:pStyle w:val="ListParagraph"/>
      </w:pPr>
      <w:r>
        <w:rPr>
          <w:sz w:val="22"/>
        </w:rPr>
        <w:t>C. 8 byte.</w:t>
      </w:r>
    </w:p>
    <w:p>
      <w:pPr>
        <w:pStyle w:val="ListParagraph"/>
      </w:pPr>
      <w:r>
        <w:rPr>
          <w:sz w:val="22"/>
        </w:rPr>
        <w:t>D. 100 byte.</w:t>
      </w:r>
    </w:p>
    <w:p/>
    <w:p>
      <w:r>
        <w:rPr>
          <w:b/>
          <w:sz w:val="24"/>
        </w:rPr>
        <w:t>Câu 11: Vật nào dưới đây không phải là vật mang tin?</w:t>
      </w:r>
    </w:p>
    <w:p>
      <w:pPr>
        <w:pStyle w:val="ListParagraph"/>
      </w:pPr>
      <w:r>
        <w:rPr>
          <w:sz w:val="22"/>
        </w:rPr>
        <w:t>A. Giấy.</w:t>
      </w:r>
    </w:p>
    <w:p>
      <w:pPr>
        <w:pStyle w:val="ListParagraph"/>
      </w:pPr>
      <w:r>
        <w:rPr>
          <w:sz w:val="22"/>
        </w:rPr>
        <w:t>B. Thẻ nhớ.</w:t>
      </w:r>
    </w:p>
    <w:p>
      <w:pPr>
        <w:pStyle w:val="ListParagraph"/>
      </w:pPr>
      <w:r>
        <w:rPr>
          <w:sz w:val="22"/>
        </w:rPr>
        <w:t>C. Đĩa CD, DVD.</w:t>
      </w:r>
    </w:p>
    <w:p>
      <w:pPr>
        <w:pStyle w:val="ListParagraph"/>
      </w:pPr>
      <w:r>
        <w:rPr>
          <w:sz w:val="22"/>
        </w:rPr>
        <w:t>D. Xô, chậu.</w:t>
      </w:r>
    </w:p>
    <w:p/>
    <w:p>
      <w:r>
        <w:rPr>
          <w:b/>
          <w:sz w:val="24"/>
        </w:rPr>
        <w:t>Câu 12: Phát biểu nào sau đây là đúng?</w:t>
      </w:r>
    </w:p>
    <w:p>
      <w:pPr>
        <w:pStyle w:val="ListParagraph"/>
      </w:pPr>
      <w:r>
        <w:rPr>
          <w:sz w:val="22"/>
        </w:rPr>
        <w:t>A. Dữ liệu được thể hiện dưới dạng chữ số, văn bản, hình ảnh, âm thanh.</w:t>
      </w:r>
    </w:p>
    <w:p>
      <w:pPr>
        <w:pStyle w:val="ListParagraph"/>
      </w:pPr>
      <w:r>
        <w:rPr>
          <w:sz w:val="22"/>
        </w:rPr>
        <w:t>B. Dữ liệu chỉ có ở trong máy tính.</w:t>
      </w:r>
    </w:p>
    <w:p>
      <w:pPr>
        <w:pStyle w:val="ListParagraph"/>
      </w:pPr>
      <w:r>
        <w:rPr>
          <w:sz w:val="22"/>
        </w:rPr>
        <w:t>C. Dữ liệu là những giá trị số do con người nghĩ ra.</w:t>
      </w:r>
    </w:p>
    <w:p>
      <w:pPr>
        <w:pStyle w:val="ListParagraph"/>
      </w:pPr>
      <w:r>
        <w:rPr>
          <w:sz w:val="22"/>
        </w:rPr>
        <w:t>D. Dữ liệu chỉ có thể được hiểu bởi những người có trình độ cao.</w:t>
      </w:r>
    </w:p>
    <w:p/>
    <w:p>
      <w:r>
        <w:rPr>
          <w:b/>
          <w:sz w:val="24"/>
        </w:rPr>
        <w:t>Câu 13: Thông tin nào dưới đây không giúp em lựa chọn trang phục phù hợp?</w:t>
      </w:r>
    </w:p>
    <w:p>
      <w:pPr>
        <w:pStyle w:val="ListParagraph"/>
      </w:pPr>
      <w:r>
        <w:rPr>
          <w:sz w:val="22"/>
        </w:rPr>
        <w:t>A. Nội quy nhà trường.</w:t>
      </w:r>
    </w:p>
    <w:p>
      <w:pPr>
        <w:pStyle w:val="ListParagraph"/>
      </w:pPr>
      <w:r>
        <w:rPr>
          <w:sz w:val="22"/>
        </w:rPr>
        <w:t>B. Chiều cao của em.</w:t>
      </w:r>
    </w:p>
    <w:p>
      <w:pPr>
        <w:pStyle w:val="ListParagraph"/>
      </w:pPr>
      <w:r>
        <w:rPr>
          <w:sz w:val="22"/>
        </w:rPr>
        <w:t>C. Giá cả trang phục.</w:t>
      </w:r>
    </w:p>
    <w:p>
      <w:pPr>
        <w:pStyle w:val="ListParagraph"/>
      </w:pPr>
      <w:r>
        <w:rPr>
          <w:sz w:val="22"/>
        </w:rPr>
        <w:t>D. Điểm trung bình môn Toán.</w:t>
      </w:r>
    </w:p>
    <w:p/>
    <w:p>
      <w:r>
        <w:rPr>
          <w:b/>
          <w:sz w:val="24"/>
        </w:rPr>
        <w:t>Câu 14: Phát biểu nào sau đây không chính xác?</w:t>
      </w:r>
    </w:p>
    <w:p>
      <w:pPr>
        <w:pStyle w:val="ListParagraph"/>
      </w:pPr>
      <w:r>
        <w:rPr>
          <w:sz w:val="22"/>
        </w:rPr>
        <w:t>A. Mạng không dây thuận tiện cho những người di chuyển nhiều.</w:t>
      </w:r>
    </w:p>
    <w:p>
      <w:pPr>
        <w:pStyle w:val="ListParagraph"/>
      </w:pPr>
      <w:r>
        <w:rPr>
          <w:sz w:val="22"/>
        </w:rPr>
        <w:t>B. Mạng không dây nhanh và ổn định hơn mạng có dây.</w:t>
      </w:r>
    </w:p>
    <w:p>
      <w:pPr>
        <w:pStyle w:val="ListParagraph"/>
      </w:pPr>
      <w:r>
        <w:rPr>
          <w:sz w:val="22"/>
        </w:rPr>
        <w:t>C. Mạng không dây dễ dàng lắp đặt hơn vì không cần khoan đục và lắp đặt đường dây.</w:t>
      </w:r>
    </w:p>
    <w:p>
      <w:pPr>
        <w:pStyle w:val="ListParagraph"/>
      </w:pPr>
      <w:r>
        <w:rPr>
          <w:sz w:val="22"/>
        </w:rPr>
        <w:t>D. Mạng không dây thường được sử dụng cho các thiết bị di động như máy tính bảng, điện thoại.</w:t>
      </w:r>
    </w:p>
    <w:p/>
    <w:p>
      <w:r>
        <w:rPr>
          <w:b/>
          <w:sz w:val="24"/>
        </w:rPr>
        <w:t>Câu 15: Phương án nào sau đây là thông tin?</w:t>
      </w:r>
    </w:p>
    <w:p>
      <w:pPr>
        <w:pStyle w:val="ListParagraph"/>
      </w:pPr>
      <w:r>
        <w:rPr>
          <w:sz w:val="22"/>
        </w:rPr>
        <w:t>A. Tệp lưu trữ tài liệu về điều tra dân số.</w:t>
      </w:r>
    </w:p>
    <w:p>
      <w:pPr>
        <w:pStyle w:val="ListParagraph"/>
      </w:pPr>
      <w:r>
        <w:rPr>
          <w:sz w:val="22"/>
        </w:rPr>
        <w:t>B. Phiếu điều tra dân số.</w:t>
      </w:r>
    </w:p>
    <w:p>
      <w:pPr>
        <w:pStyle w:val="ListParagraph"/>
      </w:pPr>
      <w:r>
        <w:rPr>
          <w:sz w:val="22"/>
        </w:rPr>
        <w:t>C. Kiến thức về phân bố dân cư.</w:t>
      </w:r>
    </w:p>
    <w:p>
      <w:pPr>
        <w:pStyle w:val="ListParagraph"/>
      </w:pPr>
      <w:r>
        <w:rPr>
          <w:sz w:val="22"/>
        </w:rPr>
        <w:t>D. Các con số thu thập được thông qua cuộc điều tra dân số.</w:t>
      </w:r>
    </w:p>
    <w:p/>
    <w:p>
      <w:r>
        <w:rPr>
          <w:b/>
          <w:sz w:val="24"/>
        </w:rPr>
        <w:t>Câu 16: Dãy bit là</w:t>
      </w:r>
    </w:p>
    <w:p>
      <w:pPr>
        <w:pStyle w:val="ListParagraph"/>
      </w:pPr>
      <w:r>
        <w:rPr>
          <w:sz w:val="22"/>
        </w:rPr>
        <w:t>A. dãy gồm các chữ cái và chữ số được lưu trong máy tính.</w:t>
      </w:r>
    </w:p>
    <w:p>
      <w:pPr>
        <w:pStyle w:val="ListParagraph"/>
      </w:pPr>
      <w:r>
        <w:rPr>
          <w:sz w:val="22"/>
        </w:rPr>
        <w:t>B. dãy gồm các kí tự 0 và 1.</w:t>
      </w:r>
    </w:p>
    <w:p>
      <w:pPr>
        <w:pStyle w:val="ListParagraph"/>
      </w:pPr>
      <w:r>
        <w:rPr>
          <w:sz w:val="22"/>
        </w:rPr>
        <w:t>C. dãy gồm các số từ 0 đến 9.</w:t>
      </w:r>
    </w:p>
    <w:p>
      <w:pPr>
        <w:pStyle w:val="ListParagraph"/>
      </w:pPr>
      <w:r>
        <w:rPr>
          <w:sz w:val="22"/>
        </w:rPr>
        <w:t>D. dãy gồm các kí tự chữ cái trong bảng chữ cái.</w:t>
      </w:r>
    </w:p>
    <w:p/>
    <w:p>
      <w:r>
        <w:rPr>
          <w:b/>
          <w:sz w:val="24"/>
        </w:rPr>
        <w:t>Câu 17: Đơn vị lưu trữ thông tin nhỏ nhất trong máy tính là gì?</w:t>
      </w:r>
    </w:p>
    <w:p>
      <w:pPr>
        <w:pStyle w:val="ListParagraph"/>
      </w:pPr>
      <w:r>
        <w:rPr>
          <w:sz w:val="22"/>
        </w:rPr>
        <w:t>A. Megabyte (MB)</w:t>
      </w:r>
    </w:p>
    <w:p>
      <w:pPr>
        <w:pStyle w:val="ListParagraph"/>
      </w:pPr>
      <w:r>
        <w:rPr>
          <w:sz w:val="22"/>
        </w:rPr>
        <w:t>B. Byte (B)</w:t>
      </w:r>
    </w:p>
    <w:p>
      <w:pPr>
        <w:pStyle w:val="ListParagraph"/>
      </w:pPr>
      <w:r>
        <w:rPr>
          <w:sz w:val="22"/>
        </w:rPr>
        <w:t>C. Bit</w:t>
      </w:r>
    </w:p>
    <w:p>
      <w:pPr>
        <w:pStyle w:val="ListParagraph"/>
      </w:pPr>
      <w:r>
        <w:rPr>
          <w:sz w:val="22"/>
        </w:rPr>
        <w:t>D. Gigabyte (GB)</w:t>
      </w:r>
    </w:p>
    <w:p/>
    <w:p>
      <w:r>
        <w:rPr>
          <w:b/>
          <w:sz w:val="24"/>
        </w:rPr>
        <w:t>Câu 18: Mạng máy tính không cho phép người sử dụng chia sẻ</w:t>
      </w:r>
    </w:p>
    <w:p>
      <w:pPr>
        <w:pStyle w:val="ListParagraph"/>
      </w:pPr>
      <w:r>
        <w:rPr>
          <w:sz w:val="22"/>
        </w:rPr>
        <w:t>A. máy in.</w:t>
      </w:r>
    </w:p>
    <w:p>
      <w:pPr>
        <w:pStyle w:val="ListParagraph"/>
      </w:pPr>
      <w:r>
        <w:rPr>
          <w:sz w:val="22"/>
        </w:rPr>
        <w:t>B. máy Scan.</w:t>
      </w:r>
    </w:p>
    <w:p>
      <w:pPr>
        <w:pStyle w:val="ListParagraph"/>
      </w:pPr>
      <w:r>
        <w:rPr>
          <w:sz w:val="22"/>
        </w:rPr>
        <w:t>C. bàn phím.</w:t>
      </w:r>
    </w:p>
    <w:p>
      <w:pPr>
        <w:pStyle w:val="ListParagraph"/>
      </w:pPr>
      <w:r>
        <w:rPr>
          <w:sz w:val="22"/>
        </w:rPr>
        <w:t>D. dữ liệu.</w:t>
      </w:r>
    </w:p>
    <w:p/>
    <w:p>
      <w:r>
        <w:rPr>
          <w:b/>
          <w:sz w:val="24"/>
        </w:rPr>
        <w:t>Câu 19: Trong các thiết bị dưới đây, thiết bị nào không phải là thiết bị mạng?</w:t>
      </w:r>
    </w:p>
    <w:p>
      <w:pPr>
        <w:pStyle w:val="ListParagraph"/>
      </w:pPr>
      <w:r>
        <w:rPr>
          <w:sz w:val="22"/>
        </w:rPr>
        <w:t>A. Bộ định tuyến.</w:t>
      </w:r>
    </w:p>
    <w:p>
      <w:pPr>
        <w:pStyle w:val="ListParagraph"/>
      </w:pPr>
      <w:r>
        <w:rPr>
          <w:sz w:val="22"/>
        </w:rPr>
        <w:t>B. Vỉ mạng.</w:t>
      </w:r>
    </w:p>
    <w:p>
      <w:pPr>
        <w:pStyle w:val="ListParagraph"/>
      </w:pPr>
      <w:r>
        <w:rPr>
          <w:sz w:val="22"/>
        </w:rPr>
        <w:t>C. Ổ cắm điện.</w:t>
      </w:r>
    </w:p>
    <w:p>
      <w:pPr>
        <w:pStyle w:val="ListParagraph"/>
      </w:pPr>
      <w:r>
        <w:rPr>
          <w:sz w:val="22"/>
        </w:rPr>
        <w:t>D. Hub (bộ chia).</w:t>
      </w:r>
    </w:p>
    <w:p/>
    <w:p>
      <w:r>
        <w:rPr>
          <w:b/>
          <w:sz w:val="24"/>
        </w:rPr>
        <w:t>Câu 20: Bộ phận nào của máy tính thực hiện chức năng xử lý thông tin trung tâm (được ví như 'não bộ' của máy tính)?</w:t>
      </w:r>
    </w:p>
    <w:p>
      <w:pPr>
        <w:pStyle w:val="ListParagraph"/>
      </w:pPr>
      <w:r>
        <w:rPr>
          <w:sz w:val="22"/>
        </w:rPr>
        <w:t>A. Bộ nhớ ngoài (Ổ cứng, USB).</w:t>
      </w:r>
    </w:p>
    <w:p>
      <w:pPr>
        <w:pStyle w:val="ListParagraph"/>
      </w:pPr>
      <w:r>
        <w:rPr>
          <w:sz w:val="22"/>
        </w:rPr>
        <w:t>B. Màn hình hiển thị.</w:t>
      </w:r>
    </w:p>
    <w:p>
      <w:pPr>
        <w:pStyle w:val="ListParagraph"/>
      </w:pPr>
      <w:r>
        <w:rPr>
          <w:sz w:val="22"/>
        </w:rPr>
        <w:t>C. Bộ xử lý trung tâm (CPU).</w:t>
      </w:r>
    </w:p>
    <w:p>
      <w:pPr>
        <w:pStyle w:val="ListParagraph"/>
      </w:pPr>
      <w:r>
        <w:rPr>
          <w:sz w:val="22"/>
        </w:rPr>
        <w:t>D. Bàn phím và chuột.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