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- Biên giới quốc gia của Việt Nam trên đất liền tiếp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Biên giới quốc gia của Việt Nam trên đất liền tiếp giáp với bao nhiêu quốc gia?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4</w:t>
      </w:r>
    </w:p>
    <w:p>
      <w:pPr>
        <w:pStyle w:val="ListParagraph"/>
      </w:pPr>
      <w:r>
        <w:rPr>
          <w:sz w:val="22"/>
        </w:rPr>
        <w:t>D. 5</w:t>
      </w:r>
    </w:p>
    <w:p/>
    <w:p>
      <w:r>
        <w:rPr>
          <w:b/>
          <w:sz w:val="24"/>
        </w:rPr>
        <w:t>Câu 2: Lãnh thổ quốc gia bao gồm đất liền, hải đảo, vùng trời và..?</w:t>
      </w:r>
    </w:p>
    <w:p>
      <w:pPr>
        <w:pStyle w:val="ListParagraph"/>
      </w:pPr>
      <w:r>
        <w:rPr>
          <w:sz w:val="22"/>
        </w:rPr>
        <w:t>A. Vùng biển</w:t>
      </w:r>
    </w:p>
    <w:p>
      <w:pPr>
        <w:pStyle w:val="ListParagraph"/>
      </w:pPr>
      <w:r>
        <w:rPr>
          <w:sz w:val="22"/>
        </w:rPr>
        <w:t>B. Địa hình</w:t>
      </w:r>
    </w:p>
    <w:p>
      <w:pPr>
        <w:pStyle w:val="ListParagraph"/>
      </w:pPr>
      <w:r>
        <w:rPr>
          <w:sz w:val="22"/>
        </w:rPr>
        <w:t>C. Thềm lục địa</w:t>
      </w:r>
    </w:p>
    <w:p>
      <w:pPr>
        <w:pStyle w:val="ListParagraph"/>
      </w:pPr>
      <w:r>
        <w:rPr>
          <w:sz w:val="22"/>
        </w:rPr>
        <w:t>D. Nội địa</w:t>
      </w:r>
    </w:p>
    <w:p/>
    <w:p>
      <w:r>
        <w:rPr>
          <w:b/>
          <w:sz w:val="24"/>
        </w:rPr>
        <w:t>Câu 3: Chủ quyền lãnh thổ là..?</w:t>
      </w:r>
    </w:p>
    <w:p>
      <w:pPr>
        <w:pStyle w:val="ListParagraph"/>
      </w:pPr>
      <w:r>
        <w:rPr>
          <w:sz w:val="22"/>
        </w:rPr>
        <w:t>A. Quyền của một quốc gia được sử dụng tài nguyên trong vùng đặc quyền kinh tế</w:t>
      </w:r>
    </w:p>
    <w:p>
      <w:pPr>
        <w:pStyle w:val="ListParagraph"/>
      </w:pPr>
      <w:r>
        <w:rPr>
          <w:sz w:val="22"/>
        </w:rPr>
        <w:t>B. Quyền tối cao, toàn vẹn và đầy đủ của quốc gia đối với lãnh thổ của mình</w:t>
      </w:r>
    </w:p>
    <w:p>
      <w:pPr>
        <w:pStyle w:val="ListParagraph"/>
      </w:pPr>
      <w:r>
        <w:rPr>
          <w:sz w:val="22"/>
        </w:rPr>
        <w:t>C. Quyền kiểm soát người dân trong nước</w:t>
      </w:r>
    </w:p>
    <w:p>
      <w:pPr>
        <w:pStyle w:val="ListParagraph"/>
      </w:pPr>
      <w:r>
        <w:rPr>
          <w:sz w:val="22"/>
        </w:rPr>
        <w:t>D. Quyền đặt luật pháp riêng cho từng vùng</w:t>
      </w:r>
    </w:p>
    <w:p/>
    <w:p>
      <w:r>
        <w:rPr>
          <w:b/>
          <w:sz w:val="24"/>
        </w:rPr>
        <w:t>Câu 4: Luật Biên giới quốc gia của Việt Nam được ban hành năm nào?</w:t>
      </w:r>
    </w:p>
    <w:p>
      <w:pPr>
        <w:pStyle w:val="ListParagraph"/>
      </w:pPr>
      <w:r>
        <w:rPr>
          <w:sz w:val="22"/>
        </w:rPr>
        <w:t>A. 2001</w:t>
      </w:r>
    </w:p>
    <w:p>
      <w:pPr>
        <w:pStyle w:val="ListParagraph"/>
      </w:pPr>
      <w:r>
        <w:rPr>
          <w:sz w:val="22"/>
        </w:rPr>
        <w:t>B. 2002</w:t>
      </w:r>
    </w:p>
    <w:p>
      <w:pPr>
        <w:pStyle w:val="ListParagraph"/>
      </w:pPr>
      <w:r>
        <w:rPr>
          <w:sz w:val="22"/>
        </w:rPr>
        <w:t>C. 2003</w:t>
      </w:r>
    </w:p>
    <w:p>
      <w:pPr>
        <w:pStyle w:val="ListParagraph"/>
      </w:pPr>
      <w:r>
        <w:rPr>
          <w:sz w:val="22"/>
        </w:rPr>
        <w:t>D. 2004</w:t>
      </w:r>
    </w:p>
    <w:p/>
    <w:p>
      <w:r>
        <w:rPr>
          <w:b/>
          <w:sz w:val="24"/>
        </w:rPr>
        <w:t>Câu 5: Biên giới quốc gia Việt Nam trên biển được xác định theo công ước nào?</w:t>
      </w:r>
    </w:p>
    <w:p>
      <w:pPr>
        <w:pStyle w:val="ListParagraph"/>
      </w:pPr>
      <w:r>
        <w:rPr>
          <w:sz w:val="22"/>
        </w:rPr>
        <w:t>A. Công ước Liên Hợp Quốc về Luật Biển 1982</w:t>
      </w:r>
    </w:p>
    <w:p>
      <w:pPr>
        <w:pStyle w:val="ListParagraph"/>
      </w:pPr>
      <w:r>
        <w:rPr>
          <w:sz w:val="22"/>
        </w:rPr>
        <w:t>B. Hiến chương ASEAN</w:t>
      </w:r>
    </w:p>
    <w:p>
      <w:pPr>
        <w:pStyle w:val="ListParagraph"/>
      </w:pPr>
      <w:r>
        <w:rPr>
          <w:sz w:val="22"/>
        </w:rPr>
        <w:t>C. Công ước Biên giới Đông Nam Á</w:t>
      </w:r>
    </w:p>
    <w:p>
      <w:pPr>
        <w:pStyle w:val="ListParagraph"/>
      </w:pPr>
      <w:r>
        <w:rPr>
          <w:sz w:val="22"/>
        </w:rPr>
        <w:t>D. Luật Biến Đông</w:t>
      </w:r>
    </w:p>
    <w:p/>
    <w:p>
      <w:r>
        <w:rPr>
          <w:b/>
          <w:sz w:val="24"/>
        </w:rPr>
        <w:t>Câu 6: Đường biên giới quốc gia được xác lập bằng...?</w:t>
      </w:r>
    </w:p>
    <w:p>
      <w:pPr>
        <w:pStyle w:val="ListParagraph"/>
      </w:pPr>
      <w:r>
        <w:rPr>
          <w:sz w:val="22"/>
        </w:rPr>
        <w:t>A. Hiến pháp</w:t>
      </w:r>
    </w:p>
    <w:p>
      <w:pPr>
        <w:pStyle w:val="ListParagraph"/>
      </w:pPr>
      <w:r>
        <w:rPr>
          <w:sz w:val="22"/>
        </w:rPr>
        <w:t>B. Luật Dân sự</w:t>
      </w:r>
    </w:p>
    <w:p>
      <w:pPr>
        <w:pStyle w:val="ListParagraph"/>
      </w:pPr>
      <w:r>
        <w:rPr>
          <w:sz w:val="22"/>
        </w:rPr>
        <w:t>C. Các điều ước quốc tế</w:t>
      </w:r>
    </w:p>
    <w:p>
      <w:pPr>
        <w:pStyle w:val="ListParagraph"/>
      </w:pPr>
      <w:r>
        <w:rPr>
          <w:sz w:val="22"/>
        </w:rPr>
        <w:t>D. Lệnh hành chính</w:t>
      </w:r>
    </w:p>
    <w:p/>
    <w:p>
      <w:r>
        <w:rPr>
          <w:b/>
          <w:sz w:val="24"/>
        </w:rPr>
        <w:t>Câu 7: Biên giới quốc gia là..?</w:t>
      </w:r>
    </w:p>
    <w:p>
      <w:pPr>
        <w:pStyle w:val="ListParagraph"/>
      </w:pPr>
      <w:r>
        <w:rPr>
          <w:sz w:val="22"/>
        </w:rPr>
        <w:t>A. Đường ranh giới giữa các tỉnh</w:t>
      </w:r>
    </w:p>
    <w:p>
      <w:pPr>
        <w:pStyle w:val="ListParagraph"/>
      </w:pPr>
      <w:r>
        <w:rPr>
          <w:sz w:val="22"/>
        </w:rPr>
        <w:t>B. Đường phân định lãnh thổ của một quốc gia với quốc gia khác</w:t>
      </w:r>
    </w:p>
    <w:p>
      <w:pPr>
        <w:pStyle w:val="ListParagraph"/>
      </w:pPr>
      <w:r>
        <w:rPr>
          <w:sz w:val="22"/>
        </w:rPr>
        <w:t>C. Đường phân chia giữa vùng núi và vùng biển</w:t>
      </w:r>
    </w:p>
    <w:p>
      <w:pPr>
        <w:pStyle w:val="ListParagraph"/>
      </w:pPr>
      <w:r>
        <w:rPr>
          <w:sz w:val="22"/>
        </w:rPr>
        <w:t>D. Đường phân chia ranh giới của vùng tự trị</w:t>
      </w:r>
    </w:p>
    <w:p/>
    <w:p>
      <w:r>
        <w:rPr>
          <w:b/>
          <w:sz w:val="24"/>
        </w:rPr>
        <w:t>Câu 8: Đơn vị trực tiếp làm nhiệm vụ bảo vệ biên giới quốc gia Việt Nam là...?</w:t>
      </w:r>
    </w:p>
    <w:p>
      <w:pPr>
        <w:pStyle w:val="ListParagraph"/>
      </w:pPr>
      <w:r>
        <w:rPr>
          <w:sz w:val="22"/>
        </w:rPr>
        <w:t>A. Quân khu</w:t>
      </w:r>
    </w:p>
    <w:p>
      <w:pPr>
        <w:pStyle w:val="ListParagraph"/>
      </w:pPr>
      <w:r>
        <w:rPr>
          <w:sz w:val="22"/>
        </w:rPr>
        <w:t>B. Cảnh sát biển</w:t>
      </w:r>
    </w:p>
    <w:p>
      <w:pPr>
        <w:pStyle w:val="ListParagraph"/>
      </w:pPr>
      <w:r>
        <w:rPr>
          <w:sz w:val="22"/>
        </w:rPr>
        <w:t>C. Bộ đội Biên phòng</w:t>
      </w:r>
    </w:p>
    <w:p>
      <w:pPr>
        <w:pStyle w:val="ListParagraph"/>
      </w:pPr>
      <w:r>
        <w:rPr>
          <w:sz w:val="22"/>
        </w:rPr>
        <w:t>D. Dân quản tực vệ</w:t>
      </w:r>
    </w:p>
    <w:p/>
    <w:p>
      <w:r>
        <w:rPr>
          <w:b/>
          <w:sz w:val="24"/>
        </w:rPr>
        <w:t>Câu 9: Hệ thống mốc quốc giới trên đất liền do ai xây dựng và quản lý?</w:t>
      </w:r>
    </w:p>
    <w:p>
      <w:pPr>
        <w:pStyle w:val="ListParagraph"/>
      </w:pPr>
      <w:r>
        <w:rPr>
          <w:sz w:val="22"/>
        </w:rPr>
        <w:t>A. Chính quyền địa phương</w:t>
      </w:r>
    </w:p>
    <w:p>
      <w:pPr>
        <w:pStyle w:val="ListParagraph"/>
      </w:pPr>
      <w:r>
        <w:rPr>
          <w:sz w:val="22"/>
        </w:rPr>
        <w:t>B. Bộ Ngoại giao</w:t>
      </w:r>
    </w:p>
    <w:p>
      <w:pPr>
        <w:pStyle w:val="ListParagraph"/>
      </w:pPr>
      <w:r>
        <w:rPr>
          <w:sz w:val="22"/>
        </w:rPr>
        <w:t>C. Bộ Quốc phòng</w:t>
      </w:r>
    </w:p>
    <w:p>
      <w:pPr>
        <w:pStyle w:val="ListParagraph"/>
      </w:pPr>
      <w:r>
        <w:rPr>
          <w:sz w:val="22"/>
        </w:rPr>
        <w:t>D. Nhà nước Việt Nam</w:t>
      </w:r>
    </w:p>
    <w:p/>
    <w:p>
      <w:r>
        <w:rPr>
          <w:b/>
          <w:sz w:val="24"/>
        </w:rPr>
        <w:t>Câu 10: Vùng trời quốc gia là...?</w:t>
      </w:r>
    </w:p>
    <w:p>
      <w:pPr>
        <w:pStyle w:val="ListParagraph"/>
      </w:pPr>
      <w:r>
        <w:rPr>
          <w:sz w:val="22"/>
        </w:rPr>
        <w:t>A. Vùng khí quyển bao trùm lên lãnh thổ quốc gia</w:t>
      </w:r>
    </w:p>
    <w:p>
      <w:pPr>
        <w:pStyle w:val="ListParagraph"/>
      </w:pPr>
      <w:r>
        <w:rPr>
          <w:sz w:val="22"/>
        </w:rPr>
        <w:t>B. Khoảng không trên biển</w:t>
      </w:r>
    </w:p>
    <w:p>
      <w:pPr>
        <w:pStyle w:val="ListParagraph"/>
      </w:pPr>
      <w:r>
        <w:rPr>
          <w:sz w:val="22"/>
        </w:rPr>
        <w:t>C. Phạm vi trên không thuộc chủ quyền của Liên Hợp Quốc</w:t>
      </w:r>
    </w:p>
    <w:p>
      <w:pPr>
        <w:pStyle w:val="ListParagraph"/>
      </w:pPr>
      <w:r>
        <w:rPr>
          <w:sz w:val="22"/>
        </w:rPr>
        <w:t>D. Vùng mây khí hậu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D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