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rPr>
          <w:color w:val="0A2463"/>
          <w:sz w:val="32"/>
        </w:rPr>
        <w:t>Bài trắc nghiệm - CHƯƠNG 1. TỔNG QUAN VỀ LOGISTICS</w:t>
      </w:r>
    </w:p>
    <w:p>
      <w:pPr>
        <w:jc w:val="center"/>
      </w:pPr>
      <w:r>
        <w:rPr>
          <w:sz w:val="22"/>
        </w:rPr>
        <w:t>Số câu: 10    Thời gian: _____ phút    Họ và tên: _________________________</w:t>
      </w:r>
    </w:p>
    <w:p/>
    <w:p>
      <w:r>
        <w:rPr>
          <w:b/>
          <w:sz w:val="24"/>
        </w:rPr>
        <w:t>Câu 1: Theo Luật Thương mại Việt Nam 2005, dịch vụ logistics được định nghĩa như thế nào?</w:t>
      </w:r>
    </w:p>
    <w:p>
      <w:pPr>
        <w:pStyle w:val="ListParagraph"/>
      </w:pPr>
      <w:r>
        <w:rPr>
          <w:sz w:val="22"/>
        </w:rPr>
        <w:t>A. Là hoạt động thương mại, theo đó thương nhân tổ chức thực hiện một hoặc nhiều công đoạn bao gồm vận chuyển, lưu kho, lưu bãi, làm thủ tục hải quan, các thủ tục giấy tờ khác, tư vấn khách hàng, đóng gói bao bì, ghi ký mã hiệu, giao hàng hoặc các dịch vụ liên quan tới hàng hóa theo thỏa thuận với khách hàng để hưởng thù lao.</w:t>
      </w:r>
    </w:p>
    <w:p>
      <w:pPr>
        <w:pStyle w:val="ListParagraph"/>
      </w:pPr>
      <w:r>
        <w:rPr>
          <w:sz w:val="22"/>
        </w:rPr>
        <w:t>B. Là quá trình lập kế hoạch, thực hiện và kiểm soát hiệu quả dòng chảy và lưu trữ hàng hóa, dịch vụ và thông tin liên quan từ điểm xuất xứ đến điểm tiêu thụ nhằm đáp ứng yêu cầu khách hàng.</w:t>
      </w:r>
    </w:p>
    <w:p>
      <w:pPr>
        <w:pStyle w:val="ListParagraph"/>
      </w:pPr>
      <w:r>
        <w:rPr>
          <w:sz w:val="22"/>
        </w:rPr>
        <w:t>C. Là tập hợp các hoạt động hỗ trợ cho sự vận động hai chiều của các dòng chảy trong chuỗi cung ứng hàng hóa bao gồm dòng vật chất, dòng thông tin và dòng tài chính từ điểm đầu tiên đến điểm tiêu thụ cuối cùng và ngược lại.</w:t>
      </w:r>
    </w:p>
    <w:p>
      <w:pPr>
        <w:pStyle w:val="ListParagraph"/>
      </w:pPr>
      <w:r>
        <w:rPr>
          <w:sz w:val="22"/>
        </w:rPr>
        <w:t>D. Là hoạt động quản lý quá trình lưu chuyển nguyên vật liệu qua các khâu lưu kho, sản xuất ra sản phẩm cho tới tay người tiêu dùng theo yêu cầu của khách hàng.</w:t>
      </w:r>
    </w:p>
    <w:p/>
    <w:p>
      <w:r>
        <w:rPr>
          <w:b/>
          <w:sz w:val="24"/>
        </w:rPr>
        <w:t>Câu 2: Theo Hội đồng các Chuyên gia Quản lý chuỗi cung ứng (CSCMP), logistics được định nghĩa là gì?</w:t>
      </w:r>
    </w:p>
    <w:p>
      <w:pPr>
        <w:pStyle w:val="ListParagraph"/>
      </w:pPr>
      <w:r>
        <w:rPr>
          <w:sz w:val="22"/>
        </w:rPr>
        <w:t>A. Là quá trình tiên liệu trước các nhu cầu, mong muốn của khách hàng, sử dụng vốn nguyên vật liệu, nhân lực, công nghệ và những thông tin cần thiết để đáp ứng nhu cầu và mong muốn đó.</w:t>
      </w:r>
    </w:p>
    <w:p>
      <w:pPr>
        <w:pStyle w:val="ListParagraph"/>
      </w:pPr>
      <w:r>
        <w:rPr>
          <w:sz w:val="22"/>
        </w:rPr>
        <w:t>B. Là thành phần của chuỗi cung ứng phụ trách việc lên kế hoạch, triển khai và kiểm soát hiệu quả dòng chảy và lưu trữ giữa điểm xuất xứ và điểm tiêu thụ của hàng hóa, dịch vụ cũng như dòng thông tin liên quan nhằm đáp ứng yêu cầu của khách hàng.</w:t>
      </w:r>
    </w:p>
    <w:p>
      <w:pPr>
        <w:pStyle w:val="ListParagraph"/>
      </w:pPr>
      <w:r>
        <w:rPr>
          <w:sz w:val="22"/>
        </w:rPr>
        <w:t>C. Là tập hợp các hoạt động chức năng được lặp đi lặp lại nhiều lần trong suốt quy trình chuyển hóa nguyên vật liệu thành thành phẩm.</w:t>
      </w:r>
    </w:p>
    <w:p>
      <w:pPr>
        <w:pStyle w:val="ListParagraph"/>
      </w:pPr>
      <w:r>
        <w:rPr>
          <w:sz w:val="22"/>
        </w:rPr>
        <w:t>D. Là hoạt động thương mại, theo đó thương nhân tổ chức thực hiện một hoặc nhiều công đoạn để hưởng thù lao.</w:t>
      </w:r>
    </w:p>
    <w:p/>
    <w:p>
      <w:r>
        <w:rPr>
          <w:b/>
          <w:sz w:val="24"/>
        </w:rPr>
        <w:t>Câu 3: Đâu không phải là một trong 7 yêu cầu đúng (7Rs) của logistics?</w:t>
      </w:r>
    </w:p>
    <w:p>
      <w:pPr>
        <w:pStyle w:val="ListParagraph"/>
      </w:pPr>
      <w:r>
        <w:rPr>
          <w:sz w:val="22"/>
        </w:rPr>
        <w:t>A. Đúng khách hàng</w:t>
      </w:r>
    </w:p>
    <w:p>
      <w:pPr>
        <w:pStyle w:val="ListParagraph"/>
      </w:pPr>
      <w:r>
        <w:rPr>
          <w:sz w:val="22"/>
        </w:rPr>
        <w:t>B. Đúng sản phẩm</w:t>
      </w:r>
    </w:p>
    <w:p>
      <w:pPr>
        <w:pStyle w:val="ListParagraph"/>
      </w:pPr>
      <w:r>
        <w:rPr>
          <w:sz w:val="22"/>
        </w:rPr>
        <w:t>C. Đúng nhà cung cấp</w:t>
      </w:r>
    </w:p>
    <w:p>
      <w:pPr>
        <w:pStyle w:val="ListParagraph"/>
      </w:pPr>
      <w:r>
        <w:rPr>
          <w:sz w:val="22"/>
        </w:rPr>
        <w:t>D. Đúng chi phí</w:t>
      </w:r>
    </w:p>
    <w:p/>
    <w:p>
      <w:r>
        <w:rPr>
          <w:b/>
          <w:sz w:val="24"/>
        </w:rPr>
        <w:t>Câu 4: Hình thức logistics nào sau đây là dịch vụ logistics thuê ngoài đơn lẻ từ một nhà cung cấp dịch vụ logistics?</w:t>
      </w:r>
    </w:p>
    <w:p>
      <w:pPr>
        <w:pStyle w:val="ListParagraph"/>
      </w:pPr>
      <w:r>
        <w:rPr>
          <w:sz w:val="22"/>
        </w:rPr>
        <w:t>A. 1PL</w:t>
      </w:r>
    </w:p>
    <w:p>
      <w:pPr>
        <w:pStyle w:val="ListParagraph"/>
      </w:pPr>
      <w:r>
        <w:rPr>
          <w:sz w:val="22"/>
        </w:rPr>
        <w:t>B. 2PL</w:t>
      </w:r>
    </w:p>
    <w:p>
      <w:pPr>
        <w:pStyle w:val="ListParagraph"/>
      </w:pPr>
      <w:r>
        <w:rPr>
          <w:sz w:val="22"/>
        </w:rPr>
        <w:t>C. 3PL</w:t>
      </w:r>
    </w:p>
    <w:p>
      <w:pPr>
        <w:pStyle w:val="ListParagraph"/>
      </w:pPr>
      <w:r>
        <w:rPr>
          <w:sz w:val="22"/>
        </w:rPr>
        <w:t>D. 4PL</w:t>
      </w:r>
    </w:p>
    <w:p/>
    <w:p>
      <w:r>
        <w:rPr>
          <w:b/>
          <w:sz w:val="24"/>
        </w:rPr>
        <w:t>Câu 5: Theo phân loại theo quá trình vận động của các dòng chảy trong chuỗi cung ứng, logistics đầu vào (inbound logistics) bao gồm các hoạt động nào?</w:t>
      </w:r>
    </w:p>
    <w:p>
      <w:pPr>
        <w:pStyle w:val="ListParagraph"/>
      </w:pPr>
      <w:r>
        <w:rPr>
          <w:sz w:val="22"/>
        </w:rPr>
        <w:t>A. Các hoạt động hỗ trợ dòng chảy từ doanh nghiệp đến khách hàng.</w:t>
      </w:r>
    </w:p>
    <w:p>
      <w:pPr>
        <w:pStyle w:val="ListParagraph"/>
      </w:pPr>
      <w:r>
        <w:rPr>
          <w:sz w:val="22"/>
        </w:rPr>
        <w:t>B. Các hoạt động hỗ trợ dòng chảy trong nội bộ doanh nghiệp.</w:t>
      </w:r>
    </w:p>
    <w:p>
      <w:pPr>
        <w:pStyle w:val="ListParagraph"/>
      </w:pPr>
      <w:r>
        <w:rPr>
          <w:sz w:val="22"/>
        </w:rPr>
        <w:t>C. Các hoạt động hỗ trợ dòng chảy từ nhà cung cấp đến doanh nghiệp.</w:t>
      </w:r>
    </w:p>
    <w:p>
      <w:pPr>
        <w:pStyle w:val="ListParagraph"/>
      </w:pPr>
      <w:r>
        <w:rPr>
          <w:sz w:val="22"/>
        </w:rPr>
        <w:t>D. Các hoạt động hỗ trợ dòng chảy ngược từ điểm tiêu thụ về điểm xuất xứ.</w:t>
      </w:r>
    </w:p>
    <w:p/>
    <w:p>
      <w:r>
        <w:rPr>
          <w:b/>
          <w:sz w:val="24"/>
        </w:rPr>
        <w:t>Câu 6: Đặc điểm nào sau đây là của logistics ngược (reverse logistics)?</w:t>
      </w:r>
    </w:p>
    <w:p>
      <w:pPr>
        <w:pStyle w:val="ListParagraph"/>
      </w:pPr>
      <w:r>
        <w:rPr>
          <w:sz w:val="22"/>
        </w:rPr>
        <w:t>A. Hỗ trợ dòng chảy từ nhà cung cấp đến doanh nghiệp.</w:t>
      </w:r>
    </w:p>
    <w:p>
      <w:pPr>
        <w:pStyle w:val="ListParagraph"/>
      </w:pPr>
      <w:r>
        <w:rPr>
          <w:sz w:val="22"/>
        </w:rPr>
        <w:t>B. Hỗ trợ dòng chảy từ doanh nghiệp đến khách hàng.</w:t>
      </w:r>
    </w:p>
    <w:p>
      <w:pPr>
        <w:pStyle w:val="ListParagraph"/>
      </w:pPr>
      <w:r>
        <w:rPr>
          <w:sz w:val="22"/>
        </w:rPr>
        <w:t>C. Hỗ trợ dòng chảy trong nội bộ doanh nghiệp.</w:t>
      </w:r>
    </w:p>
    <w:p>
      <w:pPr>
        <w:pStyle w:val="ListParagraph"/>
      </w:pPr>
      <w:r>
        <w:rPr>
          <w:sz w:val="22"/>
        </w:rPr>
        <w:t>D. Hỗ trợ dòng chảy ngược chiều từ điểm tiêu thụ đến điểm xuất xứ.</w:t>
      </w:r>
    </w:p>
    <w:p/>
    <w:p>
      <w:r>
        <w:rPr>
          <w:b/>
          <w:sz w:val="24"/>
        </w:rPr>
        <w:t>Câu 7: Theo phân loại theo hình thức dịch vụ logistics, hình thức nào có vai trò là công ty đầu mối tư vấn và kiểm soát toàn bộ các hoạt động logistics trong chuỗi cung ứng của khách hàng?</w:t>
      </w:r>
    </w:p>
    <w:p>
      <w:pPr>
        <w:pStyle w:val="ListParagraph"/>
      </w:pPr>
      <w:r>
        <w:rPr>
          <w:sz w:val="22"/>
        </w:rPr>
        <w:t>A. 1PL</w:t>
      </w:r>
    </w:p>
    <w:p>
      <w:pPr>
        <w:pStyle w:val="ListParagraph"/>
      </w:pPr>
      <w:r>
        <w:rPr>
          <w:sz w:val="22"/>
        </w:rPr>
        <w:t>B. 2PL</w:t>
      </w:r>
    </w:p>
    <w:p>
      <w:pPr>
        <w:pStyle w:val="ListParagraph"/>
      </w:pPr>
      <w:r>
        <w:rPr>
          <w:sz w:val="22"/>
        </w:rPr>
        <w:t>C. 3PL</w:t>
      </w:r>
    </w:p>
    <w:p>
      <w:pPr>
        <w:pStyle w:val="ListParagraph"/>
      </w:pPr>
      <w:r>
        <w:rPr>
          <w:sz w:val="22"/>
        </w:rPr>
        <w:t>D. 4PL</w:t>
      </w:r>
    </w:p>
    <w:p/>
    <w:p>
      <w:r>
        <w:rPr>
          <w:b/>
          <w:sz w:val="24"/>
        </w:rPr>
        <w:t>Câu 8: Đâu là một trong những vai trò của logistics đối với nền kinh tế từ góc độ quốc gia?</w:t>
      </w:r>
    </w:p>
    <w:p>
      <w:pPr>
        <w:pStyle w:val="ListParagraph"/>
      </w:pPr>
      <w:r>
        <w:rPr>
          <w:sz w:val="22"/>
        </w:rPr>
        <w:t>A. Gia tăng khả năng cạnh tranh của hàng nội địa trên thị trường quốc tế.</w:t>
      </w:r>
    </w:p>
    <w:p>
      <w:pPr>
        <w:pStyle w:val="ListParagraph"/>
      </w:pPr>
      <w:r>
        <w:rPr>
          <w:sz w:val="22"/>
        </w:rPr>
        <w:t>B. Giảm chi phí sản xuất cho doanh nghiệp.</w:t>
      </w:r>
    </w:p>
    <w:p>
      <w:pPr>
        <w:pStyle w:val="ListParagraph"/>
      </w:pPr>
      <w:r>
        <w:rPr>
          <w:sz w:val="22"/>
        </w:rPr>
        <w:t>C. Tăng lợi nhuận cho doanh nghiệp.</w:t>
      </w:r>
    </w:p>
    <w:p>
      <w:pPr>
        <w:pStyle w:val="ListParagraph"/>
      </w:pPr>
      <w:r>
        <w:rPr>
          <w:sz w:val="22"/>
        </w:rPr>
        <w:t>D. Nâng cao hiệu quả quản lý chuỗi cung ứng.</w:t>
      </w:r>
    </w:p>
    <w:p/>
    <w:p>
      <w:r>
        <w:rPr>
          <w:b/>
          <w:sz w:val="24"/>
        </w:rPr>
        <w:t>Câu 9: Theo phân loại theo đối tượng hàng hóa, logistics hàng tiêu dùng có thời hạn sử dụng ngắn được viết tắt là gì?</w:t>
      </w:r>
    </w:p>
    <w:p>
      <w:pPr>
        <w:pStyle w:val="ListParagraph"/>
      </w:pPr>
      <w:r>
        <w:rPr>
          <w:sz w:val="22"/>
        </w:rPr>
        <w:t>A. FMCG</w:t>
      </w:r>
    </w:p>
    <w:p>
      <w:pPr>
        <w:pStyle w:val="ListParagraph"/>
      </w:pPr>
      <w:r>
        <w:rPr>
          <w:sz w:val="22"/>
        </w:rPr>
        <w:t>B. FMCL</w:t>
      </w:r>
    </w:p>
    <w:p>
      <w:pPr>
        <w:pStyle w:val="ListParagraph"/>
      </w:pPr>
      <w:r>
        <w:rPr>
          <w:sz w:val="22"/>
        </w:rPr>
        <w:t>C. FMC</w:t>
      </w:r>
    </w:p>
    <w:p>
      <w:pPr>
        <w:pStyle w:val="ListParagraph"/>
      </w:pPr>
      <w:r>
        <w:rPr>
          <w:sz w:val="22"/>
        </w:rPr>
        <w:t>D. FMG</w:t>
      </w:r>
    </w:p>
    <w:p/>
    <w:p>
      <w:r>
        <w:rPr>
          <w:b/>
          <w:sz w:val="24"/>
        </w:rPr>
        <w:t>Câu 10: Hoạt động nào sau đây thuộc nhóm dịch vụ logistics cơ bản?</w:t>
      </w:r>
    </w:p>
    <w:p>
      <w:pPr>
        <w:pStyle w:val="ListParagraph"/>
      </w:pPr>
      <w:r>
        <w:rPr>
          <w:sz w:val="22"/>
        </w:rPr>
        <w:t>A. Thủ tục hải quan</w:t>
      </w:r>
    </w:p>
    <w:p>
      <w:pPr>
        <w:pStyle w:val="ListParagraph"/>
      </w:pPr>
      <w:r>
        <w:rPr>
          <w:sz w:val="22"/>
        </w:rPr>
        <w:t>B. Kho bãi dự trữ</w:t>
      </w:r>
    </w:p>
    <w:p>
      <w:pPr>
        <w:pStyle w:val="ListParagraph"/>
      </w:pPr>
      <w:r>
        <w:rPr>
          <w:sz w:val="22"/>
        </w:rPr>
        <w:t>C. Tư vấn giải pháp logistics</w:t>
      </w:r>
    </w:p>
    <w:p>
      <w:pPr>
        <w:pStyle w:val="ListParagraph"/>
      </w:pPr>
      <w:r>
        <w:rPr>
          <w:sz w:val="22"/>
        </w:rPr>
        <w:t>D. Xử lý đơn hàng</w:t>
      </w:r>
    </w:p>
    <w:p/>
    <w:p>
      <w:r>
        <w:t>──────────────────────────────────────────────────</w:t>
      </w:r>
    </w:p>
    <w:p>
      <w:r>
        <w:rPr>
          <w:b/>
        </w:rPr>
        <w:t>BẢNG ĐÁP ÁN &amp; LỜI GIẢI CHI TIẾT</w:t>
      </w:r>
    </w:p>
    <w:p>
      <w:r>
        <w:rPr>
          <w:b/>
        </w:rPr>
        <w:t>Câu 1: Đáp án đúng: A</w:t>
      </w:r>
    </w:p>
    <w:p>
      <w:r>
        <w:rPr>
          <w:b/>
        </w:rPr>
        <w:t>Câu 2: Đáp án đúng: B</w:t>
      </w:r>
    </w:p>
    <w:p>
      <w:r>
        <w:rPr>
          <w:b/>
        </w:rPr>
        <w:t>Câu 3: Đáp án đúng: C</w:t>
      </w:r>
    </w:p>
    <w:p>
      <w:r>
        <w:rPr>
          <w:b/>
        </w:rPr>
        <w:t>Câu 4: Đáp án đúng: B</w:t>
      </w:r>
    </w:p>
    <w:p>
      <w:r>
        <w:rPr>
          <w:b/>
        </w:rPr>
        <w:t>Câu 5: Đáp án đúng: C</w:t>
      </w:r>
    </w:p>
    <w:p>
      <w:r>
        <w:rPr>
          <w:b/>
        </w:rPr>
        <w:t>Câu 6: Đáp án đúng: D</w:t>
      </w:r>
    </w:p>
    <w:p>
      <w:r>
        <w:rPr>
          <w:b/>
        </w:rPr>
        <w:t>Câu 7: Đáp án đúng: D</w:t>
      </w:r>
    </w:p>
    <w:p>
      <w:r>
        <w:rPr>
          <w:b/>
        </w:rPr>
        <w:t>Câu 8: Đáp án đúng: A</w:t>
      </w:r>
    </w:p>
    <w:p>
      <w:r>
        <w:rPr>
          <w:b/>
        </w:rPr>
        <w:t>Câu 9: Đáp án đúng: A</w:t>
      </w:r>
    </w:p>
    <w:p>
      <w:r>
        <w:rPr>
          <w:b/>
        </w:rPr>
        <w:t>Câu 10: Đáp án đúng: B</w:t>
      </w:r>
    </w:p>
    <w:sectPr w:rsidR="00FC693F" w:rsidRPr="0006063C" w:rsidSect="00034616">
      <w:pgSz w:w="12240" w:h="15840"/>
      <w:pgMar w:top="1134" w:right="1134" w:bottom="1134"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