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12: Liên hợp quốc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Liên hợp quốc được thành lập vào thời gian nào?</w:t>
      </w:r>
    </w:p>
    <w:p>
      <w:pPr>
        <w:pStyle w:val="ListParagraph"/>
      </w:pPr>
      <w:r>
        <w:rPr>
          <w:sz w:val="22"/>
        </w:rPr>
        <w:t>A. 26/6/1945</w:t>
      </w:r>
    </w:p>
    <w:p>
      <w:pPr>
        <w:pStyle w:val="ListParagraph"/>
      </w:pPr>
      <w:r>
        <w:rPr>
          <w:sz w:val="22"/>
        </w:rPr>
        <w:t>B. 1/1/1942</w:t>
      </w:r>
    </w:p>
    <w:p>
      <w:pPr>
        <w:pStyle w:val="ListParagraph"/>
      </w:pPr>
      <w:r>
        <w:rPr>
          <w:sz w:val="22"/>
        </w:rPr>
        <w:t>C. 24/10/1945</w:t>
      </w:r>
    </w:p>
    <w:p>
      <w:pPr>
        <w:pStyle w:val="ListParagraph"/>
      </w:pPr>
      <w:r>
        <w:rPr>
          <w:sz w:val="22"/>
        </w:rPr>
        <w:t>D. 10/10/1945</w:t>
      </w:r>
    </w:p>
    <w:p/>
    <w:p>
      <w:r>
        <w:rPr>
          <w:b/>
          <w:sz w:val="24"/>
        </w:rPr>
        <w:t>Câu 2: Hội nghị nào đã thông qua Hiến chương Liên hợp quốc?</w:t>
      </w:r>
    </w:p>
    <w:p>
      <w:pPr>
        <w:pStyle w:val="ListParagraph"/>
      </w:pPr>
      <w:r>
        <w:rPr>
          <w:sz w:val="22"/>
        </w:rPr>
        <w:t>A. Hội nghị Ianta</w:t>
      </w:r>
    </w:p>
    <w:p>
      <w:pPr>
        <w:pStyle w:val="ListParagraph"/>
      </w:pPr>
      <w:r>
        <w:rPr>
          <w:sz w:val="22"/>
        </w:rPr>
        <w:t>B. Hội nghị Xan Phranxixcô</w:t>
      </w:r>
    </w:p>
    <w:p>
      <w:pPr>
        <w:pStyle w:val="ListParagraph"/>
      </w:pPr>
      <w:r>
        <w:rPr>
          <w:sz w:val="22"/>
        </w:rPr>
        <w:t>C. Hội nghị Pari</w:t>
      </w:r>
    </w:p>
    <w:p>
      <w:pPr>
        <w:pStyle w:val="ListParagraph"/>
      </w:pPr>
      <w:r>
        <w:rPr>
          <w:sz w:val="22"/>
        </w:rPr>
        <w:t>D. Hội nghị Pốtxđam</w:t>
      </w:r>
    </w:p>
    <w:p/>
    <w:p>
      <w:r>
        <w:rPr>
          <w:b/>
          <w:sz w:val="24"/>
        </w:rPr>
        <w:t>Câu 3: Một trong những mục tiêu chính của Liên hợp quốc là gì?</w:t>
      </w:r>
    </w:p>
    <w:p>
      <w:pPr>
        <w:pStyle w:val="ListParagraph"/>
      </w:pPr>
      <w:r>
        <w:rPr>
          <w:sz w:val="22"/>
        </w:rPr>
        <w:t>A. Thúc đẩy chiến tranh lạnh</w:t>
      </w:r>
    </w:p>
    <w:p>
      <w:pPr>
        <w:pStyle w:val="ListParagraph"/>
      </w:pPr>
      <w:r>
        <w:rPr>
          <w:sz w:val="22"/>
        </w:rPr>
        <w:t>B. Phân chia thuộc địa giữa các nước lớn</w:t>
      </w:r>
    </w:p>
    <w:p>
      <w:pPr>
        <w:pStyle w:val="ListParagraph"/>
      </w:pPr>
      <w:r>
        <w:rPr>
          <w:sz w:val="22"/>
        </w:rPr>
        <w:t>C. Duy trì hòa bình và an ninh thế giới</w:t>
      </w:r>
    </w:p>
    <w:p>
      <w:pPr>
        <w:pStyle w:val="ListParagraph"/>
      </w:pPr>
      <w:r>
        <w:rPr>
          <w:sz w:val="22"/>
        </w:rPr>
        <w:t>D. Thành lập các liên minh quân sự</w:t>
      </w:r>
    </w:p>
    <w:p/>
    <w:p>
      <w:r>
        <w:rPr>
          <w:b/>
          <w:sz w:val="24"/>
        </w:rPr>
        <w:t>Câu 4: Cơ quan nào của Liên hợp quốc có vai trò chính trong việc duy trì hòa bình và an ninh thế giới?</w:t>
      </w:r>
    </w:p>
    <w:p>
      <w:pPr>
        <w:pStyle w:val="ListParagraph"/>
      </w:pPr>
      <w:r>
        <w:rPr>
          <w:sz w:val="22"/>
        </w:rPr>
        <w:t>A. Hội đồng Bảo an</w:t>
      </w:r>
    </w:p>
    <w:p>
      <w:pPr>
        <w:pStyle w:val="ListParagraph"/>
      </w:pPr>
      <w:r>
        <w:rPr>
          <w:sz w:val="22"/>
        </w:rPr>
        <w:t>B. Hội đồng Kinh tế và Xã hội</w:t>
      </w:r>
    </w:p>
    <w:p>
      <w:pPr>
        <w:pStyle w:val="ListParagraph"/>
      </w:pPr>
      <w:r>
        <w:rPr>
          <w:sz w:val="22"/>
        </w:rPr>
        <w:t>C. Tòa án Quốc tế</w:t>
      </w:r>
    </w:p>
    <w:p>
      <w:pPr>
        <w:pStyle w:val="ListParagraph"/>
      </w:pPr>
      <w:r>
        <w:rPr>
          <w:sz w:val="22"/>
        </w:rPr>
        <w:t>D. Đại hội đồng</w:t>
      </w:r>
    </w:p>
    <w:p/>
    <w:p>
      <w:r>
        <w:rPr>
          <w:b/>
          <w:sz w:val="24"/>
        </w:rPr>
        <w:t>Câu 5: Hiện nay, Liên hợp quốc có bao nhiêu thành viên?</w:t>
      </w:r>
    </w:p>
    <w:p>
      <w:pPr>
        <w:pStyle w:val="ListParagraph"/>
      </w:pPr>
      <w:r>
        <w:rPr>
          <w:sz w:val="22"/>
        </w:rPr>
        <w:t>A. 194</w:t>
      </w:r>
    </w:p>
    <w:p>
      <w:pPr>
        <w:pStyle w:val="ListParagraph"/>
      </w:pPr>
      <w:r>
        <w:rPr>
          <w:sz w:val="22"/>
        </w:rPr>
        <w:t>B. 192</w:t>
      </w:r>
    </w:p>
    <w:p>
      <w:pPr>
        <w:pStyle w:val="ListParagraph"/>
      </w:pPr>
      <w:r>
        <w:rPr>
          <w:sz w:val="22"/>
        </w:rPr>
        <w:t>C. 191</w:t>
      </w:r>
    </w:p>
    <w:p>
      <w:pPr>
        <w:pStyle w:val="ListParagraph"/>
      </w:pPr>
      <w:r>
        <w:rPr>
          <w:sz w:val="22"/>
        </w:rPr>
        <w:t>D. 193</w:t>
      </w:r>
    </w:p>
    <w:p/>
    <w:p>
      <w:r>
        <w:rPr>
          <w:b/>
          <w:sz w:val="24"/>
        </w:rPr>
        <w:t>Câu 6: Việt Nam chính thức gia nhập Liên hợp quốc vào năm nào?</w:t>
      </w:r>
    </w:p>
    <w:p>
      <w:pPr>
        <w:pStyle w:val="ListParagraph"/>
      </w:pPr>
      <w:r>
        <w:rPr>
          <w:sz w:val="22"/>
        </w:rPr>
        <w:t>A. 1976</w:t>
      </w:r>
    </w:p>
    <w:p>
      <w:pPr>
        <w:pStyle w:val="ListParagraph"/>
      </w:pPr>
      <w:r>
        <w:rPr>
          <w:sz w:val="22"/>
        </w:rPr>
        <w:t>B. 1977</w:t>
      </w:r>
    </w:p>
    <w:p>
      <w:pPr>
        <w:pStyle w:val="ListParagraph"/>
      </w:pPr>
      <w:r>
        <w:rPr>
          <w:sz w:val="22"/>
        </w:rPr>
        <w:t>C. 1975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7: Cơ quan nào của Liên hợp quốc gồm đại diện tất cả các nước thành viên, mỗi nước có một phiếu bầu?</w:t>
      </w:r>
    </w:p>
    <w:p>
      <w:pPr>
        <w:pStyle w:val="ListParagraph"/>
      </w:pPr>
      <w:r>
        <w:rPr>
          <w:sz w:val="22"/>
        </w:rPr>
        <w:t>A. Ban Thư ký</w:t>
      </w:r>
    </w:p>
    <w:p>
      <w:pPr>
        <w:pStyle w:val="ListParagraph"/>
      </w:pPr>
      <w:r>
        <w:rPr>
          <w:sz w:val="22"/>
        </w:rPr>
        <w:t>B. Hội đồng Quản thác</w:t>
      </w:r>
    </w:p>
    <w:p>
      <w:pPr>
        <w:pStyle w:val="ListParagraph"/>
      </w:pPr>
      <w:r>
        <w:rPr>
          <w:sz w:val="22"/>
        </w:rPr>
        <w:t>C. Đại hội đồng</w:t>
      </w:r>
    </w:p>
    <w:p>
      <w:pPr>
        <w:pStyle w:val="ListParagraph"/>
      </w:pPr>
      <w:r>
        <w:rPr>
          <w:sz w:val="22"/>
        </w:rPr>
        <w:t>D. Hội đồng Bảo an</w:t>
      </w:r>
    </w:p>
    <w:p/>
    <w:p>
      <w:r>
        <w:rPr>
          <w:b/>
          <w:sz w:val="24"/>
        </w:rPr>
        <w:t>Câu 8: Một trong những nguyên tắc hoạt động của Liên hợp quốc là gì?</w:t>
      </w:r>
    </w:p>
    <w:p>
      <w:pPr>
        <w:pStyle w:val="ListParagraph"/>
      </w:pPr>
      <w:r>
        <w:rPr>
          <w:sz w:val="22"/>
        </w:rPr>
        <w:t>A. Can thiệp vào công việc nội bộ của các nước</w:t>
      </w:r>
    </w:p>
    <w:p>
      <w:pPr>
        <w:pStyle w:val="ListParagraph"/>
      </w:pPr>
      <w:r>
        <w:rPr>
          <w:sz w:val="22"/>
        </w:rPr>
        <w:t>B. Thành lập các khối quân sự đối lập</w:t>
      </w:r>
    </w:p>
    <w:p>
      <w:pPr>
        <w:pStyle w:val="ListParagraph"/>
      </w:pPr>
      <w:r>
        <w:rPr>
          <w:sz w:val="22"/>
        </w:rPr>
        <w:t>C. Bình đẳng chủ quyền giữa các quốc gia</w:t>
      </w:r>
    </w:p>
    <w:p>
      <w:pPr>
        <w:pStyle w:val="ListParagraph"/>
      </w:pPr>
      <w:r>
        <w:rPr>
          <w:sz w:val="22"/>
        </w:rPr>
        <w:t>D. Sử dụng vũ lực để giải quyết tranh chấp</w:t>
      </w:r>
    </w:p>
    <w:p/>
    <w:p>
      <w:r>
        <w:rPr>
          <w:b/>
          <w:sz w:val="24"/>
        </w:rPr>
        <w:t>Câu 9: Tổ chức nào sau đây là cơ quan chuyên môn của Liên hợp quốc?</w:t>
      </w:r>
    </w:p>
    <w:p>
      <w:pPr>
        <w:pStyle w:val="ListParagraph"/>
      </w:pPr>
      <w:r>
        <w:rPr>
          <w:sz w:val="22"/>
        </w:rPr>
        <w:t>A. ASEAN</w:t>
      </w:r>
    </w:p>
    <w:p>
      <w:pPr>
        <w:pStyle w:val="ListParagraph"/>
      </w:pPr>
      <w:r>
        <w:rPr>
          <w:sz w:val="22"/>
        </w:rPr>
        <w:t>B. UNESCO</w:t>
      </w:r>
    </w:p>
    <w:p>
      <w:pPr>
        <w:pStyle w:val="ListParagraph"/>
      </w:pPr>
      <w:r>
        <w:rPr>
          <w:sz w:val="22"/>
        </w:rPr>
        <w:t>C. WTO</w:t>
      </w:r>
    </w:p>
    <w:p>
      <w:pPr>
        <w:pStyle w:val="ListParagraph"/>
      </w:pPr>
      <w:r>
        <w:rPr>
          <w:sz w:val="22"/>
        </w:rPr>
        <w:t>D. OPEC</w:t>
      </w:r>
    </w:p>
    <w:p/>
    <w:p>
      <w:r>
        <w:rPr>
          <w:b/>
          <w:sz w:val="24"/>
        </w:rPr>
        <w:t>Câu 10: Vai trò quan trọng của Liên hợp quốc trong quan hệ quốc tế hiện nay là gì?</w:t>
      </w:r>
    </w:p>
    <w:p>
      <w:pPr>
        <w:pStyle w:val="ListParagraph"/>
      </w:pPr>
      <w:r>
        <w:rPr>
          <w:sz w:val="22"/>
        </w:rPr>
        <w:t>A. Là diễn đàn hợp tác quốc tế lớn nhất</w:t>
      </w:r>
    </w:p>
    <w:p>
      <w:pPr>
        <w:pStyle w:val="ListParagraph"/>
      </w:pPr>
      <w:r>
        <w:rPr>
          <w:sz w:val="22"/>
        </w:rPr>
        <w:t>B. Là cơ quan lập pháp chung của thế giới</w:t>
      </w:r>
    </w:p>
    <w:p>
      <w:pPr>
        <w:pStyle w:val="ListParagraph"/>
      </w:pPr>
      <w:r>
        <w:rPr>
          <w:sz w:val="22"/>
        </w:rPr>
        <w:t>C. Là tổ chức kinh tế duy nhất toàn cầu</w:t>
      </w:r>
    </w:p>
    <w:p>
      <w:pPr>
        <w:pStyle w:val="ListParagraph"/>
      </w:pPr>
      <w:r>
        <w:rPr>
          <w:sz w:val="22"/>
        </w:rPr>
        <w:t>D. Là tổ chức quân sự toàn cầu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Liên hợp quốc chính thức thành lập ngày 24/10/1945 khi Hiến chương Liên hợp quốc có hiệu lực.</w:t>
      </w:r>
    </w:p>
    <w:p>
      <w:r>
        <w:rPr>
          <w:b/>
        </w:rPr>
        <w:t>Câu 2: Đáp án đúng: B</w:t>
      </w:r>
    </w:p>
    <w:p>
      <w:r>
        <w:rPr>
          <w:i/>
        </w:rPr>
        <w:t>Giải thích: Hội nghị Xan Phranxixcô (Mỹ) đã thông qua Hiến chương Liên hợp quốc ngày 26/6/1945.</w:t>
      </w:r>
    </w:p>
    <w:p>
      <w:r>
        <w:rPr>
          <w:b/>
        </w:rPr>
        <w:t>Câu 3: Đáp án đúng: C</w:t>
      </w:r>
    </w:p>
    <w:p>
      <w:r>
        <w:rPr>
          <w:i/>
        </w:rPr>
        <w:t>Giải thích: Mục tiêu hàng đầu của Liên hợp quốc là duy trì hòa bình và an ninh thế giới.</w:t>
      </w:r>
    </w:p>
    <w:p>
      <w:r>
        <w:rPr>
          <w:b/>
        </w:rPr>
        <w:t>Câu 4: Đáp án đúng: A</w:t>
      </w:r>
    </w:p>
    <w:p>
      <w:r>
        <w:rPr>
          <w:i/>
        </w:rPr>
        <w:t>Giải thích: Hội đồng Bảo an chịu trách nhiệm chính trong việc duy trì hòa bình và an ninh thế giới.</w:t>
      </w:r>
    </w:p>
    <w:p>
      <w:r>
        <w:rPr>
          <w:b/>
        </w:rPr>
        <w:t>Câu 5: Đáp án đúng: D</w:t>
      </w:r>
    </w:p>
    <w:p>
      <w:r>
        <w:rPr>
          <w:i/>
        </w:rPr>
        <w:t>Giải thích: Tính đến nay, Liên hợp quốc có 193 quốc gia thành viên.</w:t>
      </w:r>
    </w:p>
    <w:p>
      <w:r>
        <w:rPr>
          <w:b/>
        </w:rPr>
        <w:t>Câu 6: Đáp án đúng: B</w:t>
      </w:r>
    </w:p>
    <w:p>
      <w:r>
        <w:rPr>
          <w:i/>
        </w:rPr>
        <w:t>Giải thích: Việt Nam chính thức trở thành thành viên Liên hợp quốc ngày 20/9/1977.</w:t>
      </w:r>
    </w:p>
    <w:p>
      <w:r>
        <w:rPr>
          <w:b/>
        </w:rPr>
        <w:t>Câu 7: Đáp án đúng: C</w:t>
      </w:r>
    </w:p>
    <w:p>
      <w:r>
        <w:rPr>
          <w:i/>
        </w:rPr>
        <w:t>Giải thích: Đại hội đồng gồm đại diện tất cả các nước thành viên, mỗi nước có một phiếu bầu.</w:t>
      </w:r>
    </w:p>
    <w:p>
      <w:r>
        <w:rPr>
          <w:b/>
        </w:rPr>
        <w:t>Câu 8: Đáp án đúng: C</w:t>
      </w:r>
    </w:p>
    <w:p>
      <w:r>
        <w:rPr>
          <w:i/>
        </w:rPr>
        <w:t>Giải thích: Liên hợp quốc hoạt động dựa trên nguyên tắc bình đẳng chủ quyền giữa các quốc gia.</w:t>
      </w:r>
    </w:p>
    <w:p>
      <w:r>
        <w:rPr>
          <w:b/>
        </w:rPr>
        <w:t>Câu 9: Đáp án đúng: B</w:t>
      </w:r>
    </w:p>
    <w:p>
      <w:r>
        <w:rPr>
          <w:i/>
        </w:rPr>
        <w:t>Giải thích: UNESCO (Tổ chức Giáo dục, Khoa học và Văn hóa Liên hợp quốc) là cơ quan chuyên môn của Liên hợp quốc.</w:t>
      </w:r>
    </w:p>
    <w:p>
      <w:r>
        <w:rPr>
          <w:b/>
        </w:rPr>
        <w:t>Câu 10: Đáp án đúng: A</w:t>
      </w:r>
    </w:p>
    <w:p>
      <w:r>
        <w:rPr>
          <w:i/>
        </w:rPr>
        <w:t>Giải thích: Liên hợp quốc là diễn đàn hợp tác quốc tế lớn nhất, góp phần duy trì hòa bình và thúc đẩy phát triển.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