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1 - Ôn tập tổng hợp kiến thức Toán lớp 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lớn nhất có một chữ số là số nào?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2: Kết quả của phép tính 5 + 3 là bao nhiêu?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3: Kết quả của phép tính 10 - 4 là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4: Trong các số sau, số nào bé hơn 7?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5: Số nào còn thiếu trong dãy số sau: 2, 4, 6, ..., 10?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6: Có 3 quả táo, thêm 2 quả táo nữa. Hỏi có tất cả bao nhiêu quả táo?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7: Hình tam giác có mấy cạnh?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8: Kết quả của phép tính 2 + 2 + 2 là bao nhiêu?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9: Số liền sau của số 9 là số nào?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10: Kết quả của phép tính 7 - 3 + 2 là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4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