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... are brave men and women who risk their lives t</w:t>
      </w:r>
    </w:p>
    <w:p>
      <w:pPr>
        <w:jc w:val="center"/>
      </w:pPr>
      <w:r>
        <w:rPr>
          <w:sz w:val="22"/>
        </w:rPr>
        <w:t>Số câu: 52    Thời gian: _____ phút    Họ và tên: _________________________</w:t>
      </w:r>
    </w:p>
    <w:p/>
    <w:p>
      <w:r>
        <w:rPr>
          <w:b/>
          <w:sz w:val="24"/>
        </w:rPr>
        <w:t>Câu 1: ... are brave men and women who risk their lives to save others from fires.</w:t>
      </w:r>
    </w:p>
    <w:p>
      <w:pPr>
        <w:pStyle w:val="ListParagraph"/>
      </w:pPr>
      <w:r>
        <w:rPr>
          <w:sz w:val="22"/>
        </w:rPr>
        <w:t>A. Police officers</w:t>
      </w:r>
    </w:p>
    <w:p>
      <w:pPr>
        <w:pStyle w:val="ListParagraph"/>
      </w:pPr>
      <w:r>
        <w:rPr>
          <w:sz w:val="22"/>
        </w:rPr>
        <w:t>B. Garbage collectors</w:t>
      </w:r>
    </w:p>
    <w:p>
      <w:pPr>
        <w:pStyle w:val="ListParagraph"/>
      </w:pPr>
      <w:r>
        <w:rPr>
          <w:sz w:val="22"/>
        </w:rPr>
        <w:t>C. Firefighters</w:t>
      </w:r>
    </w:p>
    <w:p>
      <w:pPr>
        <w:pStyle w:val="ListParagraph"/>
      </w:pPr>
      <w:r>
        <w:rPr>
          <w:sz w:val="22"/>
        </w:rPr>
        <w:t>D. Electricians</w:t>
      </w:r>
    </w:p>
    <w:p/>
    <w:p>
      <w:r>
        <w:rPr>
          <w:b/>
          <w:sz w:val="24"/>
        </w:rPr>
        <w:t>Câu 2: A(n) ... brings packages and deliveries to your door.</w:t>
      </w:r>
    </w:p>
    <w:p>
      <w:pPr>
        <w:pStyle w:val="ListParagraph"/>
      </w:pPr>
      <w:r>
        <w:rPr>
          <w:sz w:val="22"/>
        </w:rPr>
        <w:t>A. delivery person</w:t>
      </w:r>
    </w:p>
    <w:p>
      <w:pPr>
        <w:pStyle w:val="ListParagraph"/>
      </w:pPr>
      <w:r>
        <w:rPr>
          <w:sz w:val="22"/>
        </w:rPr>
        <w:t>B. police officer</w:t>
      </w:r>
    </w:p>
    <w:p>
      <w:pPr>
        <w:pStyle w:val="ListParagraph"/>
      </w:pPr>
      <w:r>
        <w:rPr>
          <w:sz w:val="22"/>
        </w:rPr>
        <w:t>C. firefighter</w:t>
      </w:r>
    </w:p>
    <w:p>
      <w:pPr>
        <w:pStyle w:val="ListParagraph"/>
      </w:pPr>
      <w:r>
        <w:rPr>
          <w:sz w:val="22"/>
        </w:rPr>
        <w:t>D. electrician</w:t>
      </w:r>
    </w:p>
    <w:p/>
    <w:p>
      <w:r>
        <w:rPr>
          <w:b/>
          <w:sz w:val="24"/>
        </w:rPr>
        <w:t>Câu 3: The villagers always ... their traditional weaving techniques.</w:t>
      </w:r>
    </w:p>
    <w:p>
      <w:pPr>
        <w:pStyle w:val="ListParagraph"/>
      </w:pPr>
      <w:r>
        <w:rPr>
          <w:sz w:val="22"/>
        </w:rPr>
        <w:t>A. shorten</w:t>
      </w:r>
    </w:p>
    <w:p>
      <w:pPr>
        <w:pStyle w:val="ListParagraph"/>
      </w:pPr>
      <w:r>
        <w:rPr>
          <w:sz w:val="22"/>
        </w:rPr>
        <w:t>B. preserve</w:t>
      </w:r>
    </w:p>
    <w:p>
      <w:pPr>
        <w:pStyle w:val="ListParagraph"/>
      </w:pPr>
      <w:r>
        <w:rPr>
          <w:sz w:val="22"/>
        </w:rPr>
        <w:t>C. delay</w:t>
      </w:r>
    </w:p>
    <w:p>
      <w:pPr>
        <w:pStyle w:val="ListParagraph"/>
      </w:pPr>
      <w:r>
        <w:rPr>
          <w:sz w:val="22"/>
        </w:rPr>
        <w:t>D. remind</w:t>
      </w:r>
    </w:p>
    <w:p/>
    <w:p>
      <w:r>
        <w:rPr>
          <w:b/>
          <w:sz w:val="24"/>
        </w:rPr>
        <w:t>Câu 4: If you have a problem with your light system, you should call a(n) ...</w:t>
      </w:r>
    </w:p>
    <w:p>
      <w:pPr>
        <w:pStyle w:val="ListParagraph"/>
      </w:pPr>
      <w:r>
        <w:rPr>
          <w:sz w:val="22"/>
        </w:rPr>
        <w:t>A. electrician</w:t>
      </w:r>
    </w:p>
    <w:p>
      <w:pPr>
        <w:pStyle w:val="ListParagraph"/>
      </w:pPr>
      <w:r>
        <w:rPr>
          <w:sz w:val="22"/>
        </w:rPr>
        <w:t>B. garbage collector</w:t>
      </w:r>
    </w:p>
    <w:p>
      <w:pPr>
        <w:pStyle w:val="ListParagraph"/>
      </w:pPr>
      <w:r>
        <w:rPr>
          <w:sz w:val="22"/>
        </w:rPr>
        <w:t>C. delivery person</w:t>
      </w:r>
    </w:p>
    <w:p>
      <w:pPr>
        <w:pStyle w:val="ListParagraph"/>
      </w:pPr>
      <w:r>
        <w:rPr>
          <w:sz w:val="22"/>
        </w:rPr>
        <w:t>D. police officer</w:t>
      </w:r>
    </w:p>
    <w:p/>
    <w:p>
      <w:r>
        <w:rPr>
          <w:b/>
          <w:sz w:val="24"/>
        </w:rPr>
        <w:t>Câu 5: Local ... can attract visitors from all over the world.</w:t>
      </w:r>
    </w:p>
    <w:p>
      <w:pPr>
        <w:pStyle w:val="ListParagraph"/>
      </w:pPr>
      <w:r>
        <w:rPr>
          <w:sz w:val="22"/>
        </w:rPr>
        <w:t>A. handicraft</w:t>
      </w:r>
    </w:p>
    <w:p>
      <w:pPr>
        <w:pStyle w:val="ListParagraph"/>
      </w:pPr>
      <w:r>
        <w:rPr>
          <w:sz w:val="22"/>
        </w:rPr>
        <w:t>B. tourist attractions</w:t>
      </w:r>
    </w:p>
    <w:p>
      <w:pPr>
        <w:pStyle w:val="ListParagraph"/>
      </w:pPr>
      <w:r>
        <w:rPr>
          <w:sz w:val="22"/>
        </w:rPr>
        <w:t>C. community</w:t>
      </w:r>
    </w:p>
    <w:p>
      <w:pPr>
        <w:pStyle w:val="ListParagraph"/>
      </w:pPr>
      <w:r>
        <w:rPr>
          <w:sz w:val="22"/>
        </w:rPr>
        <w:t>D. facilities</w:t>
      </w:r>
    </w:p>
    <w:p/>
    <w:p>
      <w:r>
        <w:rPr>
          <w:b/>
          <w:sz w:val="24"/>
        </w:rPr>
        <w:t>Câu 6: The area is known as a ... because of all the tall buildings and lack of green spaces.</w:t>
      </w:r>
    </w:p>
    <w:p>
      <w:pPr>
        <w:pStyle w:val="ListParagraph"/>
      </w:pPr>
      <w:r>
        <w:rPr>
          <w:sz w:val="22"/>
        </w:rPr>
        <w:t>A. public amenity</w:t>
      </w:r>
    </w:p>
    <w:p>
      <w:pPr>
        <w:pStyle w:val="ListParagraph"/>
      </w:pPr>
      <w:r>
        <w:rPr>
          <w:sz w:val="22"/>
        </w:rPr>
        <w:t>B. entertainment center</w:t>
      </w:r>
    </w:p>
    <w:p>
      <w:pPr>
        <w:pStyle w:val="ListParagraph"/>
      </w:pPr>
      <w:r>
        <w:rPr>
          <w:sz w:val="22"/>
        </w:rPr>
        <w:t>C. concrete jungle</w:t>
      </w:r>
    </w:p>
    <w:p>
      <w:pPr>
        <w:pStyle w:val="ListParagraph"/>
      </w:pPr>
      <w:r>
        <w:rPr>
          <w:sz w:val="22"/>
        </w:rPr>
        <w:t>D. construction site</w:t>
      </w:r>
    </w:p>
    <w:p/>
    <w:p>
      <w:r>
        <w:rPr>
          <w:b/>
          <w:sz w:val="24"/>
        </w:rPr>
        <w:t>Câu 7: My mother always picks me ... after school.</w:t>
      </w:r>
    </w:p>
    <w:p>
      <w:pPr>
        <w:pStyle w:val="ListParagraph"/>
      </w:pPr>
      <w:r>
        <w:rPr>
          <w:sz w:val="22"/>
        </w:rPr>
        <w:t>A. by</w:t>
      </w:r>
    </w:p>
    <w:p>
      <w:pPr>
        <w:pStyle w:val="ListParagraph"/>
      </w:pPr>
      <w:r>
        <w:rPr>
          <w:sz w:val="22"/>
        </w:rPr>
        <w:t>B. up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out</w:t>
      </w:r>
    </w:p>
    <w:p/>
    <w:p>
      <w:r>
        <w:rPr>
          <w:b/>
          <w:sz w:val="24"/>
        </w:rPr>
        <w:t>Câu 8: Having a balanced life is good ... your health.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with</w:t>
      </w:r>
    </w:p>
    <w:p/>
    <w:p>
      <w:r>
        <w:rPr>
          <w:b/>
          <w:sz w:val="24"/>
        </w:rPr>
        <w:t>Câu 9: Would you like me to take care of your pet this weekend? – ...</w:t>
      </w:r>
    </w:p>
    <w:p>
      <w:pPr>
        <w:pStyle w:val="ListParagraph"/>
      </w:pPr>
      <w:r>
        <w:rPr>
          <w:sz w:val="22"/>
        </w:rPr>
        <w:t>A. Let's go.</w:t>
      </w:r>
    </w:p>
    <w:p>
      <w:pPr>
        <w:pStyle w:val="ListParagraph"/>
      </w:pPr>
      <w:r>
        <w:rPr>
          <w:sz w:val="22"/>
        </w:rPr>
        <w:t>B. Go ahead.</w:t>
      </w:r>
    </w:p>
    <w:p>
      <w:pPr>
        <w:pStyle w:val="ListParagraph"/>
      </w:pPr>
      <w:r>
        <w:rPr>
          <w:sz w:val="22"/>
        </w:rPr>
        <w:t>C. Thanks.</w:t>
      </w:r>
    </w:p>
    <w:p>
      <w:pPr>
        <w:pStyle w:val="ListParagraph"/>
      </w:pPr>
      <w:r>
        <w:rPr>
          <w:sz w:val="22"/>
        </w:rPr>
        <w:t>D. You're welcome.</w:t>
      </w:r>
    </w:p>
    <w:p/>
    <w:p>
      <w:r>
        <w:rPr>
          <w:b/>
          <w:sz w:val="24"/>
        </w:rPr>
        <w:t>Câu 10: Let's discuss ... to improve our community garden.</w:t>
      </w:r>
    </w:p>
    <w:p>
      <w:pPr>
        <w:pStyle w:val="ListParagraph"/>
      </w:pPr>
      <w:r>
        <w:rPr>
          <w:sz w:val="22"/>
        </w:rPr>
        <w:t>A. when</w:t>
      </w:r>
    </w:p>
    <w:p>
      <w:pPr>
        <w:pStyle w:val="ListParagraph"/>
      </w:pPr>
      <w:r>
        <w:rPr>
          <w:sz w:val="22"/>
        </w:rPr>
        <w:t>B. where</w:t>
      </w:r>
    </w:p>
    <w:p>
      <w:pPr>
        <w:pStyle w:val="ListParagraph"/>
      </w:pPr>
      <w:r>
        <w:rPr>
          <w:sz w:val="22"/>
        </w:rPr>
        <w:t>C. why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11: We're not sure ... to place the new benches in the square.</w:t>
      </w:r>
    </w:p>
    <w:p>
      <w:pPr>
        <w:pStyle w:val="ListParagraph"/>
      </w:pPr>
      <w:r>
        <w:rPr>
          <w:sz w:val="22"/>
        </w:rPr>
        <w:t>A. where</w:t>
      </w:r>
    </w:p>
    <w:p>
      <w:pPr>
        <w:pStyle w:val="ListParagraph"/>
      </w:pPr>
      <w:r>
        <w:rPr>
          <w:sz w:val="22"/>
        </w:rPr>
        <w:t>B. which</w:t>
      </w:r>
    </w:p>
    <w:p>
      <w:pPr>
        <w:pStyle w:val="ListParagraph"/>
      </w:pPr>
      <w:r>
        <w:rPr>
          <w:sz w:val="22"/>
        </w:rPr>
        <w:t>C. what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12: Tell me ... to bring to the community potluck dinner next Saturday.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when</w:t>
      </w:r>
    </w:p>
    <w:p>
      <w:pPr>
        <w:pStyle w:val="ListParagraph"/>
      </w:pPr>
      <w:r>
        <w:rPr>
          <w:sz w:val="22"/>
        </w:rPr>
        <w:t>C. how</w:t>
      </w:r>
    </w:p>
    <w:p>
      <w:pPr>
        <w:pStyle w:val="ListParagraph"/>
      </w:pPr>
      <w:r>
        <w:rPr>
          <w:sz w:val="22"/>
        </w:rPr>
        <w:t>D. why</w:t>
      </w:r>
    </w:p>
    <w:p/>
    <w:p>
      <w:r>
        <w:rPr>
          <w:b/>
          <w:sz w:val="24"/>
        </w:rPr>
        <w:t>Câu 13: He wondered when ... the weekly meetings at the local community center.</w:t>
      </w:r>
    </w:p>
    <w:p>
      <w:pPr>
        <w:pStyle w:val="ListParagraph"/>
      </w:pPr>
      <w:r>
        <w:rPr>
          <w:sz w:val="22"/>
        </w:rPr>
        <w:t>A. attend</w:t>
      </w:r>
    </w:p>
    <w:p>
      <w:pPr>
        <w:pStyle w:val="ListParagraph"/>
      </w:pPr>
      <w:r>
        <w:rPr>
          <w:sz w:val="22"/>
        </w:rPr>
        <w:t>B. to attend</w:t>
      </w:r>
    </w:p>
    <w:p>
      <w:pPr>
        <w:pStyle w:val="ListParagraph"/>
      </w:pPr>
      <w:r>
        <w:rPr>
          <w:sz w:val="22"/>
        </w:rPr>
        <w:t>C. attending</w:t>
      </w:r>
    </w:p>
    <w:p>
      <w:pPr>
        <w:pStyle w:val="ListParagraph"/>
      </w:pPr>
      <w:r>
        <w:rPr>
          <w:sz w:val="22"/>
        </w:rPr>
        <w:t>D. to attending</w:t>
      </w:r>
    </w:p>
    <w:p/>
    <w:p>
      <w:r>
        <w:rPr>
          <w:b/>
          <w:sz w:val="24"/>
        </w:rPr>
        <w:t>Câu 14: If you want to stay healthy, you ... eat too much junk food.</w:t>
      </w:r>
    </w:p>
    <w:p>
      <w:pPr>
        <w:pStyle w:val="ListParagraph"/>
      </w:pPr>
      <w:r>
        <w:rPr>
          <w:sz w:val="22"/>
        </w:rPr>
        <w:t>A. shouldn't</w:t>
      </w:r>
    </w:p>
    <w:p>
      <w:pPr>
        <w:pStyle w:val="ListParagraph"/>
      </w:pPr>
      <w:r>
        <w:rPr>
          <w:sz w:val="22"/>
        </w:rPr>
        <w:t>B. won't</w:t>
      </w:r>
    </w:p>
    <w:p>
      <w:pPr>
        <w:pStyle w:val="ListParagraph"/>
      </w:pPr>
      <w:r>
        <w:rPr>
          <w:sz w:val="22"/>
        </w:rPr>
        <w:t>C. can't</w:t>
      </w:r>
    </w:p>
    <w:p>
      <w:pPr>
        <w:pStyle w:val="ListParagraph"/>
      </w:pPr>
      <w:r>
        <w:rPr>
          <w:sz w:val="22"/>
        </w:rPr>
        <w:t>D. might not</w:t>
      </w:r>
    </w:p>
    <w:p/>
    <w:p>
      <w:r>
        <w:rPr>
          <w:b/>
          <w:sz w:val="24"/>
        </w:rPr>
        <w:t>Câu 15: If I get the job offer today, I ... accept it and start working on Monday.</w:t>
      </w:r>
    </w:p>
    <w:p>
      <w:pPr>
        <w:pStyle w:val="ListParagraph"/>
      </w:pPr>
      <w:r>
        <w:rPr>
          <w:sz w:val="22"/>
        </w:rPr>
        <w:t>A. should</w:t>
      </w:r>
    </w:p>
    <w:p>
      <w:pPr>
        <w:pStyle w:val="ListParagraph"/>
      </w:pPr>
      <w:r>
        <w:rPr>
          <w:sz w:val="22"/>
        </w:rPr>
        <w:t>B. might</w:t>
      </w:r>
    </w:p>
    <w:p>
      <w:pPr>
        <w:pStyle w:val="ListParagraph"/>
      </w:pPr>
      <w:r>
        <w:rPr>
          <w:sz w:val="22"/>
        </w:rPr>
        <w:t>C. need</w:t>
      </w:r>
    </w:p>
    <w:p>
      <w:pPr>
        <w:pStyle w:val="ListParagraph"/>
      </w:pPr>
      <w:r>
        <w:rPr>
          <w:sz w:val="22"/>
        </w:rPr>
        <w:t>D. must</w:t>
      </w:r>
    </w:p>
    <w:p/>
    <w:p>
      <w:r>
        <w:rPr>
          <w:b/>
          <w:sz w:val="24"/>
        </w:rPr>
        <w:t>Câu 16: If you want to have a well-balanced life, you ... stay up too late.</w:t>
      </w:r>
    </w:p>
    <w:p>
      <w:pPr>
        <w:pStyle w:val="ListParagraph"/>
      </w:pPr>
      <w:r>
        <w:rPr>
          <w:sz w:val="22"/>
        </w:rPr>
        <w:t>A. won't</w:t>
      </w:r>
    </w:p>
    <w:p>
      <w:pPr>
        <w:pStyle w:val="ListParagraph"/>
      </w:pPr>
      <w:r>
        <w:rPr>
          <w:sz w:val="22"/>
        </w:rPr>
        <w:t>B. may not</w:t>
      </w:r>
    </w:p>
    <w:p>
      <w:pPr>
        <w:pStyle w:val="ListParagraph"/>
      </w:pPr>
      <w:r>
        <w:rPr>
          <w:sz w:val="22"/>
        </w:rPr>
        <w:t>C. might not</w:t>
      </w:r>
    </w:p>
    <w:p>
      <w:pPr>
        <w:pStyle w:val="ListParagraph"/>
      </w:pPr>
      <w:r>
        <w:rPr>
          <w:sz w:val="22"/>
        </w:rPr>
        <w:t>D. shouldn't</w:t>
      </w:r>
    </w:p>
    <w:p/>
    <w:p>
      <w:r>
        <w:rPr>
          <w:b/>
          <w:sz w:val="24"/>
        </w:rPr>
        <w:t>Câu 17: If you want to travel to Australia, you ... have a valid passport.</w:t>
      </w:r>
    </w:p>
    <w:p>
      <w:pPr>
        <w:pStyle w:val="ListParagraph"/>
      </w:pPr>
      <w:r>
        <w:rPr>
          <w:sz w:val="22"/>
        </w:rPr>
        <w:t>A. should</w:t>
      </w:r>
    </w:p>
    <w:p>
      <w:pPr>
        <w:pStyle w:val="ListParagraph"/>
      </w:pPr>
      <w:r>
        <w:rPr>
          <w:sz w:val="22"/>
        </w:rPr>
        <w:t>B. may</w:t>
      </w:r>
    </w:p>
    <w:p>
      <w:pPr>
        <w:pStyle w:val="ListParagraph"/>
      </w:pPr>
      <w:r>
        <w:rPr>
          <w:sz w:val="22"/>
        </w:rPr>
        <w:t>C. can</w:t>
      </w:r>
    </w:p>
    <w:p>
      <w:pPr>
        <w:pStyle w:val="ListParagraph"/>
      </w:pPr>
      <w:r>
        <w:rPr>
          <w:sz w:val="22"/>
        </w:rPr>
        <w:t>D. must</w:t>
      </w:r>
    </w:p>
    <w:p/>
    <w:p>
      <w:r>
        <w:rPr>
          <w:b/>
          <w:sz w:val="24"/>
        </w:rPr>
        <w:t>Câu 18: If they want to graduate, they ... complete all the required coursework.</w:t>
      </w:r>
    </w:p>
    <w:p>
      <w:pPr>
        <w:pStyle w:val="ListParagraph"/>
      </w:pPr>
      <w:r>
        <w:rPr>
          <w:sz w:val="22"/>
        </w:rPr>
        <w:t>A. must</w:t>
      </w:r>
    </w:p>
    <w:p>
      <w:pPr>
        <w:pStyle w:val="ListParagraph"/>
      </w:pPr>
      <w:r>
        <w:rPr>
          <w:sz w:val="22"/>
        </w:rPr>
        <w:t>B. should</w:t>
      </w:r>
    </w:p>
    <w:p>
      <w:pPr>
        <w:pStyle w:val="ListParagraph"/>
      </w:pPr>
      <w:r>
        <w:rPr>
          <w:sz w:val="22"/>
        </w:rPr>
        <w:t>C. can</w:t>
      </w:r>
    </w:p>
    <w:p>
      <w:pPr>
        <w:pStyle w:val="ListParagraph"/>
      </w:pPr>
      <w:r>
        <w:rPr>
          <w:sz w:val="22"/>
        </w:rPr>
        <w:t>D. might</w:t>
      </w:r>
    </w:p>
    <w:p/>
    <w:p>
      <w:r>
        <w:rPr>
          <w:b/>
          <w:sz w:val="24"/>
        </w:rPr>
        <w:t>Câu 19: She always ... her younger sister, making sure she's safe.</w:t>
      </w:r>
    </w:p>
    <w:p>
      <w:pPr>
        <w:pStyle w:val="ListParagraph"/>
      </w:pPr>
      <w:r>
        <w:rPr>
          <w:sz w:val="22"/>
        </w:rPr>
        <w:t>A. looks after</w:t>
      </w:r>
    </w:p>
    <w:p>
      <w:pPr>
        <w:pStyle w:val="ListParagraph"/>
      </w:pPr>
      <w:r>
        <w:rPr>
          <w:sz w:val="22"/>
        </w:rPr>
        <w:t>B. looks through</w:t>
      </w:r>
    </w:p>
    <w:p>
      <w:pPr>
        <w:pStyle w:val="ListParagraph"/>
      </w:pPr>
      <w:r>
        <w:rPr>
          <w:sz w:val="22"/>
        </w:rPr>
        <w:t>C. looks in</w:t>
      </w:r>
    </w:p>
    <w:p>
      <w:pPr>
        <w:pStyle w:val="ListParagraph"/>
      </w:pPr>
      <w:r>
        <w:rPr>
          <w:sz w:val="22"/>
        </w:rPr>
        <w:t>D. looks up</w:t>
      </w:r>
    </w:p>
    <w:p/>
    <w:p>
      <w:r>
        <w:rPr>
          <w:b/>
          <w:sz w:val="24"/>
        </w:rPr>
        <w:t>Câu 20: I always ... early in the morning to avoid traffic.</w:t>
      </w:r>
    </w:p>
    <w:p>
      <w:pPr>
        <w:pStyle w:val="ListParagraph"/>
      </w:pPr>
      <w:r>
        <w:rPr>
          <w:sz w:val="22"/>
        </w:rPr>
        <w:t>A. get on</w:t>
      </w:r>
    </w:p>
    <w:p>
      <w:pPr>
        <w:pStyle w:val="ListParagraph"/>
      </w:pPr>
      <w:r>
        <w:rPr>
          <w:sz w:val="22"/>
        </w:rPr>
        <w:t>B. get around</w:t>
      </w:r>
    </w:p>
    <w:p>
      <w:pPr>
        <w:pStyle w:val="ListParagraph"/>
      </w:pPr>
      <w:r>
        <w:rPr>
          <w:sz w:val="22"/>
        </w:rPr>
        <w:t>C. get over</w:t>
      </w:r>
    </w:p>
    <w:p>
      <w:pPr>
        <w:pStyle w:val="ListParagraph"/>
      </w:pPr>
      <w:r>
        <w:rPr>
          <w:sz w:val="22"/>
        </w:rPr>
        <w:t>D. get up</w:t>
      </w:r>
    </w:p>
    <w:p/>
    <w:p>
      <w:r>
        <w:rPr>
          <w:b/>
          <w:sz w:val="24"/>
        </w:rPr>
        <w:t>Câu 21: We turn off lights when we leave a room to ... electricity.</w:t>
      </w:r>
    </w:p>
    <w:p>
      <w:pPr>
        <w:pStyle w:val="ListParagraph"/>
      </w:pPr>
      <w:r>
        <w:rPr>
          <w:sz w:val="22"/>
        </w:rPr>
        <w:t>A. hang out with</w:t>
      </w:r>
    </w:p>
    <w:p>
      <w:pPr>
        <w:pStyle w:val="ListParagraph"/>
      </w:pPr>
      <w:r>
        <w:rPr>
          <w:sz w:val="22"/>
        </w:rPr>
        <w:t>B. come down with</w:t>
      </w:r>
    </w:p>
    <w:p>
      <w:pPr>
        <w:pStyle w:val="ListParagraph"/>
      </w:pPr>
      <w:r>
        <w:rPr>
          <w:sz w:val="22"/>
        </w:rPr>
        <w:t>C. run out of</w:t>
      </w:r>
    </w:p>
    <w:p>
      <w:pPr>
        <w:pStyle w:val="ListParagraph"/>
      </w:pPr>
      <w:r>
        <w:rPr>
          <w:sz w:val="22"/>
        </w:rPr>
        <w:t>D. cut down on</w:t>
      </w:r>
    </w:p>
    <w:p/>
    <w:p>
      <w:r>
        <w:rPr>
          <w:b/>
          <w:sz w:val="24"/>
        </w:rPr>
        <w:t>Câu 22: My friends often ... the city by motorbike every Sunday.</w:t>
      </w:r>
    </w:p>
    <w:p>
      <w:pPr>
        <w:pStyle w:val="ListParagraph"/>
      </w:pPr>
      <w:r>
        <w:rPr>
          <w:sz w:val="22"/>
        </w:rPr>
        <w:t>A. get on</w:t>
      </w:r>
    </w:p>
    <w:p>
      <w:pPr>
        <w:pStyle w:val="ListParagraph"/>
      </w:pPr>
      <w:r>
        <w:rPr>
          <w:sz w:val="22"/>
        </w:rPr>
        <w:t>B. get around</w:t>
      </w:r>
    </w:p>
    <w:p>
      <w:pPr>
        <w:pStyle w:val="ListParagraph"/>
      </w:pPr>
      <w:r>
        <w:rPr>
          <w:sz w:val="22"/>
        </w:rPr>
        <w:t>C. get up</w:t>
      </w:r>
    </w:p>
    <w:p>
      <w:pPr>
        <w:pStyle w:val="ListParagraph"/>
      </w:pPr>
      <w:r>
        <w:rPr>
          <w:sz w:val="22"/>
        </w:rPr>
        <w:t>D. get over</w:t>
      </w:r>
    </w:p>
    <w:p/>
    <w:p>
      <w:r>
        <w:rPr>
          <w:b/>
          <w:sz w:val="24"/>
        </w:rPr>
        <w:t>Câu 23: The more colourful the flowers are, ... the garden looks.</w:t>
      </w:r>
    </w:p>
    <w:p>
      <w:pPr>
        <w:pStyle w:val="ListParagraph"/>
      </w:pPr>
      <w:r>
        <w:rPr>
          <w:sz w:val="22"/>
        </w:rPr>
        <w:t>A. the pretty</w:t>
      </w:r>
    </w:p>
    <w:p>
      <w:pPr>
        <w:pStyle w:val="ListParagraph"/>
      </w:pPr>
      <w:r>
        <w:rPr>
          <w:sz w:val="22"/>
        </w:rPr>
        <w:t>B. the prettier</w:t>
      </w:r>
    </w:p>
    <w:p>
      <w:pPr>
        <w:pStyle w:val="ListParagraph"/>
      </w:pPr>
      <w:r>
        <w:rPr>
          <w:sz w:val="22"/>
        </w:rPr>
        <w:t>C. pretty</w:t>
      </w:r>
    </w:p>
    <w:p>
      <w:pPr>
        <w:pStyle w:val="ListParagraph"/>
      </w:pPr>
      <w:r>
        <w:rPr>
          <w:sz w:val="22"/>
        </w:rPr>
        <w:t>D. prettier</w:t>
      </w:r>
    </w:p>
    <w:p/>
    <w:p>
      <w:r>
        <w:rPr>
          <w:b/>
          <w:sz w:val="24"/>
        </w:rPr>
        <w:t>Câu 24: The more crowded the restaurant is, the ... we have to wait.</w:t>
      </w:r>
    </w:p>
    <w:p>
      <w:pPr>
        <w:pStyle w:val="ListParagraph"/>
      </w:pPr>
      <w:r>
        <w:rPr>
          <w:sz w:val="22"/>
        </w:rPr>
        <w:t>A. longest</w:t>
      </w:r>
    </w:p>
    <w:p>
      <w:pPr>
        <w:pStyle w:val="ListParagraph"/>
      </w:pPr>
      <w:r>
        <w:rPr>
          <w:sz w:val="22"/>
        </w:rPr>
        <w:t>B. longer</w:t>
      </w:r>
    </w:p>
    <w:p>
      <w:pPr>
        <w:pStyle w:val="ListParagraph"/>
      </w:pPr>
      <w:r>
        <w:rPr>
          <w:sz w:val="22"/>
        </w:rPr>
        <w:t>C. more long</w:t>
      </w:r>
    </w:p>
    <w:p>
      <w:pPr>
        <w:pStyle w:val="ListParagraph"/>
      </w:pPr>
      <w:r>
        <w:rPr>
          <w:sz w:val="22"/>
        </w:rPr>
        <w:t>D. long</w:t>
      </w:r>
    </w:p>
    <w:p/>
    <w:p>
      <w:r>
        <w:rPr>
          <w:b/>
          <w:sz w:val="24"/>
        </w:rPr>
        <w:t>Câu 25: The ... the buildings are, ... sunlight reaches some streets and parks.</w:t>
      </w:r>
    </w:p>
    <w:p>
      <w:pPr>
        <w:pStyle w:val="ListParagraph"/>
      </w:pPr>
      <w:r>
        <w:rPr>
          <w:sz w:val="22"/>
        </w:rPr>
        <w:t>A. taller / less</w:t>
      </w:r>
    </w:p>
    <w:p>
      <w:pPr>
        <w:pStyle w:val="ListParagraph"/>
      </w:pPr>
      <w:r>
        <w:rPr>
          <w:sz w:val="22"/>
        </w:rPr>
        <w:t>B. taller / the less</w:t>
      </w:r>
    </w:p>
    <w:p>
      <w:pPr>
        <w:pStyle w:val="ListParagraph"/>
      </w:pPr>
      <w:r>
        <w:rPr>
          <w:sz w:val="22"/>
        </w:rPr>
        <w:t>C. tall / the more</w:t>
      </w:r>
    </w:p>
    <w:p>
      <w:pPr>
        <w:pStyle w:val="ListParagraph"/>
      </w:pPr>
      <w:r>
        <w:rPr>
          <w:sz w:val="22"/>
        </w:rPr>
        <w:t>D. taller / more</w:t>
      </w:r>
    </w:p>
    <w:p/>
    <w:p>
      <w:r>
        <w:rPr>
          <w:b/>
          <w:sz w:val="24"/>
        </w:rPr>
        <w:t>Câu 26: The harder you work, ... you might be in your career.</w:t>
      </w:r>
    </w:p>
    <w:p>
      <w:pPr>
        <w:pStyle w:val="ListParagraph"/>
      </w:pPr>
      <w:r>
        <w:rPr>
          <w:sz w:val="22"/>
        </w:rPr>
        <w:t>A. more successful</w:t>
      </w:r>
    </w:p>
    <w:p>
      <w:pPr>
        <w:pStyle w:val="ListParagraph"/>
      </w:pPr>
      <w:r>
        <w:rPr>
          <w:sz w:val="22"/>
        </w:rPr>
        <w:t>B. the successful</w:t>
      </w:r>
    </w:p>
    <w:p>
      <w:pPr>
        <w:pStyle w:val="ListParagraph"/>
      </w:pPr>
      <w:r>
        <w:rPr>
          <w:sz w:val="22"/>
        </w:rPr>
        <w:t>C. the more successful</w:t>
      </w:r>
    </w:p>
    <w:p>
      <w:pPr>
        <w:pStyle w:val="ListParagraph"/>
      </w:pPr>
      <w:r>
        <w:rPr>
          <w:sz w:val="22"/>
        </w:rPr>
        <w:t>D. the most successful</w:t>
      </w:r>
    </w:p>
    <w:p/>
    <w:p>
      <w:r>
        <w:rPr>
          <w:b/>
          <w:sz w:val="24"/>
        </w:rPr>
        <w:t>Câu 27: The harder he studies, the ... he understands the subject.</w:t>
      </w:r>
    </w:p>
    <w:p>
      <w:pPr>
        <w:pStyle w:val="ListParagraph"/>
      </w:pPr>
      <w:r>
        <w:rPr>
          <w:sz w:val="22"/>
        </w:rPr>
        <w:t>A. better</w:t>
      </w:r>
    </w:p>
    <w:p>
      <w:pPr>
        <w:pStyle w:val="ListParagraph"/>
      </w:pPr>
      <w:r>
        <w:rPr>
          <w:sz w:val="22"/>
        </w:rPr>
        <w:t>B. well</w:t>
      </w:r>
    </w:p>
    <w:p>
      <w:pPr>
        <w:pStyle w:val="ListParagraph"/>
      </w:pPr>
      <w:r>
        <w:rPr>
          <w:sz w:val="22"/>
        </w:rPr>
        <w:t>C. good</w:t>
      </w:r>
    </w:p>
    <w:p>
      <w:pPr>
        <w:pStyle w:val="ListParagraph"/>
      </w:pPr>
      <w:r>
        <w:rPr>
          <w:sz w:val="22"/>
        </w:rPr>
        <w:t>D. best</w:t>
      </w:r>
    </w:p>
    <w:p/>
    <w:p>
      <w:r>
        <w:rPr>
          <w:b/>
          <w:sz w:val="24"/>
        </w:rPr>
        <w:t>Câu 28: The ... events the city hosts, the less bored people feel.</w:t>
      </w:r>
    </w:p>
    <w:p>
      <w:pPr>
        <w:pStyle w:val="ListParagraph"/>
      </w:pPr>
      <w:r>
        <w:rPr>
          <w:sz w:val="22"/>
        </w:rPr>
        <w:t>A. more</w:t>
      </w:r>
    </w:p>
    <w:p>
      <w:pPr>
        <w:pStyle w:val="ListParagraph"/>
      </w:pPr>
      <w:r>
        <w:rPr>
          <w:sz w:val="22"/>
        </w:rPr>
        <w:t>B. many</w:t>
      </w:r>
    </w:p>
    <w:p>
      <w:pPr>
        <w:pStyle w:val="ListParagraph"/>
      </w:pPr>
      <w:r>
        <w:rPr>
          <w:sz w:val="22"/>
        </w:rPr>
        <w:t>C. less</w:t>
      </w:r>
    </w:p>
    <w:p>
      <w:pPr>
        <w:pStyle w:val="ListParagraph"/>
      </w:pPr>
      <w:r>
        <w:rPr>
          <w:sz w:val="22"/>
        </w:rPr>
        <w:t>D. few</w:t>
      </w:r>
    </w:p>
    <w:p/>
    <w:p>
      <w:r>
        <w:rPr>
          <w:b/>
          <w:sz w:val="24"/>
        </w:rPr>
        <w:t>Câu 29: ... doctors a city has, ... patients experience long waiting times.</w:t>
      </w:r>
    </w:p>
    <w:p>
      <w:pPr>
        <w:pStyle w:val="ListParagraph"/>
      </w:pPr>
      <w:r>
        <w:rPr>
          <w:sz w:val="22"/>
        </w:rPr>
        <w:t>A. The most – the fewer</w:t>
      </w:r>
    </w:p>
    <w:p>
      <w:pPr>
        <w:pStyle w:val="ListParagraph"/>
      </w:pPr>
      <w:r>
        <w:rPr>
          <w:sz w:val="22"/>
        </w:rPr>
        <w:t>B. The more – the fewer</w:t>
      </w:r>
    </w:p>
    <w:p>
      <w:pPr>
        <w:pStyle w:val="ListParagraph"/>
      </w:pPr>
      <w:r>
        <w:rPr>
          <w:sz w:val="22"/>
        </w:rPr>
        <w:t>C. The more – the least</w:t>
      </w:r>
    </w:p>
    <w:p>
      <w:pPr>
        <w:pStyle w:val="ListParagraph"/>
      </w:pPr>
      <w:r>
        <w:rPr>
          <w:sz w:val="22"/>
        </w:rPr>
        <w:t>D. The more – the less</w:t>
      </w:r>
    </w:p>
    <w:p/>
    <w:p>
      <w:r>
        <w:rPr>
          <w:b/>
          <w:sz w:val="24"/>
        </w:rPr>
        <w:t>Câu 30: A person who is skilled at making things by hand, such as pottery or lanterns, is called an ...</w:t>
      </w:r>
    </w:p>
    <w:p>
      <w:pPr>
        <w:pStyle w:val="ListParagraph"/>
      </w:pPr>
      <w:r>
        <w:rPr>
          <w:sz w:val="22"/>
        </w:rPr>
        <w:t>A. tourist</w:t>
      </w:r>
    </w:p>
    <w:p>
      <w:pPr>
        <w:pStyle w:val="ListParagraph"/>
      </w:pPr>
      <w:r>
        <w:rPr>
          <w:sz w:val="22"/>
        </w:rPr>
        <w:t>B. artisan</w:t>
      </w:r>
    </w:p>
    <w:p>
      <w:pPr>
        <w:pStyle w:val="ListParagraph"/>
      </w:pPr>
      <w:r>
        <w:rPr>
          <w:sz w:val="22"/>
        </w:rPr>
        <w:t>C. cashier</w:t>
      </w:r>
    </w:p>
    <w:p/>
    <w:p>
      <w:r>
        <w:rPr>
          <w:b/>
          <w:sz w:val="24"/>
        </w:rPr>
        <w:t>Câu 31: Local people are trying to ... their traditional crafts for future generations.</w:t>
      </w:r>
    </w:p>
    <w:p>
      <w:pPr>
        <w:pStyle w:val="ListParagraph"/>
      </w:pPr>
      <w:r>
        <w:rPr>
          <w:sz w:val="22"/>
        </w:rPr>
        <w:t>A. prevent</w:t>
      </w:r>
    </w:p>
    <w:p>
      <w:pPr>
        <w:pStyle w:val="ListParagraph"/>
      </w:pPr>
      <w:r>
        <w:rPr>
          <w:sz w:val="22"/>
        </w:rPr>
        <w:t>B. protest</w:t>
      </w:r>
    </w:p>
    <w:p>
      <w:pPr>
        <w:pStyle w:val="ListParagraph"/>
      </w:pPr>
      <w:r>
        <w:rPr>
          <w:sz w:val="22"/>
        </w:rPr>
        <w:t>C. preserve</w:t>
      </w:r>
    </w:p>
    <w:p/>
    <w:p>
      <w:r>
        <w:rPr>
          <w:b/>
          <w:sz w:val="24"/>
        </w:rPr>
        <w:t>Câu 32: Weaving and carving skills are ... from parents to children in this village.</w:t>
      </w:r>
    </w:p>
    <w:p>
      <w:pPr>
        <w:pStyle w:val="ListParagraph"/>
      </w:pPr>
      <w:r>
        <w:rPr>
          <w:sz w:val="22"/>
        </w:rPr>
        <w:t>A. passed down</w:t>
      </w:r>
    </w:p>
    <w:p>
      <w:pPr>
        <w:pStyle w:val="ListParagraph"/>
      </w:pPr>
      <w:r>
        <w:rPr>
          <w:sz w:val="22"/>
        </w:rPr>
        <w:t>B. given up</w:t>
      </w:r>
    </w:p>
    <w:p>
      <w:pPr>
        <w:pStyle w:val="ListParagraph"/>
      </w:pPr>
      <w:r>
        <w:rPr>
          <w:sz w:val="22"/>
        </w:rPr>
        <w:t>C. put off</w:t>
      </w:r>
    </w:p>
    <w:p>
      <w:pPr>
        <w:pStyle w:val="ListParagraph"/>
      </w:pPr>
      <w:r>
        <w:rPr>
          <w:sz w:val="22"/>
        </w:rPr>
        <w:t>D. turned on</w:t>
      </w:r>
    </w:p>
    <w:p/>
    <w:p>
      <w:r>
        <w:rPr>
          <w:b/>
          <w:sz w:val="24"/>
        </w:rPr>
        <w:t>Câu 33: The workshop was ... in 2010, and now it employs thirty workers.</w:t>
      </w:r>
    </w:p>
    <w:p>
      <w:pPr>
        <w:pStyle w:val="ListParagraph"/>
      </w:pPr>
      <w:r>
        <w:rPr>
          <w:sz w:val="22"/>
        </w:rPr>
        <w:t>A. set off</w:t>
      </w:r>
    </w:p>
    <w:p>
      <w:pPr>
        <w:pStyle w:val="ListParagraph"/>
      </w:pPr>
      <w:r>
        <w:rPr>
          <w:sz w:val="22"/>
        </w:rPr>
        <w:t>B. set out</w:t>
      </w:r>
    </w:p>
    <w:p>
      <w:pPr>
        <w:pStyle w:val="ListParagraph"/>
      </w:pPr>
      <w:r>
        <w:rPr>
          <w:sz w:val="22"/>
        </w:rPr>
        <w:t>C. set in</w:t>
      </w:r>
    </w:p>
    <w:p>
      <w:pPr>
        <w:pStyle w:val="ListParagraph"/>
      </w:pPr>
      <w:r>
        <w:rPr>
          <w:sz w:val="22"/>
        </w:rPr>
        <w:t>D. set up</w:t>
      </w:r>
    </w:p>
    <w:p/>
    <w:p>
      <w:r>
        <w:rPr>
          <w:b/>
          <w:sz w:val="24"/>
        </w:rPr>
        <w:t>Câu 34: It was ... a difficult job that few young people wanted to learn it.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such</w:t>
      </w:r>
    </w:p>
    <w:p>
      <w:pPr>
        <w:pStyle w:val="ListParagraph"/>
      </w:pPr>
      <w:r>
        <w:rPr>
          <w:sz w:val="22"/>
        </w:rPr>
        <w:t>C. too</w:t>
      </w:r>
    </w:p>
    <w:p>
      <w:pPr>
        <w:pStyle w:val="ListParagraph"/>
      </w:pPr>
      <w:r>
        <w:rPr>
          <w:sz w:val="22"/>
        </w:rPr>
        <w:t>D. very</w:t>
      </w:r>
    </w:p>
    <w:p/>
    <w:p>
      <w:r>
        <w:rPr>
          <w:b/>
          <w:sz w:val="24"/>
        </w:rPr>
        <w:t>Câu 35: Housing in the city centre is ... than in the suburbs.</w:t>
      </w:r>
    </w:p>
    <w:p>
      <w:pPr>
        <w:pStyle w:val="ListParagraph"/>
      </w:pPr>
      <w:r>
        <w:rPr>
          <w:sz w:val="22"/>
        </w:rPr>
        <w:t>A. expensive</w:t>
      </w:r>
    </w:p>
    <w:p>
      <w:pPr>
        <w:pStyle w:val="ListParagraph"/>
      </w:pPr>
      <w:r>
        <w:rPr>
          <w:sz w:val="22"/>
        </w:rPr>
        <w:t>B. the most expensive</w:t>
      </w:r>
    </w:p>
    <w:p>
      <w:pPr>
        <w:pStyle w:val="ListParagraph"/>
      </w:pPr>
      <w:r>
        <w:rPr>
          <w:sz w:val="22"/>
        </w:rPr>
        <w:t>C. expensiver</w:t>
      </w:r>
    </w:p>
    <w:p>
      <w:pPr>
        <w:pStyle w:val="ListParagraph"/>
      </w:pPr>
      <w:r>
        <w:rPr>
          <w:sz w:val="22"/>
        </w:rPr>
        <w:t>D. more expensive</w:t>
      </w:r>
    </w:p>
    <w:p/>
    <w:p>
      <w:r>
        <w:rPr>
          <w:b/>
          <w:sz w:val="24"/>
        </w:rPr>
        <w:t>Câu 36: Buses and the metro are cheap, so public transport is ... for most city residents.</w:t>
      </w:r>
    </w:p>
    <w:p>
      <w:pPr>
        <w:pStyle w:val="ListParagraph"/>
      </w:pPr>
      <w:r>
        <w:rPr>
          <w:sz w:val="22"/>
        </w:rPr>
        <w:t>A. affordable</w:t>
      </w:r>
    </w:p>
    <w:p>
      <w:pPr>
        <w:pStyle w:val="ListParagraph"/>
      </w:pPr>
      <w:r>
        <w:rPr>
          <w:sz w:val="22"/>
        </w:rPr>
        <w:t>B. polluted</w:t>
      </w:r>
    </w:p>
    <w:p>
      <w:pPr>
        <w:pStyle w:val="ListParagraph"/>
      </w:pPr>
      <w:r>
        <w:rPr>
          <w:sz w:val="22"/>
        </w:rPr>
        <w:t>C. dangerous</w:t>
      </w:r>
    </w:p>
    <w:p>
      <w:pPr>
        <w:pStyle w:val="ListParagraph"/>
      </w:pPr>
      <w:r>
        <w:rPr>
          <w:sz w:val="22"/>
        </w:rPr>
        <w:t>D. noisy</w:t>
      </w:r>
    </w:p>
    <w:p/>
    <w:p>
      <w:r>
        <w:rPr>
          <w:b/>
          <w:sz w:val="24"/>
        </w:rPr>
        <w:t>Câu 37: A very large city with a big population and many tall buildings is called a ... city.</w:t>
      </w:r>
    </w:p>
    <w:p>
      <w:pPr>
        <w:pStyle w:val="ListParagraph"/>
      </w:pPr>
      <w:r>
        <w:rPr>
          <w:sz w:val="22"/>
        </w:rPr>
        <w:t>A. rural</w:t>
      </w:r>
    </w:p>
    <w:p>
      <w:pPr>
        <w:pStyle w:val="ListParagraph"/>
      </w:pPr>
      <w:r>
        <w:rPr>
          <w:sz w:val="22"/>
        </w:rPr>
        <w:t>B. coastal</w:t>
      </w:r>
    </w:p>
    <w:p>
      <w:pPr>
        <w:pStyle w:val="ListParagraph"/>
      </w:pPr>
      <w:r>
        <w:rPr>
          <w:sz w:val="22"/>
        </w:rPr>
        <w:t>C. metropolitan</w:t>
      </w:r>
    </w:p>
    <w:p>
      <w:pPr>
        <w:pStyle w:val="ListParagraph"/>
      </w:pPr>
      <w:r>
        <w:rPr>
          <w:sz w:val="22"/>
        </w:rPr>
        <w:t>D. historic</w:t>
      </w:r>
    </w:p>
    <w:p/>
    <w:p>
      <w:r>
        <w:rPr>
          <w:b/>
          <w:sz w:val="24"/>
        </w:rPr>
        <w:t>Câu 38: ... the city is noisy and crowded, many people still love living there.</w:t>
      </w:r>
    </w:p>
    <w:p>
      <w:pPr>
        <w:pStyle w:val="ListParagraph"/>
      </w:pPr>
      <w:r>
        <w:rPr>
          <w:sz w:val="22"/>
        </w:rPr>
        <w:t>A. Because</w:t>
      </w:r>
    </w:p>
    <w:p>
      <w:pPr>
        <w:pStyle w:val="ListParagraph"/>
      </w:pPr>
      <w:r>
        <w:rPr>
          <w:sz w:val="22"/>
        </w:rPr>
        <w:t>B. Although</w:t>
      </w:r>
    </w:p>
    <w:p>
      <w:pPr>
        <w:pStyle w:val="ListParagraph"/>
      </w:pPr>
      <w:r>
        <w:rPr>
          <w:sz w:val="22"/>
        </w:rPr>
        <w:t>C. So</w:t>
      </w:r>
    </w:p>
    <w:p>
      <w:pPr>
        <w:pStyle w:val="ListParagraph"/>
      </w:pPr>
      <w:r>
        <w:rPr>
          <w:sz w:val="22"/>
        </w:rPr>
        <w:t>D. Therefore</w:t>
      </w:r>
    </w:p>
    <w:p/>
    <w:p>
      <w:r>
        <w:rPr>
          <w:b/>
          <w:sz w:val="24"/>
        </w:rPr>
        <w:t>Câu 39: Life in big cities has many advantages; it can be stressful ... because of heavy traffic and pollution.</w:t>
      </w:r>
    </w:p>
    <w:p>
      <w:pPr>
        <w:pStyle w:val="ListParagraph"/>
      </w:pPr>
      <w:r>
        <w:rPr>
          <w:sz w:val="22"/>
        </w:rPr>
        <w:t>A. However</w:t>
      </w:r>
    </w:p>
    <w:p>
      <w:pPr>
        <w:pStyle w:val="ListParagraph"/>
      </w:pPr>
      <w:r>
        <w:rPr>
          <w:sz w:val="22"/>
        </w:rPr>
        <w:t>B. Therefore</w:t>
      </w:r>
    </w:p>
    <w:p>
      <w:pPr>
        <w:pStyle w:val="ListParagraph"/>
      </w:pPr>
      <w:r>
        <w:rPr>
          <w:sz w:val="22"/>
        </w:rPr>
        <w:t>C. Moreover</w:t>
      </w:r>
    </w:p>
    <w:p>
      <w:pPr>
        <w:pStyle w:val="ListParagraph"/>
      </w:pPr>
      <w:r>
        <w:rPr>
          <w:sz w:val="22"/>
        </w:rPr>
        <w:t>D. For example</w:t>
      </w:r>
    </w:p>
    <w:p/>
    <w:p>
      <w:r>
        <w:rPr>
          <w:b/>
          <w:sz w:val="24"/>
        </w:rPr>
        <w:t>Câu 40: To stay healthy, teenagers should do exercise every day ...</w:t>
      </w:r>
    </w:p>
    <w:p>
      <w:pPr>
        <w:pStyle w:val="ListParagraph"/>
      </w:pPr>
      <w:r>
        <w:rPr>
          <w:sz w:val="22"/>
        </w:rPr>
        <w:t>A. regularly</w:t>
      </w:r>
    </w:p>
    <w:p>
      <w:pPr>
        <w:pStyle w:val="ListParagraph"/>
      </w:pPr>
      <w:r>
        <w:rPr>
          <w:sz w:val="22"/>
        </w:rPr>
        <w:t>B. regularity</w:t>
      </w:r>
    </w:p>
    <w:p>
      <w:pPr>
        <w:pStyle w:val="ListParagraph"/>
      </w:pPr>
      <w:r>
        <w:rPr>
          <w:sz w:val="22"/>
        </w:rPr>
        <w:t>C. regulate</w:t>
      </w:r>
    </w:p>
    <w:p>
      <w:pPr>
        <w:pStyle w:val="ListParagraph"/>
      </w:pPr>
      <w:r>
        <w:rPr>
          <w:sz w:val="22"/>
        </w:rPr>
        <w:t>D. regular</w:t>
      </w:r>
    </w:p>
    <w:p/>
    <w:p>
      <w:r>
        <w:rPr>
          <w:b/>
          <w:sz w:val="24"/>
        </w:rPr>
        <w:t>Câu 41: Eating too much junk food can lead to ...</w:t>
      </w:r>
    </w:p>
    <w:p>
      <w:pPr>
        <w:pStyle w:val="ListParagraph"/>
      </w:pPr>
      <w:r>
        <w:rPr>
          <w:sz w:val="22"/>
        </w:rPr>
        <w:t>A. obey</w:t>
      </w:r>
    </w:p>
    <w:p>
      <w:pPr>
        <w:pStyle w:val="ListParagraph"/>
      </w:pPr>
      <w:r>
        <w:rPr>
          <w:sz w:val="22"/>
        </w:rPr>
        <w:t>B. obesity</w:t>
      </w:r>
    </w:p>
    <w:p>
      <w:pPr>
        <w:pStyle w:val="ListParagraph"/>
      </w:pPr>
      <w:r>
        <w:rPr>
          <w:sz w:val="22"/>
        </w:rPr>
        <w:t>C. observe</w:t>
      </w:r>
    </w:p>
    <w:p>
      <w:pPr>
        <w:pStyle w:val="ListParagraph"/>
      </w:pPr>
      <w:r>
        <w:rPr>
          <w:sz w:val="22"/>
        </w:rPr>
        <w:t>D. obese</w:t>
      </w:r>
    </w:p>
    <w:p/>
    <w:p>
      <w:r>
        <w:rPr>
          <w:b/>
          <w:sz w:val="24"/>
        </w:rPr>
        <w:t>Câu 42: Teenagers should avoid ... too many sugary drinks.</w:t>
      </w:r>
    </w:p>
    <w:p>
      <w:pPr>
        <w:pStyle w:val="ListParagraph"/>
      </w:pPr>
      <w:r>
        <w:rPr>
          <w:sz w:val="22"/>
        </w:rPr>
        <w:t>A. to drink</w:t>
      </w:r>
    </w:p>
    <w:p>
      <w:pPr>
        <w:pStyle w:val="ListParagraph"/>
      </w:pPr>
      <w:r>
        <w:rPr>
          <w:sz w:val="22"/>
        </w:rPr>
        <w:t>B. drink</w:t>
      </w:r>
    </w:p>
    <w:p>
      <w:pPr>
        <w:pStyle w:val="ListParagraph"/>
      </w:pPr>
      <w:r>
        <w:rPr>
          <w:sz w:val="22"/>
        </w:rPr>
        <w:t>C. drinking</w:t>
      </w:r>
    </w:p>
    <w:p>
      <w:pPr>
        <w:pStyle w:val="ListParagraph"/>
      </w:pPr>
      <w:r>
        <w:rPr>
          <w:sz w:val="22"/>
        </w:rPr>
        <w:t>D. drank</w:t>
      </w:r>
    </w:p>
    <w:p/>
    <w:p>
      <w:r>
        <w:rPr>
          <w:b/>
          <w:sz w:val="24"/>
        </w:rPr>
        <w:t>Câu 43: A local garbage collector... 1. A. neighbor | B. helper | C. tourist | D. adult</w:t>
      </w:r>
    </w:p>
    <w:p>
      <w:pPr>
        <w:pStyle w:val="ListParagraph"/>
      </w:pPr>
      <w:r>
        <w:rPr>
          <w:sz w:val="22"/>
        </w:rPr>
        <w:t>A. neighbor</w:t>
      </w:r>
    </w:p>
    <w:p>
      <w:pPr>
        <w:pStyle w:val="ListParagraph"/>
      </w:pPr>
      <w:r>
        <w:rPr>
          <w:sz w:val="22"/>
        </w:rPr>
        <w:t>B. helper</w:t>
      </w:r>
    </w:p>
    <w:p>
      <w:pPr>
        <w:pStyle w:val="ListParagraph"/>
      </w:pPr>
      <w:r>
        <w:rPr>
          <w:sz w:val="22"/>
        </w:rPr>
        <w:t>C. tourist</w:t>
      </w:r>
    </w:p>
    <w:p>
      <w:pPr>
        <w:pStyle w:val="ListParagraph"/>
      </w:pPr>
      <w:r>
        <w:rPr>
          <w:sz w:val="22"/>
        </w:rPr>
        <w:t>D. adult</w:t>
      </w:r>
    </w:p>
    <w:p/>
    <w:p>
      <w:r>
        <w:rPr>
          <w:b/>
          <w:sz w:val="24"/>
        </w:rPr>
        <w:t>Câu 44: A local garbage collector... 2. A. environment | B. relationship | C. production | D. facility</w:t>
      </w:r>
    </w:p>
    <w:p>
      <w:pPr>
        <w:pStyle w:val="ListParagraph"/>
      </w:pPr>
      <w:r>
        <w:rPr>
          <w:sz w:val="22"/>
        </w:rPr>
        <w:t>A. environment</w:t>
      </w:r>
    </w:p>
    <w:p>
      <w:pPr>
        <w:pStyle w:val="ListParagraph"/>
      </w:pPr>
      <w:r>
        <w:rPr>
          <w:sz w:val="22"/>
        </w:rPr>
        <w:t>B. relationship</w:t>
      </w:r>
    </w:p>
    <w:p>
      <w:pPr>
        <w:pStyle w:val="ListParagraph"/>
      </w:pPr>
      <w:r>
        <w:rPr>
          <w:sz w:val="22"/>
        </w:rPr>
        <w:t>C. production</w:t>
      </w:r>
    </w:p>
    <w:p>
      <w:pPr>
        <w:pStyle w:val="ListParagraph"/>
      </w:pPr>
      <w:r>
        <w:rPr>
          <w:sz w:val="22"/>
        </w:rPr>
        <w:t>D. facility</w:t>
      </w:r>
    </w:p>
    <w:p/>
    <w:p>
      <w:r>
        <w:rPr>
          <w:b/>
          <w:sz w:val="24"/>
        </w:rPr>
        <w:t>Câu 45: A local garbage collector... 3. A. collecting | B. collected | C. to collect | D. collect</w:t>
      </w:r>
    </w:p>
    <w:p>
      <w:pPr>
        <w:pStyle w:val="ListParagraph"/>
      </w:pPr>
      <w:r>
        <w:rPr>
          <w:sz w:val="22"/>
        </w:rPr>
        <w:t>A. collecting</w:t>
      </w:r>
    </w:p>
    <w:p>
      <w:pPr>
        <w:pStyle w:val="ListParagraph"/>
      </w:pPr>
      <w:r>
        <w:rPr>
          <w:sz w:val="22"/>
        </w:rPr>
        <w:t>B. collected</w:t>
      </w:r>
    </w:p>
    <w:p>
      <w:pPr>
        <w:pStyle w:val="ListParagraph"/>
      </w:pPr>
      <w:r>
        <w:rPr>
          <w:sz w:val="22"/>
        </w:rPr>
        <w:t>C. to collect</w:t>
      </w:r>
    </w:p>
    <w:p>
      <w:pPr>
        <w:pStyle w:val="ListParagraph"/>
      </w:pPr>
      <w:r>
        <w:rPr>
          <w:sz w:val="22"/>
        </w:rPr>
        <w:t>D. collect</w:t>
      </w:r>
    </w:p>
    <w:p/>
    <w:p>
      <w:r>
        <w:rPr>
          <w:b/>
          <w:sz w:val="24"/>
        </w:rPr>
        <w:t>Câu 46: A local garbage collector... 4. A. raise | B. remain | C. increase | D. reduce</w:t>
      </w:r>
    </w:p>
    <w:p>
      <w:pPr>
        <w:pStyle w:val="ListParagraph"/>
      </w:pPr>
      <w:r>
        <w:rPr>
          <w:sz w:val="22"/>
        </w:rPr>
        <w:t>A. raise</w:t>
      </w:r>
    </w:p>
    <w:p>
      <w:pPr>
        <w:pStyle w:val="ListParagraph"/>
      </w:pPr>
      <w:r>
        <w:rPr>
          <w:sz w:val="22"/>
        </w:rPr>
        <w:t>B. remain</w:t>
      </w:r>
    </w:p>
    <w:p>
      <w:pPr>
        <w:pStyle w:val="ListParagraph"/>
      </w:pPr>
      <w:r>
        <w:rPr>
          <w:sz w:val="22"/>
        </w:rPr>
        <w:t>C. increase</w:t>
      </w:r>
    </w:p>
    <w:p>
      <w:pPr>
        <w:pStyle w:val="ListParagraph"/>
      </w:pPr>
      <w:r>
        <w:rPr>
          <w:sz w:val="22"/>
        </w:rPr>
        <w:t>D. reduce</w:t>
      </w:r>
    </w:p>
    <w:p/>
    <w:p>
      <w:r>
        <w:rPr>
          <w:b/>
          <w:sz w:val="24"/>
        </w:rPr>
        <w:t>Câu 47: A local garbage collector... 5. A. preventing | B. creating | C. destroying | D. preserving</w:t>
      </w:r>
    </w:p>
    <w:p>
      <w:pPr>
        <w:pStyle w:val="ListParagraph"/>
      </w:pPr>
      <w:r>
        <w:rPr>
          <w:sz w:val="22"/>
        </w:rPr>
        <w:t>A. preventing</w:t>
      </w:r>
    </w:p>
    <w:p>
      <w:pPr>
        <w:pStyle w:val="ListParagraph"/>
      </w:pPr>
      <w:r>
        <w:rPr>
          <w:sz w:val="22"/>
        </w:rPr>
        <w:t>B. creating</w:t>
      </w:r>
    </w:p>
    <w:p>
      <w:pPr>
        <w:pStyle w:val="ListParagraph"/>
      </w:pPr>
      <w:r>
        <w:rPr>
          <w:sz w:val="22"/>
        </w:rPr>
        <w:t>C. destroying</w:t>
      </w:r>
    </w:p>
    <w:p>
      <w:pPr>
        <w:pStyle w:val="ListParagraph"/>
      </w:pPr>
      <w:r>
        <w:rPr>
          <w:sz w:val="22"/>
        </w:rPr>
        <w:t>D. preserving</w:t>
      </w:r>
    </w:p>
    <w:p/>
    <w:p>
      <w:r>
        <w:rPr>
          <w:b/>
          <w:sz w:val="24"/>
        </w:rPr>
        <w:t>Câu 48: Homelessness is a problem... 1. A. common | B. regular | C. unusual | D. fixed</w:t>
      </w:r>
    </w:p>
    <w:p>
      <w:pPr>
        <w:pStyle w:val="ListParagraph"/>
      </w:pPr>
      <w:r>
        <w:rPr>
          <w:sz w:val="22"/>
        </w:rPr>
        <w:t>A. common</w:t>
      </w:r>
    </w:p>
    <w:p>
      <w:pPr>
        <w:pStyle w:val="ListParagraph"/>
      </w:pPr>
      <w:r>
        <w:rPr>
          <w:sz w:val="22"/>
        </w:rPr>
        <w:t>B. regular</w:t>
      </w:r>
    </w:p>
    <w:p>
      <w:pPr>
        <w:pStyle w:val="ListParagraph"/>
      </w:pPr>
      <w:r>
        <w:rPr>
          <w:sz w:val="22"/>
        </w:rPr>
        <w:t>C. unusual</w:t>
      </w:r>
    </w:p>
    <w:p>
      <w:pPr>
        <w:pStyle w:val="ListParagraph"/>
      </w:pPr>
      <w:r>
        <w:rPr>
          <w:sz w:val="22"/>
        </w:rPr>
        <w:t>D. fixed</w:t>
      </w:r>
    </w:p>
    <w:p/>
    <w:p>
      <w:r>
        <w:rPr>
          <w:b/>
          <w:sz w:val="24"/>
        </w:rPr>
        <w:t>Câu 49: Homelessness is a problem... 2. A. deal with | B. get over | C. look through | D. find out</w:t>
      </w:r>
    </w:p>
    <w:p>
      <w:pPr>
        <w:pStyle w:val="ListParagraph"/>
      </w:pPr>
      <w:r>
        <w:rPr>
          <w:sz w:val="22"/>
        </w:rPr>
        <w:t>A. deal with</w:t>
      </w:r>
    </w:p>
    <w:p>
      <w:pPr>
        <w:pStyle w:val="ListParagraph"/>
      </w:pPr>
      <w:r>
        <w:rPr>
          <w:sz w:val="22"/>
        </w:rPr>
        <w:t>B. get over</w:t>
      </w:r>
    </w:p>
    <w:p>
      <w:pPr>
        <w:pStyle w:val="ListParagraph"/>
      </w:pPr>
      <w:r>
        <w:rPr>
          <w:sz w:val="22"/>
        </w:rPr>
        <w:t>C. look through</w:t>
      </w:r>
    </w:p>
    <w:p>
      <w:pPr>
        <w:pStyle w:val="ListParagraph"/>
      </w:pPr>
      <w:r>
        <w:rPr>
          <w:sz w:val="22"/>
        </w:rPr>
        <w:t>D. find out</w:t>
      </w:r>
    </w:p>
    <w:p/>
    <w:p>
      <w:r>
        <w:rPr>
          <w:b/>
          <w:sz w:val="24"/>
        </w:rPr>
        <w:t>Câu 50: Homelessness is a problem... 3. A. little | B. less | C. more | D. fewer</w:t>
      </w:r>
    </w:p>
    <w:p>
      <w:pPr>
        <w:pStyle w:val="ListParagraph"/>
      </w:pPr>
      <w:r>
        <w:rPr>
          <w:sz w:val="22"/>
        </w:rPr>
        <w:t>A. little</w:t>
      </w:r>
    </w:p>
    <w:p>
      <w:pPr>
        <w:pStyle w:val="ListParagraph"/>
      </w:pPr>
      <w:r>
        <w:rPr>
          <w:sz w:val="22"/>
        </w:rPr>
        <w:t>B. less</w:t>
      </w:r>
    </w:p>
    <w:p>
      <w:pPr>
        <w:pStyle w:val="ListParagraph"/>
      </w:pPr>
      <w:r>
        <w:rPr>
          <w:sz w:val="22"/>
        </w:rPr>
        <w:t>C. more</w:t>
      </w:r>
    </w:p>
    <w:p>
      <w:pPr>
        <w:pStyle w:val="ListParagraph"/>
      </w:pPr>
      <w:r>
        <w:rPr>
          <w:sz w:val="22"/>
        </w:rPr>
        <w:t>D. fewer</w:t>
      </w:r>
    </w:p>
    <w:p/>
    <w:p>
      <w:r>
        <w:rPr>
          <w:b/>
          <w:sz w:val="24"/>
        </w:rPr>
        <w:t>Câu 51: Homelessness is a problem... 4. A. care for | B. show around | C. set up | D. pull down</w:t>
      </w:r>
    </w:p>
    <w:p>
      <w:pPr>
        <w:pStyle w:val="ListParagraph"/>
      </w:pPr>
      <w:r>
        <w:rPr>
          <w:sz w:val="22"/>
        </w:rPr>
        <w:t>A. care for</w:t>
      </w:r>
    </w:p>
    <w:p>
      <w:pPr>
        <w:pStyle w:val="ListParagraph"/>
      </w:pPr>
      <w:r>
        <w:rPr>
          <w:sz w:val="22"/>
        </w:rPr>
        <w:t>B. show around</w:t>
      </w:r>
    </w:p>
    <w:p>
      <w:pPr>
        <w:pStyle w:val="ListParagraph"/>
      </w:pPr>
      <w:r>
        <w:rPr>
          <w:sz w:val="22"/>
        </w:rPr>
        <w:t>C. set up</w:t>
      </w:r>
    </w:p>
    <w:p>
      <w:pPr>
        <w:pStyle w:val="ListParagraph"/>
      </w:pPr>
      <w:r>
        <w:rPr>
          <w:sz w:val="22"/>
        </w:rPr>
        <w:t>D. pull down</w:t>
      </w:r>
    </w:p>
    <w:p/>
    <w:p>
      <w:r>
        <w:rPr>
          <w:b/>
          <w:sz w:val="24"/>
        </w:rPr>
        <w:t>Câu 52: Homelessness is a problem... 5. A. urban | B. central | C. capital | D. local</w:t>
      </w:r>
    </w:p>
    <w:p>
      <w:pPr>
        <w:pStyle w:val="ListParagraph"/>
      </w:pPr>
      <w:r>
        <w:rPr>
          <w:sz w:val="22"/>
        </w:rPr>
        <w:t>A. urban</w:t>
      </w:r>
    </w:p>
    <w:p>
      <w:pPr>
        <w:pStyle w:val="ListParagraph"/>
      </w:pPr>
      <w:r>
        <w:rPr>
          <w:sz w:val="22"/>
        </w:rPr>
        <w:t>B. central</w:t>
      </w:r>
    </w:p>
    <w:p>
      <w:pPr>
        <w:pStyle w:val="ListParagraph"/>
      </w:pPr>
      <w:r>
        <w:rPr>
          <w:sz w:val="22"/>
        </w:rPr>
        <w:t>C. capital</w:t>
      </w:r>
    </w:p>
    <w:p>
      <w:pPr>
        <w:pStyle w:val="ListParagraph"/>
      </w:pPr>
      <w:r>
        <w:rPr>
          <w:sz w:val="22"/>
        </w:rPr>
        <w:t>D. local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C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D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C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