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 xml:space="preserve">tiếng anh 12: I. USE OF ENGLISH Mark the letter A, B, C, or D on your answer sheet to indicate the word or phrase that complete each of the following 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There are many ways for foreign students to deal with _____ and adjust to the new environment.</w:t>
      </w:r>
    </w:p>
    <w:p>
      <w:pPr>
        <w:pStyle w:val="ListParagraph"/>
      </w:pPr>
      <w:r>
        <w:rPr>
          <w:sz w:val="22"/>
        </w:rPr>
        <w:t>A. cultural identity</w:t>
      </w:r>
    </w:p>
    <w:p>
      <w:pPr>
        <w:pStyle w:val="ListParagraph"/>
      </w:pPr>
      <w:r>
        <w:rPr>
          <w:sz w:val="22"/>
        </w:rPr>
        <w:t>B. cultural group</w:t>
      </w:r>
    </w:p>
    <w:p>
      <w:pPr>
        <w:pStyle w:val="ListParagraph"/>
      </w:pPr>
      <w:r>
        <w:rPr>
          <w:sz w:val="22"/>
        </w:rPr>
        <w:t>C. culture shock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2: The government has introduced new policies to _____ the gap between the rich and the poor.</w:t>
      </w:r>
    </w:p>
    <w:p>
      <w:pPr>
        <w:pStyle w:val="ListParagraph"/>
      </w:pPr>
      <w:r>
        <w:rPr>
          <w:sz w:val="22"/>
        </w:rPr>
        <w:t>A. close</w:t>
      </w:r>
    </w:p>
    <w:p>
      <w:pPr>
        <w:pStyle w:val="ListParagraph"/>
      </w:pPr>
      <w:r>
        <w:rPr>
          <w:sz w:val="22"/>
        </w:rPr>
        <w:t>B. narrow</w:t>
      </w:r>
    </w:p>
    <w:p>
      <w:pPr>
        <w:pStyle w:val="ListParagraph"/>
      </w:pPr>
      <w:r>
        <w:rPr>
          <w:sz w:val="22"/>
        </w:rPr>
        <w:t>C. bridge</w:t>
      </w:r>
    </w:p>
    <w:p>
      <w:pPr>
        <w:pStyle w:val="ListParagraph"/>
      </w:pPr>
      <w:r>
        <w:rPr>
          <w:sz w:val="22"/>
        </w:rPr>
        <w:t>D. reduce</w:t>
      </w:r>
    </w:p>
    <w:p/>
    <w:p>
      <w:r>
        <w:rPr>
          <w:b/>
          <w:sz w:val="24"/>
        </w:rPr>
        <w:t>Câu 3: She is one of the most _____ students in our class; she always comes up with creative ideas.</w:t>
      </w:r>
    </w:p>
    <w:p>
      <w:pPr>
        <w:pStyle w:val="ListParagraph"/>
      </w:pPr>
      <w:r>
        <w:rPr>
          <w:sz w:val="22"/>
        </w:rPr>
        <w:t>A. imaginable</w:t>
      </w:r>
    </w:p>
    <w:p>
      <w:pPr>
        <w:pStyle w:val="ListParagraph"/>
      </w:pPr>
      <w:r>
        <w:rPr>
          <w:sz w:val="22"/>
        </w:rPr>
        <w:t>B. imaginary</w:t>
      </w:r>
    </w:p>
    <w:p>
      <w:pPr>
        <w:pStyle w:val="ListParagraph"/>
      </w:pPr>
      <w:r>
        <w:rPr>
          <w:sz w:val="22"/>
        </w:rPr>
        <w:t>C. imaginative</w:t>
      </w:r>
    </w:p>
    <w:p>
      <w:pPr>
        <w:pStyle w:val="ListParagraph"/>
      </w:pPr>
      <w:r>
        <w:rPr>
          <w:sz w:val="22"/>
        </w:rPr>
        <w:t>D. imagination</w:t>
      </w:r>
    </w:p>
    <w:p/>
    <w:p>
      <w:r>
        <w:rPr>
          <w:b/>
          <w:sz w:val="24"/>
        </w:rPr>
        <w:t>Câu 4: If I _____ you, I would apologize to her immediately.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rPr>
          <w:b/>
          <w:sz w:val="24"/>
        </w:rPr>
        <w:t>Câu 5: The teacher asked the students _____ noise in the library.</w:t>
      </w:r>
    </w:p>
    <w:p>
      <w:pPr>
        <w:pStyle w:val="ListParagraph"/>
      </w:pPr>
      <w:r>
        <w:rPr>
          <w:sz w:val="22"/>
        </w:rPr>
        <w:t>A. not make</w:t>
      </w:r>
    </w:p>
    <w:p>
      <w:pPr>
        <w:pStyle w:val="ListParagraph"/>
      </w:pPr>
      <w:r>
        <w:rPr>
          <w:sz w:val="22"/>
        </w:rPr>
        <w:t>B. not to make</w:t>
      </w:r>
    </w:p>
    <w:p>
      <w:pPr>
        <w:pStyle w:val="ListParagraph"/>
      </w:pPr>
      <w:r>
        <w:rPr>
          <w:sz w:val="22"/>
        </w:rPr>
        <w:t>C. to not make</w:t>
      </w:r>
    </w:p>
    <w:p>
      <w:pPr>
        <w:pStyle w:val="ListParagraph"/>
      </w:pPr>
      <w:r>
        <w:rPr>
          <w:sz w:val="22"/>
        </w:rPr>
        <w:t>D. don't make</w:t>
      </w:r>
    </w:p>
    <w:p/>
    <w:p>
      <w:r>
        <w:rPr>
          <w:b/>
          <w:sz w:val="24"/>
        </w:rPr>
        <w:t>Câu 6: By the time we arrived at the cinema, the film _____.</w:t>
      </w:r>
    </w:p>
    <w:p>
      <w:pPr>
        <w:pStyle w:val="ListParagraph"/>
      </w:pPr>
      <w:r>
        <w:rPr>
          <w:sz w:val="22"/>
        </w:rPr>
        <w:t>A. has started</w:t>
      </w:r>
    </w:p>
    <w:p>
      <w:pPr>
        <w:pStyle w:val="ListParagraph"/>
      </w:pPr>
      <w:r>
        <w:rPr>
          <w:sz w:val="22"/>
        </w:rPr>
        <w:t>B. had started</w:t>
      </w:r>
    </w:p>
    <w:p>
      <w:pPr>
        <w:pStyle w:val="ListParagraph"/>
      </w:pPr>
      <w:r>
        <w:rPr>
          <w:sz w:val="22"/>
        </w:rPr>
        <w:t>C. started</w:t>
      </w:r>
    </w:p>
    <w:p>
      <w:pPr>
        <w:pStyle w:val="ListParagraph"/>
      </w:pPr>
      <w:r>
        <w:rPr>
          <w:sz w:val="22"/>
        </w:rPr>
        <w:t>D. was starting</w:t>
      </w:r>
    </w:p>
    <w:p/>
    <w:p>
      <w:r>
        <w:rPr>
          <w:b/>
          <w:sz w:val="24"/>
        </w:rPr>
        <w:t>Câu 7: The more you practice speaking English, _____ you will become.</w:t>
      </w:r>
    </w:p>
    <w:p>
      <w:pPr>
        <w:pStyle w:val="ListParagraph"/>
      </w:pPr>
      <w:r>
        <w:rPr>
          <w:sz w:val="22"/>
        </w:rPr>
        <w:t>A. more fluent</w:t>
      </w:r>
    </w:p>
    <w:p>
      <w:pPr>
        <w:pStyle w:val="ListParagraph"/>
      </w:pPr>
      <w:r>
        <w:rPr>
          <w:sz w:val="22"/>
        </w:rPr>
        <w:t>B. fluent</w:t>
      </w:r>
    </w:p>
    <w:p>
      <w:pPr>
        <w:pStyle w:val="ListParagraph"/>
      </w:pPr>
      <w:r>
        <w:rPr>
          <w:sz w:val="22"/>
        </w:rPr>
        <w:t>C. the most fluent</w:t>
      </w:r>
    </w:p>
    <w:p>
      <w:pPr>
        <w:pStyle w:val="ListParagraph"/>
      </w:pPr>
      <w:r>
        <w:rPr>
          <w:sz w:val="22"/>
        </w:rPr>
        <w:t>D. the more fluent</w:t>
      </w:r>
    </w:p>
    <w:p/>
    <w:p>
      <w:r>
        <w:rPr>
          <w:b/>
          <w:sz w:val="24"/>
        </w:rPr>
        <w:t>Câu 8: She suggested _____ a break after two hours of studying.</w:t>
      </w:r>
    </w:p>
    <w:p>
      <w:pPr>
        <w:pStyle w:val="ListParagraph"/>
      </w:pPr>
      <w:r>
        <w:rPr>
          <w:sz w:val="22"/>
        </w:rPr>
        <w:t>A. took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taking</w:t>
      </w:r>
    </w:p>
    <w:p>
      <w:pPr>
        <w:pStyle w:val="ListParagraph"/>
      </w:pPr>
      <w:r>
        <w:rPr>
          <w:sz w:val="22"/>
        </w:rPr>
        <w:t>D. to take</w:t>
      </w:r>
    </w:p>
    <w:p/>
    <w:p>
      <w:r>
        <w:rPr>
          <w:b/>
          <w:sz w:val="24"/>
        </w:rPr>
        <w:t>Câu 9: The book _____ by Nguyen Du is considered a masterpiece of Vietnamese literature.</w:t>
      </w:r>
    </w:p>
    <w:p>
      <w:pPr>
        <w:pStyle w:val="ListParagraph"/>
      </w:pPr>
      <w:r>
        <w:rPr>
          <w:sz w:val="22"/>
        </w:rPr>
        <w:t>A. to write</w:t>
      </w:r>
    </w:p>
    <w:p>
      <w:pPr>
        <w:pStyle w:val="ListParagraph"/>
      </w:pPr>
      <w:r>
        <w:rPr>
          <w:sz w:val="22"/>
        </w:rPr>
        <w:t>B. wrote</w:t>
      </w:r>
    </w:p>
    <w:p>
      <w:pPr>
        <w:pStyle w:val="ListParagraph"/>
      </w:pPr>
      <w:r>
        <w:rPr>
          <w:sz w:val="22"/>
        </w:rPr>
        <w:t>C. writing</w:t>
      </w:r>
    </w:p>
    <w:p>
      <w:pPr>
        <w:pStyle w:val="ListParagraph"/>
      </w:pPr>
      <w:r>
        <w:rPr>
          <w:sz w:val="22"/>
        </w:rPr>
        <w:t>D. written</w:t>
      </w:r>
    </w:p>
    <w:p/>
    <w:p>
      <w:r>
        <w:rPr>
          <w:b/>
          <w:sz w:val="24"/>
        </w:rPr>
        <w:t>Câu 10: It is important that every student _____ the school regulations.</w:t>
      </w:r>
    </w:p>
    <w:p>
      <w:pPr>
        <w:pStyle w:val="ListParagraph"/>
      </w:pPr>
      <w:r>
        <w:rPr>
          <w:sz w:val="22"/>
        </w:rPr>
        <w:t>A. follows</w:t>
      </w:r>
    </w:p>
    <w:p>
      <w:pPr>
        <w:pStyle w:val="ListParagraph"/>
      </w:pPr>
      <w:r>
        <w:rPr>
          <w:sz w:val="22"/>
        </w:rPr>
        <w:t>B. to follow</w:t>
      </w:r>
    </w:p>
    <w:p>
      <w:pPr>
        <w:pStyle w:val="ListParagraph"/>
      </w:pPr>
      <w:r>
        <w:rPr>
          <w:sz w:val="22"/>
        </w:rPr>
        <w:t>C. following</w:t>
      </w:r>
    </w:p>
    <w:p>
      <w:pPr>
        <w:pStyle w:val="ListParagraph"/>
      </w:pPr>
      <w:r>
        <w:rPr>
          <w:sz w:val="22"/>
        </w:rPr>
        <w:t>D. follow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Culture shock là cụm từ chỉ sự sốc văn hóa, phù hợp với ngữ cảnh du học sinh thích nghi với môi trường mới.</w:t>
      </w:r>
    </w:p>
    <w:p>
      <w:r>
        <w:rPr>
          <w:b/>
        </w:rPr>
        <w:t>Câu 2: Đáp án đúng: B</w:t>
      </w:r>
    </w:p>
    <w:p>
      <w:r>
        <w:rPr>
          <w:i/>
        </w:rPr>
        <w:t>Giải thích: Narrow the gap là cụm từ cố định, có nghĩa là thu hẹp khoảng cách.</w:t>
      </w:r>
    </w:p>
    <w:p>
      <w:r>
        <w:rPr>
          <w:b/>
        </w:rPr>
        <w:t>Câu 3: Đáp án đúng: C</w:t>
      </w:r>
    </w:p>
    <w:p>
      <w:r>
        <w:rPr>
          <w:i/>
        </w:rPr>
        <w:t>Giải thích: Imaginative (tính từ) có nghĩa là giàu trí tưởng tượng, phù hợp để miêu tả một học sinh sáng tạo.</w:t>
      </w:r>
    </w:p>
    <w:p>
      <w:r>
        <w:rPr>
          <w:b/>
        </w:rPr>
        <w:t>Câu 4: Đáp án đúng: C</w:t>
      </w:r>
    </w:p>
    <w:p>
      <w:r>
        <w:rPr>
          <w:i/>
        </w:rPr>
        <w:t>Giải thích: Trong câu điều kiện loại 2, động từ to be được chia là were cho tất cả các ngôi.</w:t>
      </w:r>
    </w:p>
    <w:p>
      <w:r>
        <w:rPr>
          <w:b/>
        </w:rPr>
        <w:t>Câu 5: Đáp án đúng: B</w:t>
      </w:r>
    </w:p>
    <w:p>
      <w:r>
        <w:rPr>
          <w:i/>
        </w:rPr>
        <w:t>Giải thích: Cấu trúc ask somebody not to do something: yêu cầu ai đó không làm gì.</w:t>
      </w:r>
    </w:p>
    <w:p>
      <w:r>
        <w:rPr>
          <w:b/>
        </w:rPr>
        <w:t>Câu 6: Đáp án đúng: B</w:t>
      </w:r>
    </w:p>
    <w:p>
      <w:r>
        <w:rPr>
          <w:i/>
        </w:rPr>
        <w:t>Giải thích: Hành động bắt đầu phim xảy ra trước hành động đến rạp, nên dùng thì quá khứ hoàn thành.</w:t>
      </w:r>
    </w:p>
    <w:p>
      <w:r>
        <w:rPr>
          <w:b/>
        </w:rPr>
        <w:t>Câu 7: Đáp án đúng: D</w:t>
      </w:r>
    </w:p>
    <w:p>
      <w:r>
        <w:rPr>
          <w:i/>
        </w:rPr>
        <w:t>Giải thích: Cấu trúc so sánh kép: The more + adj/adv, the more + adj/adv.</w:t>
      </w:r>
    </w:p>
    <w:p>
      <w:r>
        <w:rPr>
          <w:b/>
        </w:rPr>
        <w:t>Câu 8: Đáp án đúng: C</w:t>
      </w:r>
    </w:p>
    <w:p>
      <w:r>
        <w:rPr>
          <w:i/>
        </w:rPr>
        <w:t>Giải thích: Suggest + V-ing: đề nghị làm gì.</w:t>
      </w:r>
    </w:p>
    <w:p>
      <w:r>
        <w:rPr>
          <w:b/>
        </w:rPr>
        <w:t>Câu 9: Đáp án đúng: D</w:t>
      </w:r>
    </w:p>
    <w:p>
      <w:r>
        <w:rPr>
          <w:i/>
        </w:rPr>
        <w:t>Giải thích: Rút gọn mệnh đề quan hệ dạng bị động, dùng quá khứ phân từ (written).</w:t>
      </w:r>
    </w:p>
    <w:p>
      <w:r>
        <w:rPr>
          <w:b/>
        </w:rPr>
        <w:t>Câu 10: Đáp án đúng: D</w:t>
      </w:r>
    </w:p>
    <w:p>
      <w:r>
        <w:rPr>
          <w:i/>
        </w:rPr>
        <w:t>Giải thích: Cấu trúc giả định với It is important that + S + (should) + V-inf.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