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Trật tự thế giới hai cực Yalta và Chiến tranh Lạnh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Hội nghị Ianta (2-1945) được triệu tập trong bối cảnh nào?</w:t>
      </w:r>
    </w:p>
    <w:p>
      <w:pPr>
        <w:pStyle w:val="ListParagraph"/>
      </w:pPr>
      <w:r>
        <w:rPr>
          <w:sz w:val="22"/>
        </w:rPr>
        <w:t>A. Chiến tranh thế giới thứ hai bước vào giai đoạn kết thúc.</w:t>
      </w:r>
    </w:p>
    <w:p>
      <w:pPr>
        <w:pStyle w:val="ListParagraph"/>
      </w:pPr>
      <w:r>
        <w:rPr>
          <w:sz w:val="22"/>
        </w:rPr>
        <w:t>B. Chiến tranh thế giới thứ hai bùng nổ.</w:t>
      </w:r>
    </w:p>
    <w:p>
      <w:pPr>
        <w:pStyle w:val="ListParagraph"/>
      </w:pPr>
      <w:r>
        <w:rPr>
          <w:sz w:val="22"/>
        </w:rPr>
        <w:t>C. Chiến tranh thế giới thứ hai đang diễn ra ác liệt.</w:t>
      </w:r>
    </w:p>
    <w:p>
      <w:pPr>
        <w:pStyle w:val="ListParagraph"/>
      </w:pPr>
      <w:r>
        <w:rPr>
          <w:sz w:val="22"/>
        </w:rPr>
        <w:t>D. Chiến tranh thế giới thứ hai đã kết thúc.</w:t>
      </w:r>
    </w:p>
    <w:p/>
    <w:p>
      <w:r>
        <w:rPr>
          <w:b/>
          <w:sz w:val="24"/>
        </w:rPr>
        <w:t>Câu 2: Tham dự Hội nghị Ianta có nguyên thủ của những quốc gia nào?</w:t>
      </w:r>
    </w:p>
    <w:p>
      <w:pPr>
        <w:pStyle w:val="ListParagraph"/>
      </w:pPr>
      <w:r>
        <w:rPr>
          <w:sz w:val="22"/>
        </w:rPr>
        <w:t>A. Anh, Pháp, Mĩ.</w:t>
      </w:r>
    </w:p>
    <w:p>
      <w:pPr>
        <w:pStyle w:val="ListParagraph"/>
      </w:pPr>
      <w:r>
        <w:rPr>
          <w:sz w:val="22"/>
        </w:rPr>
        <w:t>B. Liên Xô, Mĩ, Anh.</w:t>
      </w:r>
    </w:p>
    <w:p>
      <w:pPr>
        <w:pStyle w:val="ListParagraph"/>
      </w:pPr>
      <w:r>
        <w:rPr>
          <w:sz w:val="22"/>
        </w:rPr>
        <w:t>C. Liên Xô, Mĩ, Pháp.</w:t>
      </w:r>
    </w:p>
    <w:p>
      <w:pPr>
        <w:pStyle w:val="ListParagraph"/>
      </w:pPr>
      <w:r>
        <w:rPr>
          <w:sz w:val="22"/>
        </w:rPr>
        <w:t>D. Liên Xô, Anh, Pháp.</w:t>
      </w:r>
    </w:p>
    <w:p/>
    <w:p>
      <w:r>
        <w:rPr>
          <w:b/>
          <w:sz w:val="24"/>
        </w:rPr>
        <w:t>Câu 3: Theo quyết định của Hội nghị Ianta, quân đội nước nào sẽ chiếm đóng Nhật Bản sau Chiến tranh thế giới thứ hai?</w:t>
      </w:r>
    </w:p>
    <w:p>
      <w:pPr>
        <w:pStyle w:val="ListParagraph"/>
      </w:pPr>
      <w:r>
        <w:rPr>
          <w:sz w:val="22"/>
        </w:rPr>
        <w:t>A. Liên Xô.</w:t>
      </w:r>
    </w:p>
    <w:p>
      <w:pPr>
        <w:pStyle w:val="ListParagraph"/>
      </w:pPr>
      <w:r>
        <w:rPr>
          <w:sz w:val="22"/>
        </w:rPr>
        <w:t>B. Mĩ.</w:t>
      </w:r>
    </w:p>
    <w:p>
      <w:pPr>
        <w:pStyle w:val="ListParagraph"/>
      </w:pPr>
      <w:r>
        <w:rPr>
          <w:sz w:val="22"/>
        </w:rPr>
        <w:t>C. Anh.</w:t>
      </w:r>
    </w:p>
    <w:p>
      <w:pPr>
        <w:pStyle w:val="ListParagraph"/>
      </w:pPr>
      <w:r>
        <w:rPr>
          <w:sz w:val="22"/>
        </w:rPr>
        <w:t>D. Trung Quốc.</w:t>
      </w:r>
    </w:p>
    <w:p/>
    <w:p>
      <w:r>
        <w:rPr>
          <w:b/>
          <w:sz w:val="24"/>
        </w:rPr>
        <w:t>Câu 4: Theo quyết định của Hội nghị Ianta, vùng Đông Âu thuộc phạm vi ảnh hưởng của nước nào?</w:t>
      </w:r>
    </w:p>
    <w:p>
      <w:pPr>
        <w:pStyle w:val="ListParagraph"/>
      </w:pPr>
      <w:r>
        <w:rPr>
          <w:sz w:val="22"/>
        </w:rPr>
        <w:t>A. Mĩ.</w:t>
      </w:r>
    </w:p>
    <w:p>
      <w:pPr>
        <w:pStyle w:val="ListParagraph"/>
      </w:pPr>
      <w:r>
        <w:rPr>
          <w:sz w:val="22"/>
        </w:rPr>
        <w:t>B. Anh.</w:t>
      </w:r>
    </w:p>
    <w:p>
      <w:pPr>
        <w:pStyle w:val="ListParagraph"/>
      </w:pPr>
      <w:r>
        <w:rPr>
          <w:sz w:val="22"/>
        </w:rPr>
        <w:t>C. Liên Xô.</w:t>
      </w:r>
    </w:p>
    <w:p>
      <w:pPr>
        <w:pStyle w:val="ListParagraph"/>
      </w:pPr>
      <w:r>
        <w:rPr>
          <w:sz w:val="22"/>
        </w:rPr>
        <w:t>D. Pháp.</w:t>
      </w:r>
    </w:p>
    <w:p/>
    <w:p>
      <w:r>
        <w:rPr>
          <w:b/>
          <w:sz w:val="24"/>
        </w:rPr>
        <w:t>Câu 5: Tổ chức Liên hợp quốc được thành lập vào thời gian nào?</w:t>
      </w:r>
    </w:p>
    <w:p>
      <w:pPr>
        <w:pStyle w:val="ListParagraph"/>
      </w:pPr>
      <w:r>
        <w:rPr>
          <w:sz w:val="22"/>
        </w:rPr>
        <w:t>A. 24-10-1945.</w:t>
      </w:r>
    </w:p>
    <w:p>
      <w:pPr>
        <w:pStyle w:val="ListParagraph"/>
      </w:pPr>
      <w:r>
        <w:rPr>
          <w:sz w:val="22"/>
        </w:rPr>
        <w:t>B. 26-6-1945.</w:t>
      </w:r>
    </w:p>
    <w:p>
      <w:pPr>
        <w:pStyle w:val="ListParagraph"/>
      </w:pPr>
      <w:r>
        <w:rPr>
          <w:sz w:val="22"/>
        </w:rPr>
        <w:t>C. 25-4-1945.</w:t>
      </w:r>
    </w:p>
    <w:p>
      <w:pPr>
        <w:pStyle w:val="ListParagraph"/>
      </w:pPr>
      <w:r>
        <w:rPr>
          <w:sz w:val="22"/>
        </w:rPr>
        <w:t>D. 1-1-1945.</w:t>
      </w:r>
    </w:p>
    <w:p/>
    <w:p>
      <w:r>
        <w:rPr>
          <w:b/>
          <w:sz w:val="24"/>
        </w:rPr>
        <w:t>Câu 6: Trụ sở của Liên hợp quốc đặt tại thành phố nào?</w:t>
      </w:r>
    </w:p>
    <w:p>
      <w:pPr>
        <w:pStyle w:val="ListParagraph"/>
      </w:pPr>
      <w:r>
        <w:rPr>
          <w:sz w:val="22"/>
        </w:rPr>
        <w:t>A. Luân Đôn (Anh).</w:t>
      </w:r>
    </w:p>
    <w:p>
      <w:pPr>
        <w:pStyle w:val="ListParagraph"/>
      </w:pPr>
      <w:r>
        <w:rPr>
          <w:sz w:val="22"/>
        </w:rPr>
        <w:t>B. Paris (Pháp).</w:t>
      </w:r>
    </w:p>
    <w:p>
      <w:pPr>
        <w:pStyle w:val="ListParagraph"/>
      </w:pPr>
      <w:r>
        <w:rPr>
          <w:sz w:val="22"/>
        </w:rPr>
        <w:t>C. New York (Mĩ).</w:t>
      </w:r>
    </w:p>
    <w:p>
      <w:pPr>
        <w:pStyle w:val="ListParagraph"/>
      </w:pPr>
      <w:r>
        <w:rPr>
          <w:sz w:val="22"/>
        </w:rPr>
        <w:t>D. Moscow (Liên Xô).</w:t>
      </w:r>
    </w:p>
    <w:p/>
    <w:p>
      <w:r>
        <w:rPr>
          <w:b/>
          <w:sz w:val="24"/>
        </w:rPr>
        <w:t>Câu 7: Cơ quan nào của Liên hợp quốc có vai trò quan trọng nhất trong việc duy trì hòa bình và an ninh thế giới?</w:t>
      </w:r>
    </w:p>
    <w:p>
      <w:pPr>
        <w:pStyle w:val="ListParagraph"/>
      </w:pPr>
      <w:r>
        <w:rPr>
          <w:sz w:val="22"/>
        </w:rPr>
        <w:t>A. Đại hội đồng.</w:t>
      </w:r>
    </w:p>
    <w:p>
      <w:pPr>
        <w:pStyle w:val="ListParagraph"/>
      </w:pPr>
      <w:r>
        <w:rPr>
          <w:sz w:val="22"/>
        </w:rPr>
        <w:t>B. Hội đồng Bảo an.</w:t>
      </w:r>
    </w:p>
    <w:p>
      <w:pPr>
        <w:pStyle w:val="ListParagraph"/>
      </w:pPr>
      <w:r>
        <w:rPr>
          <w:sz w:val="22"/>
        </w:rPr>
        <w:t>C. Hội đồng Kinh tế và Xã hội.</w:t>
      </w:r>
    </w:p>
    <w:p>
      <w:pPr>
        <w:pStyle w:val="ListParagraph"/>
      </w:pPr>
      <w:r>
        <w:rPr>
          <w:sz w:val="22"/>
        </w:rPr>
        <w:t>D. Tòa án Quốc tế.</w:t>
      </w:r>
    </w:p>
    <w:p/>
    <w:p>
      <w:r>
        <w:rPr>
          <w:b/>
          <w:sz w:val="24"/>
        </w:rPr>
        <w:t>Câu 8: Sự kiện nào được xem là khởi đầu của Chiến tranh Lạnh?</w:t>
      </w:r>
    </w:p>
    <w:p>
      <w:pPr>
        <w:pStyle w:val="ListParagraph"/>
      </w:pPr>
      <w:r>
        <w:rPr>
          <w:sz w:val="22"/>
        </w:rPr>
        <w:t>A. Học thuyết Truman (3-1947).</w:t>
      </w:r>
    </w:p>
    <w:p>
      <w:pPr>
        <w:pStyle w:val="ListParagraph"/>
      </w:pPr>
      <w:r>
        <w:rPr>
          <w:sz w:val="22"/>
        </w:rPr>
        <w:t>B. Kế hoạch Marshall (6-1947).</w:t>
      </w:r>
    </w:p>
    <w:p>
      <w:pPr>
        <w:pStyle w:val="ListParagraph"/>
      </w:pPr>
      <w:r>
        <w:rPr>
          <w:sz w:val="22"/>
        </w:rPr>
        <w:t>C. Sự thành lập NATO (4-1949).</w:t>
      </w:r>
    </w:p>
    <w:p>
      <w:pPr>
        <w:pStyle w:val="ListParagraph"/>
      </w:pPr>
      <w:r>
        <w:rPr>
          <w:sz w:val="22"/>
        </w:rPr>
        <w:t>D. Sự thành lập Tổ chức Hiệp ước Vácsava (5-1955).</w:t>
      </w:r>
    </w:p>
    <w:p/>
    <w:p>
      <w:r>
        <w:rPr>
          <w:b/>
          <w:sz w:val="24"/>
        </w:rPr>
        <w:t>Câu 9: Tổ chức Hiệp ước Bắc Đại Tây Dương (NATO) được thành lập vào năm nào?</w:t>
      </w:r>
    </w:p>
    <w:p>
      <w:pPr>
        <w:pStyle w:val="ListParagraph"/>
      </w:pPr>
      <w:r>
        <w:rPr>
          <w:sz w:val="22"/>
        </w:rPr>
        <w:t>A. 1947.</w:t>
      </w:r>
    </w:p>
    <w:p>
      <w:pPr>
        <w:pStyle w:val="ListParagraph"/>
      </w:pPr>
      <w:r>
        <w:rPr>
          <w:sz w:val="22"/>
        </w:rPr>
        <w:t>B. 1948.</w:t>
      </w:r>
    </w:p>
    <w:p>
      <w:pPr>
        <w:pStyle w:val="ListParagraph"/>
      </w:pPr>
      <w:r>
        <w:rPr>
          <w:sz w:val="22"/>
        </w:rPr>
        <w:t>C. 1949.</w:t>
      </w:r>
    </w:p>
    <w:p>
      <w:pPr>
        <w:pStyle w:val="ListParagraph"/>
      </w:pPr>
      <w:r>
        <w:rPr>
          <w:sz w:val="22"/>
        </w:rPr>
        <w:t>D. 1950.</w:t>
      </w:r>
    </w:p>
    <w:p/>
    <w:p>
      <w:r>
        <w:rPr>
          <w:b/>
          <w:sz w:val="24"/>
        </w:rPr>
        <w:t>Câu 10: Tổ chức Hiệp ước Vácsava được thành lập nhằm mục đích gì?</w:t>
      </w:r>
    </w:p>
    <w:p>
      <w:pPr>
        <w:pStyle w:val="ListParagraph"/>
      </w:pPr>
      <w:r>
        <w:rPr>
          <w:sz w:val="22"/>
        </w:rPr>
        <w:t>A. Chống lại ảnh hưởng của Mĩ ở châu Âu.</w:t>
      </w:r>
    </w:p>
    <w:p>
      <w:pPr>
        <w:pStyle w:val="ListParagraph"/>
      </w:pPr>
      <w:r>
        <w:rPr>
          <w:sz w:val="22"/>
        </w:rPr>
        <w:t>B. Đối phó với sự thành lập của NATO.</w:t>
      </w:r>
    </w:p>
    <w:p>
      <w:pPr>
        <w:pStyle w:val="ListParagraph"/>
      </w:pPr>
      <w:r>
        <w:rPr>
          <w:sz w:val="22"/>
        </w:rPr>
        <w:t>C. Bảo vệ hòa bình ở châu Âu.</w:t>
      </w:r>
    </w:p>
    <w:p>
      <w:pPr>
        <w:pStyle w:val="ListParagraph"/>
      </w:pPr>
      <w:r>
        <w:rPr>
          <w:sz w:val="22"/>
        </w:rPr>
        <w:t>D. Tăng cường hợp tác kinh tế giữa các nước XHCN.</w:t>
      </w:r>
    </w:p>
    <w:p/>
    <w:p>
      <w:r>
        <w:rPr>
          <w:b/>
          <w:sz w:val="24"/>
        </w:rPr>
        <w:t>Câu 11: Chiến tranh Lạnh kết thúc vào thời gian nào?</w:t>
      </w:r>
    </w:p>
    <w:p>
      <w:pPr>
        <w:pStyle w:val="ListParagraph"/>
      </w:pPr>
      <w:r>
        <w:rPr>
          <w:sz w:val="22"/>
        </w:rPr>
        <w:t>A. Năm 1989.</w:t>
      </w:r>
    </w:p>
    <w:p>
      <w:pPr>
        <w:pStyle w:val="ListParagraph"/>
      </w:pPr>
      <w:r>
        <w:rPr>
          <w:sz w:val="22"/>
        </w:rPr>
        <w:t>B. Năm 1990.</w:t>
      </w:r>
    </w:p>
    <w:p>
      <w:pPr>
        <w:pStyle w:val="ListParagraph"/>
      </w:pPr>
      <w:r>
        <w:rPr>
          <w:sz w:val="22"/>
        </w:rPr>
        <w:t>C. Năm 1991.</w:t>
      </w:r>
    </w:p>
    <w:p>
      <w:pPr>
        <w:pStyle w:val="ListParagraph"/>
      </w:pPr>
      <w:r>
        <w:rPr>
          <w:sz w:val="22"/>
        </w:rPr>
        <w:t>D. Năm 1992.</w:t>
      </w:r>
    </w:p>
    <w:p/>
    <w:p>
      <w:r>
        <w:rPr>
          <w:b/>
          <w:sz w:val="24"/>
        </w:rPr>
        <w:t>Câu 12: Nguyên nhân chủ yếu dẫn đến sự đối đầu Đông - Tây trong Chiến tranh Lạnh là gì?</w:t>
      </w:r>
    </w:p>
    <w:p>
      <w:pPr>
        <w:pStyle w:val="ListParagraph"/>
      </w:pPr>
      <w:r>
        <w:rPr>
          <w:sz w:val="22"/>
        </w:rPr>
        <w:t>A. Sự đối lập về mục tiêu và chiến lược giữa hai cường quốc Xô - Mĩ.</w:t>
      </w:r>
    </w:p>
    <w:p>
      <w:pPr>
        <w:pStyle w:val="ListParagraph"/>
      </w:pPr>
      <w:r>
        <w:rPr>
          <w:sz w:val="22"/>
        </w:rPr>
        <w:t>B. Sự khác biệt về văn hóa giữa hai phe.</w:t>
      </w:r>
    </w:p>
    <w:p>
      <w:pPr>
        <w:pStyle w:val="ListParagraph"/>
      </w:pPr>
      <w:r>
        <w:rPr>
          <w:sz w:val="22"/>
        </w:rPr>
        <w:t>C. Sự tranh chấp thuộc địa sau chiến tranh.</w:t>
      </w:r>
    </w:p>
    <w:p>
      <w:pPr>
        <w:pStyle w:val="ListParagraph"/>
      </w:pPr>
      <w:r>
        <w:rPr>
          <w:sz w:val="22"/>
        </w:rPr>
        <w:t>D. Sự phát triển của cách mạng khoa học - kĩ thuật.</w:t>
      </w:r>
    </w:p>
    <w:p/>
    <w:p>
      <w:r>
        <w:rPr>
          <w:b/>
          <w:sz w:val="24"/>
        </w:rPr>
        <w:t>Câu 13: Đặc điểm nổi bật của quan hệ quốc tế trong thời kì Chiến tranh Lạnh là gì?</w:t>
      </w:r>
    </w:p>
    <w:p>
      <w:pPr>
        <w:pStyle w:val="ListParagraph"/>
      </w:pPr>
      <w:r>
        <w:rPr>
          <w:sz w:val="22"/>
        </w:rPr>
        <w:t>A. Hợp tác hòa bình giữa các quốc gia.</w:t>
      </w:r>
    </w:p>
    <w:p>
      <w:pPr>
        <w:pStyle w:val="ListParagraph"/>
      </w:pPr>
      <w:r>
        <w:rPr>
          <w:sz w:val="22"/>
        </w:rPr>
        <w:t>B. Thế giới luôn trong tình trạng căng thẳng, đối đầu giữa hai phe.</w:t>
      </w:r>
    </w:p>
    <w:p>
      <w:pPr>
        <w:pStyle w:val="ListParagraph"/>
      </w:pPr>
      <w:r>
        <w:rPr>
          <w:sz w:val="22"/>
        </w:rPr>
        <w:t>C. Các nước tập trung phát triển kinh tế.</w:t>
      </w:r>
    </w:p>
    <w:p>
      <w:pPr>
        <w:pStyle w:val="ListParagraph"/>
      </w:pPr>
      <w:r>
        <w:rPr>
          <w:sz w:val="22"/>
        </w:rPr>
        <w:t>D. Chủ nghĩa thực dân bị xóa bỏ.</w:t>
      </w:r>
    </w:p>
    <w:p/>
    <w:p>
      <w:r>
        <w:rPr>
          <w:b/>
          <w:sz w:val="24"/>
        </w:rPr>
        <w:t>Câu 14: Sự kiện nào đánh dấu sự sụp đổ của trật tự hai cực Ianta?</w:t>
      </w:r>
    </w:p>
    <w:p>
      <w:pPr>
        <w:pStyle w:val="ListParagraph"/>
      </w:pPr>
      <w:r>
        <w:rPr>
          <w:sz w:val="22"/>
        </w:rPr>
        <w:t>A. Sự tan rã của Liên bang Xô viết (12-1991).</w:t>
      </w:r>
    </w:p>
    <w:p>
      <w:pPr>
        <w:pStyle w:val="ListParagraph"/>
      </w:pPr>
      <w:r>
        <w:rPr>
          <w:sz w:val="22"/>
        </w:rPr>
        <w:t>B. Sự sụp đổ của bức tường Berlin (11-1989).</w:t>
      </w:r>
    </w:p>
    <w:p>
      <w:pPr>
        <w:pStyle w:val="ListParagraph"/>
      </w:pPr>
      <w:r>
        <w:rPr>
          <w:sz w:val="22"/>
        </w:rPr>
        <w:t>C. Sự giải thể của Hội đồng Tương trợ kinh tế (6-1991).</w:t>
      </w:r>
    </w:p>
    <w:p>
      <w:pPr>
        <w:pStyle w:val="ListParagraph"/>
      </w:pPr>
      <w:r>
        <w:rPr>
          <w:sz w:val="22"/>
        </w:rPr>
        <w:t>D. Sự giải thể của Tổ chức Hiệp ước Vácsava (7-1991).</w:t>
      </w:r>
    </w:p>
    <w:p/>
    <w:p>
      <w:r>
        <w:rPr>
          <w:b/>
          <w:sz w:val="24"/>
        </w:rPr>
        <w:t>Câu 15: Nội dung nào không phải là quyết định của Hội nghị Ianta?</w:t>
      </w:r>
    </w:p>
    <w:p>
      <w:pPr>
        <w:pStyle w:val="ListParagraph"/>
      </w:pPr>
      <w:r>
        <w:rPr>
          <w:sz w:val="22"/>
        </w:rPr>
        <w:t>A. Tiêu diệt tận gốc chủ nghĩa phát xít Đức và chủ nghĩa quân phiệt Nhật.</w:t>
      </w:r>
    </w:p>
    <w:p>
      <w:pPr>
        <w:pStyle w:val="ListParagraph"/>
      </w:pPr>
      <w:r>
        <w:rPr>
          <w:sz w:val="22"/>
        </w:rPr>
        <w:t>B. Thành lập tổ chức Liên hợp quốc.</w:t>
      </w:r>
    </w:p>
    <w:p>
      <w:pPr>
        <w:pStyle w:val="ListParagraph"/>
      </w:pPr>
      <w:r>
        <w:rPr>
          <w:sz w:val="22"/>
        </w:rPr>
        <w:t>C. Phân chia phạm vi ảnh hưởng ở châu Âu và châu Á.</w:t>
      </w:r>
    </w:p>
    <w:p>
      <w:pPr>
        <w:pStyle w:val="ListParagraph"/>
      </w:pPr>
      <w:r>
        <w:rPr>
          <w:sz w:val="22"/>
        </w:rPr>
        <w:t>D. Thành lập tổ chức NATO.</w:t>
      </w:r>
    </w:p>
    <w:p/>
    <w:p>
      <w:r>
        <w:rPr>
          <w:b/>
          <w:sz w:val="24"/>
        </w:rPr>
        <w:t>Câu 16: Việt Nam gia nhập Liên hợp quốc vào thời gian nào?</w:t>
      </w:r>
    </w:p>
    <w:p>
      <w:pPr>
        <w:pStyle w:val="ListParagraph"/>
      </w:pPr>
      <w:r>
        <w:rPr>
          <w:sz w:val="22"/>
        </w:rPr>
        <w:t>A. Năm 1975.</w:t>
      </w:r>
    </w:p>
    <w:p>
      <w:pPr>
        <w:pStyle w:val="ListParagraph"/>
      </w:pPr>
      <w:r>
        <w:rPr>
          <w:sz w:val="22"/>
        </w:rPr>
        <w:t>B. Năm 1976.</w:t>
      </w:r>
    </w:p>
    <w:p>
      <w:pPr>
        <w:pStyle w:val="ListParagraph"/>
      </w:pPr>
      <w:r>
        <w:rPr>
          <w:sz w:val="22"/>
        </w:rPr>
        <w:t>C. Năm 1977.</w:t>
      </w:r>
    </w:p>
    <w:p>
      <w:pPr>
        <w:pStyle w:val="ListParagraph"/>
      </w:pPr>
      <w:r>
        <w:rPr>
          <w:sz w:val="22"/>
        </w:rPr>
        <w:t>D. Năm 1978.</w:t>
      </w:r>
    </w:p>
    <w:p/>
    <w:p>
      <w:r>
        <w:rPr>
          <w:b/>
          <w:sz w:val="24"/>
        </w:rPr>
        <w:t>Câu 17: Mục tiêu chính của Mĩ khi phát động Chiến tranh Lạnh là gì?</w:t>
      </w:r>
    </w:p>
    <w:p>
      <w:pPr>
        <w:pStyle w:val="ListParagraph"/>
      </w:pPr>
      <w:r>
        <w:rPr>
          <w:sz w:val="22"/>
        </w:rPr>
        <w:t>A. Chống lại Liên Xô và các nước XHCN.</w:t>
      </w:r>
    </w:p>
    <w:p>
      <w:pPr>
        <w:pStyle w:val="ListParagraph"/>
      </w:pPr>
      <w:r>
        <w:rPr>
          <w:sz w:val="22"/>
        </w:rPr>
        <w:t>B. Mở rộng ảnh hưởng ở châu Á.</w:t>
      </w:r>
    </w:p>
    <w:p>
      <w:pPr>
        <w:pStyle w:val="ListParagraph"/>
      </w:pPr>
      <w:r>
        <w:rPr>
          <w:sz w:val="22"/>
        </w:rPr>
        <w:t>C. Thiết lập trật tự thế giới đơn cực.</w:t>
      </w:r>
    </w:p>
    <w:p>
      <w:pPr>
        <w:pStyle w:val="ListParagraph"/>
      </w:pPr>
      <w:r>
        <w:rPr>
          <w:sz w:val="22"/>
        </w:rPr>
        <w:t>D. Bảo vệ hòa bình thế giới.</w:t>
      </w:r>
    </w:p>
    <w:p/>
    <w:p>
      <w:r>
        <w:rPr>
          <w:b/>
          <w:sz w:val="24"/>
        </w:rPr>
        <w:t>Câu 18: Hậu quả lớn nhất của Chiến tranh Lạnh đối với thế giới là gì?</w:t>
      </w:r>
    </w:p>
    <w:p>
      <w:pPr>
        <w:pStyle w:val="ListParagraph"/>
      </w:pPr>
      <w:r>
        <w:rPr>
          <w:sz w:val="22"/>
        </w:rPr>
        <w:t>A. Thế giới luôn trong tình trạng căng thẳng, nguy cơ bùng nổ chiến tranh hạt nhân.</w:t>
      </w:r>
    </w:p>
    <w:p>
      <w:pPr>
        <w:pStyle w:val="ListParagraph"/>
      </w:pPr>
      <w:r>
        <w:rPr>
          <w:sz w:val="22"/>
        </w:rPr>
        <w:t>B. Nhiều cuộc chiến tranh cục bộ đã diễn ra.</w:t>
      </w:r>
    </w:p>
    <w:p>
      <w:pPr>
        <w:pStyle w:val="ListParagraph"/>
      </w:pPr>
      <w:r>
        <w:rPr>
          <w:sz w:val="22"/>
        </w:rPr>
        <w:t>C. Các nước bị chia cắt.</w:t>
      </w:r>
    </w:p>
    <w:p>
      <w:pPr>
        <w:pStyle w:val="ListParagraph"/>
      </w:pPr>
      <w:r>
        <w:rPr>
          <w:sz w:val="22"/>
        </w:rPr>
        <w:t>D. Kinh tế thế giới suy thoái.</w:t>
      </w:r>
    </w:p>
    <w:p/>
    <w:p>
      <w:r>
        <w:rPr>
          <w:b/>
          <w:sz w:val="24"/>
        </w:rPr>
        <w:t>Câu 19: Hội nghị Ianta diễn ra từ ngày 4 đến ngày 11 tháng 2 năm 1945 tại Liên Xô.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20: Theo quyết định của Hội nghị Ianta, quân đội Anh sẽ chiếm đóng Bắc Triều Tiên.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21: Chiến tranh Lạnh là cuộc chiến tranh tổng lực giữa hai phe XHCN và TBCN.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22: Sự sụp đổ của Liên Xô và Đông Âu đánh dấu sự chấm dứt của trật tự hai cực Ianta.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