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Sinh học Lớp 11 - Quang hợp và hô hấp ở thực vật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Quang hợp ở thực vật là quá trình:</w:t>
      </w:r>
    </w:p>
    <w:p>
      <w:pPr>
        <w:pStyle w:val="ListParagraph"/>
      </w:pPr>
      <w:r>
        <w:rPr>
          <w:sz w:val="22"/>
        </w:rPr>
        <w:t>A. Chuyển hóa quang năng thành hóa năng trong các hợp chất hữu cơ.</w:t>
      </w:r>
    </w:p>
    <w:p>
      <w:pPr>
        <w:pStyle w:val="ListParagraph"/>
      </w:pPr>
      <w:r>
        <w:rPr>
          <w:sz w:val="22"/>
        </w:rPr>
        <w:t>B. Chuyển hóa hóa năng thành quang năng.</w:t>
      </w:r>
    </w:p>
    <w:p>
      <w:pPr>
        <w:pStyle w:val="ListParagraph"/>
      </w:pPr>
      <w:r>
        <w:rPr>
          <w:sz w:val="22"/>
        </w:rPr>
        <w:t>C. Chuyển hóa quang năng thành nhiệt năng.</w:t>
      </w:r>
    </w:p>
    <w:p>
      <w:pPr>
        <w:pStyle w:val="ListParagraph"/>
      </w:pPr>
      <w:r>
        <w:rPr>
          <w:sz w:val="22"/>
        </w:rPr>
        <w:t>D. Chuyển hóa hóa năng thành cơ năng.</w:t>
      </w:r>
    </w:p>
    <w:p/>
    <w:p>
      <w:r>
        <w:rPr>
          <w:b/>
          <w:sz w:val="24"/>
        </w:rPr>
        <w:t>Câu 2: Sắc tố nào sau đây tham gia trực tiếp vào chuyển hóa quang năng thành hóa năng trong sản phẩm quang hợp ở cây xanh?</w:t>
      </w:r>
    </w:p>
    <w:p>
      <w:pPr>
        <w:pStyle w:val="ListParagraph"/>
      </w:pPr>
      <w:r>
        <w:rPr>
          <w:sz w:val="22"/>
        </w:rPr>
        <w:t>A. Diệp lục a.</w:t>
      </w:r>
    </w:p>
    <w:p>
      <w:pPr>
        <w:pStyle w:val="ListParagraph"/>
      </w:pPr>
      <w:r>
        <w:rPr>
          <w:sz w:val="22"/>
        </w:rPr>
        <w:t>B. Diệp lục b.</w:t>
      </w:r>
    </w:p>
    <w:p>
      <w:pPr>
        <w:pStyle w:val="ListParagraph"/>
      </w:pPr>
      <w:r>
        <w:rPr>
          <w:sz w:val="22"/>
        </w:rPr>
        <w:t>C. Carôtenôit.</w:t>
      </w:r>
    </w:p>
    <w:p>
      <w:pPr>
        <w:pStyle w:val="ListParagraph"/>
      </w:pPr>
      <w:r>
        <w:rPr>
          <w:sz w:val="22"/>
        </w:rPr>
        <w:t>D. Xantôphyl.</w:t>
      </w:r>
    </w:p>
    <w:p/>
    <w:p>
      <w:r>
        <w:rPr>
          <w:b/>
          <w:sz w:val="24"/>
        </w:rPr>
        <w:t>Câu 3: Pha sáng của quang hợp diễn ra ở:</w:t>
      </w:r>
    </w:p>
    <w:p>
      <w:pPr>
        <w:pStyle w:val="ListParagraph"/>
      </w:pPr>
      <w:r>
        <w:rPr>
          <w:sz w:val="22"/>
        </w:rPr>
        <w:t>A. Chất nền lục lạp.</w:t>
      </w:r>
    </w:p>
    <w:p>
      <w:pPr>
        <w:pStyle w:val="ListParagraph"/>
      </w:pPr>
      <w:r>
        <w:rPr>
          <w:sz w:val="22"/>
        </w:rPr>
        <w:t>B. Màng tilacôit.</w:t>
      </w:r>
    </w:p>
    <w:p>
      <w:pPr>
        <w:pStyle w:val="ListParagraph"/>
      </w:pPr>
      <w:r>
        <w:rPr>
          <w:sz w:val="22"/>
        </w:rPr>
        <w:t>C. Tế bào chất.</w:t>
      </w:r>
    </w:p>
    <w:p>
      <w:pPr>
        <w:pStyle w:val="ListParagraph"/>
      </w:pPr>
      <w:r>
        <w:rPr>
          <w:sz w:val="22"/>
        </w:rPr>
        <w:t>D. Ti thể.</w:t>
      </w:r>
    </w:p>
    <w:p/>
    <w:p>
      <w:r>
        <w:rPr>
          <w:b/>
          <w:sz w:val="24"/>
        </w:rPr>
        <w:t>Câu 4: Trong pha tối của quang hợp, chất nhận CO2 đầu tiên ở thực vật C3 là:</w:t>
      </w:r>
    </w:p>
    <w:p>
      <w:pPr>
        <w:pStyle w:val="ListParagraph"/>
      </w:pPr>
      <w:r>
        <w:rPr>
          <w:sz w:val="22"/>
        </w:rPr>
        <w:t>A. RiDP (ribulôzơ-1,5-điphôtphat).</w:t>
      </w:r>
    </w:p>
    <w:p>
      <w:pPr>
        <w:pStyle w:val="ListParagraph"/>
      </w:pPr>
      <w:r>
        <w:rPr>
          <w:sz w:val="22"/>
        </w:rPr>
        <w:t>B. PEP (phôtphoenolpyruvat).</w:t>
      </w:r>
    </w:p>
    <w:p>
      <w:pPr>
        <w:pStyle w:val="ListParagraph"/>
      </w:pPr>
      <w:r>
        <w:rPr>
          <w:sz w:val="22"/>
        </w:rPr>
        <w:t>C. APG (axit phôtphoglixêric).</w:t>
      </w:r>
    </w:p>
    <w:p>
      <w:pPr>
        <w:pStyle w:val="ListParagraph"/>
      </w:pPr>
      <w:r>
        <w:rPr>
          <w:sz w:val="22"/>
        </w:rPr>
        <w:t>D. AlPG (anđêhit phôtphoglixêric).</w:t>
      </w:r>
    </w:p>
    <w:p/>
    <w:p>
      <w:r>
        <w:rPr>
          <w:b/>
          <w:sz w:val="24"/>
        </w:rPr>
        <w:t>Câu 5: Hô hấp ở thực vật là quá trình:</w:t>
      </w:r>
    </w:p>
    <w:p>
      <w:pPr>
        <w:pStyle w:val="ListParagraph"/>
      </w:pPr>
      <w:r>
        <w:rPr>
          <w:sz w:val="22"/>
        </w:rPr>
        <w:t>A. Oxy hóa các hợp chất hữu cơ để giải phóng năng lượng và tạo ra ATP.</w:t>
      </w:r>
    </w:p>
    <w:p>
      <w:pPr>
        <w:pStyle w:val="ListParagraph"/>
      </w:pPr>
      <w:r>
        <w:rPr>
          <w:sz w:val="22"/>
        </w:rPr>
        <w:t>B. Tổng hợp các hợp chất hữu cơ từ CO2 và H2O.</w:t>
      </w:r>
    </w:p>
    <w:p>
      <w:pPr>
        <w:pStyle w:val="ListParagraph"/>
      </w:pPr>
      <w:r>
        <w:rPr>
          <w:sz w:val="22"/>
        </w:rPr>
        <w:t>C. Chuyển hóa quang năng thành hóa năng.</w:t>
      </w:r>
    </w:p>
    <w:p>
      <w:pPr>
        <w:pStyle w:val="ListParagraph"/>
      </w:pPr>
      <w:r>
        <w:rPr>
          <w:sz w:val="22"/>
        </w:rPr>
        <w:t>D. Hấp thụ nước và muối khoáng.</w:t>
      </w:r>
    </w:p>
    <w:p/>
    <w:p>
      <w:r>
        <w:rPr>
          <w:b/>
          <w:sz w:val="24"/>
        </w:rPr>
        <w:t>Câu 6: Giai đoạn nào của hô hấp tế bào tạo ra nhiều ATP nhất?</w:t>
      </w:r>
    </w:p>
    <w:p>
      <w:pPr>
        <w:pStyle w:val="ListParagraph"/>
      </w:pPr>
      <w:r>
        <w:rPr>
          <w:sz w:val="22"/>
        </w:rPr>
        <w:t>A. Đường phân.</w:t>
      </w:r>
    </w:p>
    <w:p>
      <w:pPr>
        <w:pStyle w:val="ListParagraph"/>
      </w:pPr>
      <w:r>
        <w:rPr>
          <w:sz w:val="22"/>
        </w:rPr>
        <w:t>B. Chu trình Crep.</w:t>
      </w:r>
    </w:p>
    <w:p>
      <w:pPr>
        <w:pStyle w:val="ListParagraph"/>
      </w:pPr>
      <w:r>
        <w:rPr>
          <w:sz w:val="22"/>
        </w:rPr>
        <w:t>C. Chuỗi truyền electron hô hấp.</w:t>
      </w:r>
    </w:p>
    <w:p>
      <w:pPr>
        <w:pStyle w:val="ListParagraph"/>
      </w:pPr>
      <w:r>
        <w:rPr>
          <w:sz w:val="22"/>
        </w:rPr>
        <w:t>D. Lên men.</w:t>
      </w:r>
    </w:p>
    <w:p/>
    <w:p>
      <w:r>
        <w:rPr>
          <w:b/>
          <w:sz w:val="24"/>
        </w:rPr>
        <w:t>Câu 7: Sản phẩm của pha sáng quang hợp bao gồm:</w:t>
      </w:r>
    </w:p>
    <w:p>
      <w:pPr>
        <w:pStyle w:val="ListParagraph"/>
      </w:pPr>
      <w:r>
        <w:rPr>
          <w:sz w:val="22"/>
        </w:rPr>
        <w:t>A. ATP, NADPH và O2.</w:t>
      </w:r>
    </w:p>
    <w:p>
      <w:pPr>
        <w:pStyle w:val="ListParagraph"/>
      </w:pPr>
      <w:r>
        <w:rPr>
          <w:sz w:val="22"/>
        </w:rPr>
        <w:t>B. ATP, NADPH và CO2.</w:t>
      </w:r>
    </w:p>
    <w:p>
      <w:pPr>
        <w:pStyle w:val="ListParagraph"/>
      </w:pPr>
      <w:r>
        <w:rPr>
          <w:sz w:val="22"/>
        </w:rPr>
        <w:t>C. ATP, NADH và O2.</w:t>
      </w:r>
    </w:p>
    <w:p>
      <w:pPr>
        <w:pStyle w:val="ListParagraph"/>
      </w:pPr>
      <w:r>
        <w:rPr>
          <w:sz w:val="22"/>
        </w:rPr>
        <w:t>D. ADP, NADP+ và O2.</w:t>
      </w:r>
    </w:p>
    <w:p/>
    <w:p>
      <w:r>
        <w:rPr>
          <w:b/>
          <w:sz w:val="24"/>
        </w:rPr>
        <w:t>Câu 8: Ở thực vật C4, chất nhận CO2 đầu tiên là:</w:t>
      </w:r>
    </w:p>
    <w:p>
      <w:pPr>
        <w:pStyle w:val="ListParagraph"/>
      </w:pPr>
      <w:r>
        <w:rPr>
          <w:sz w:val="22"/>
        </w:rPr>
        <w:t>A. RiDP.</w:t>
      </w:r>
    </w:p>
    <w:p>
      <w:pPr>
        <w:pStyle w:val="ListParagraph"/>
      </w:pPr>
      <w:r>
        <w:rPr>
          <w:sz w:val="22"/>
        </w:rPr>
        <w:t>B. PEP.</w:t>
      </w:r>
    </w:p>
    <w:p>
      <w:pPr>
        <w:pStyle w:val="ListParagraph"/>
      </w:pPr>
      <w:r>
        <w:rPr>
          <w:sz w:val="22"/>
        </w:rPr>
        <w:t>C. APG.</w:t>
      </w:r>
    </w:p>
    <w:p>
      <w:pPr>
        <w:pStyle w:val="ListParagraph"/>
      </w:pPr>
      <w:r>
        <w:rPr>
          <w:sz w:val="22"/>
        </w:rPr>
        <w:t>D. AlPG.</w:t>
      </w:r>
    </w:p>
    <w:p/>
    <w:p>
      <w:r>
        <w:rPr>
          <w:b/>
          <w:sz w:val="24"/>
        </w:rPr>
        <w:t>Câu 9: Hô hấp sáng xảy ra ở nhóm thực vật nào sau đây?</w:t>
      </w:r>
    </w:p>
    <w:p>
      <w:pPr>
        <w:pStyle w:val="ListParagraph"/>
      </w:pPr>
      <w:r>
        <w:rPr>
          <w:sz w:val="22"/>
        </w:rPr>
        <w:t>A. Thực vật C3.</w:t>
      </w:r>
    </w:p>
    <w:p>
      <w:pPr>
        <w:pStyle w:val="ListParagraph"/>
      </w:pPr>
      <w:r>
        <w:rPr>
          <w:sz w:val="22"/>
        </w:rPr>
        <w:t>B. Thực vật C4.</w:t>
      </w:r>
    </w:p>
    <w:p>
      <w:pPr>
        <w:pStyle w:val="ListParagraph"/>
      </w:pPr>
      <w:r>
        <w:rPr>
          <w:sz w:val="22"/>
        </w:rPr>
        <w:t>C. Thực vật CAM.</w:t>
      </w:r>
    </w:p>
    <w:p>
      <w:pPr>
        <w:pStyle w:val="ListParagraph"/>
      </w:pPr>
      <w:r>
        <w:rPr>
          <w:sz w:val="22"/>
        </w:rPr>
        <w:t>D. Thực vật C4 và CAM.</w:t>
      </w:r>
    </w:p>
    <w:p/>
    <w:p>
      <w:r>
        <w:rPr>
          <w:b/>
          <w:sz w:val="24"/>
        </w:rPr>
        <w:t>Câu 10: Mối quan hệ giữa quang hợp và hô hấp ở thực vật là:</w:t>
      </w:r>
    </w:p>
    <w:p>
      <w:pPr>
        <w:pStyle w:val="ListParagraph"/>
      </w:pPr>
      <w:r>
        <w:rPr>
          <w:sz w:val="22"/>
        </w:rPr>
        <w:t>A. Quang hợp và hô hấp là hai quá trình độc lập, không liên quan.</w:t>
      </w:r>
    </w:p>
    <w:p>
      <w:pPr>
        <w:pStyle w:val="ListParagraph"/>
      </w:pPr>
      <w:r>
        <w:rPr>
          <w:sz w:val="22"/>
        </w:rPr>
        <w:t>B. Sản phẩm của quang hợp là nguyên liệu của hô hấp và ngược lại.</w:t>
      </w:r>
    </w:p>
    <w:p>
      <w:pPr>
        <w:pStyle w:val="ListParagraph"/>
      </w:pPr>
      <w:r>
        <w:rPr>
          <w:sz w:val="22"/>
        </w:rPr>
        <w:t>C. Quang hợp chỉ xảy ra ban ngày, hô hấp chỉ xảy ra ban đêm.</w:t>
      </w:r>
    </w:p>
    <w:p>
      <w:pPr>
        <w:pStyle w:val="ListParagraph"/>
      </w:pPr>
      <w:r>
        <w:rPr>
          <w:sz w:val="22"/>
        </w:rPr>
        <w:t>D. Quang hợp là quá trình dị hóa, hô hấp là quá trình đồng hóa.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