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6 - Present Simple and Continuous</w:t>
      </w:r>
    </w:p>
    <w:p>
      <w:pPr>
        <w:jc w:val="center"/>
      </w:pPr>
      <w:r>
        <w:rPr>
          <w:sz w:val="22"/>
        </w:rPr>
        <w:t>Số câu: 16    Thời gian: _____ phút    Họ và tên: _________________________</w:t>
      </w:r>
    </w:p>
    <w:p/>
    <w:p>
      <w:r>
        <w:rPr>
          <w:b/>
          <w:sz w:val="24"/>
        </w:rPr>
        <w:t>Câu 1: Nhà ở có vai trò như thế nào đối với đời sống con người?</w:t>
      </w:r>
    </w:p>
    <w:p>
      <w:pPr>
        <w:pStyle w:val="ListParagraph"/>
      </w:pPr>
      <w:r>
        <w:rPr>
          <w:sz w:val="22"/>
        </w:rPr>
        <w:t>A. Là nơi trú ngụ, bảo vệ con người khỏi tác động xấu của thiên nhiên và xã hội.</w:t>
      </w:r>
    </w:p>
    <w:p>
      <w:pPr>
        <w:pStyle w:val="ListParagraph"/>
      </w:pPr>
      <w:r>
        <w:rPr>
          <w:sz w:val="22"/>
        </w:rPr>
        <w:t>B. Là nơi diễn ra các hoạt động sinh hoạt hàng ngày của gia đình.</w:t>
      </w:r>
    </w:p>
    <w:p>
      <w:pPr>
        <w:pStyle w:val="ListParagraph"/>
      </w:pPr>
      <w:r>
        <w:rPr>
          <w:sz w:val="22"/>
        </w:rPr>
        <w:t>C. Là nơi nghỉ ngơi, thư giãn, học tập và làm việc.</w:t>
      </w:r>
    </w:p>
    <w:p>
      <w:pPr>
        <w:pStyle w:val="ListParagraph"/>
      </w:pPr>
      <w:r>
        <w:rPr>
          <w:sz w:val="22"/>
        </w:rPr>
        <w:t>D. Tất cả các ý trên.</w:t>
      </w:r>
    </w:p>
    <w:p/>
    <w:p>
      <w:r>
        <w:rPr>
          <w:b/>
          <w:sz w:val="24"/>
        </w:rPr>
        <w:t>Câu 2: Kiến trúc nhà ở phụ thuộc vào yếu tố nào?</w:t>
      </w:r>
    </w:p>
    <w:p>
      <w:pPr>
        <w:pStyle w:val="ListParagraph"/>
      </w:pPr>
      <w:r>
        <w:rPr>
          <w:sz w:val="22"/>
        </w:rPr>
        <w:t>A. Điều kiện tự nhiên và kinh tế - xã hội.</w:t>
      </w:r>
    </w:p>
    <w:p>
      <w:pPr>
        <w:pStyle w:val="ListParagraph"/>
      </w:pPr>
      <w:r>
        <w:rPr>
          <w:sz w:val="22"/>
        </w:rPr>
        <w:t>B. Sở thích của gia chủ.</w:t>
      </w:r>
    </w:p>
    <w:p>
      <w:pPr>
        <w:pStyle w:val="ListParagraph"/>
      </w:pPr>
      <w:r>
        <w:rPr>
          <w:sz w:val="22"/>
        </w:rPr>
        <w:t>C. Vật liệu xây dựng.</w:t>
      </w:r>
    </w:p>
    <w:p>
      <w:pPr>
        <w:pStyle w:val="ListParagraph"/>
      </w:pPr>
      <w:r>
        <w:rPr>
          <w:sz w:val="22"/>
        </w:rPr>
        <w:t>D. Tất cả các ý trên.</w:t>
      </w:r>
    </w:p>
    <w:p/>
    <w:p>
      <w:r>
        <w:rPr>
          <w:b/>
          <w:sz w:val="24"/>
        </w:rPr>
        <w:t>Câu 3: Nhà ở được xây dựng bằng vật liệu nào sau đây là vật liệu tự nhiên?</w:t>
      </w:r>
    </w:p>
    <w:p>
      <w:pPr>
        <w:pStyle w:val="ListParagraph"/>
      </w:pPr>
      <w:r>
        <w:rPr>
          <w:sz w:val="22"/>
        </w:rPr>
        <w:t>A. Gạch nung.</w:t>
      </w:r>
    </w:p>
    <w:p>
      <w:pPr>
        <w:pStyle w:val="ListParagraph"/>
      </w:pPr>
      <w:r>
        <w:rPr>
          <w:sz w:val="22"/>
        </w:rPr>
        <w:t>B. Gỗ.</w:t>
      </w:r>
    </w:p>
    <w:p>
      <w:pPr>
        <w:pStyle w:val="ListParagraph"/>
      </w:pPr>
      <w:r>
        <w:rPr>
          <w:sz w:val="22"/>
        </w:rPr>
        <w:t>C. Thép.</w:t>
      </w:r>
    </w:p>
    <w:p>
      <w:pPr>
        <w:pStyle w:val="ListParagraph"/>
      </w:pPr>
      <w:r>
        <w:rPr>
          <w:sz w:val="22"/>
        </w:rPr>
        <w:t>D. Kính.</w:t>
      </w:r>
    </w:p>
    <w:p/>
    <w:p>
      <w:r>
        <w:rPr>
          <w:b/>
          <w:sz w:val="24"/>
        </w:rPr>
        <w:t>Câu 4: Cấu tạo chung của nhà ở gồm những phần chính nào?</w:t>
      </w:r>
    </w:p>
    <w:p>
      <w:pPr>
        <w:pStyle w:val="ListParagraph"/>
      </w:pPr>
      <w:r>
        <w:rPr>
          <w:sz w:val="22"/>
        </w:rPr>
        <w:t>A. Móng nhà, thân nhà, mái nhà.</w:t>
      </w:r>
    </w:p>
    <w:p>
      <w:pPr>
        <w:pStyle w:val="ListParagraph"/>
      </w:pPr>
      <w:r>
        <w:rPr>
          <w:sz w:val="22"/>
        </w:rPr>
        <w:t>B. Sàn nhà, tường nhà, cửa ra vào.</w:t>
      </w:r>
    </w:p>
    <w:p>
      <w:pPr>
        <w:pStyle w:val="ListParagraph"/>
      </w:pPr>
      <w:r>
        <w:rPr>
          <w:sz w:val="22"/>
        </w:rPr>
        <w:t>C. Cột nhà, dầm nhà, cửa sổ.</w:t>
      </w:r>
    </w:p>
    <w:p>
      <w:pPr>
        <w:pStyle w:val="ListParagraph"/>
      </w:pPr>
      <w:r>
        <w:rPr>
          <w:sz w:val="22"/>
        </w:rPr>
        <w:t>D. Mái nhà, cửa chính, cửa sổ.</w:t>
      </w:r>
    </w:p>
    <w:p/>
    <w:p>
      <w:r>
        <w:rPr>
          <w:b/>
          <w:sz w:val="24"/>
        </w:rPr>
        <w:t>Câu 5: Bộ phận nào của nhà ở có chức năng che chắn, bảo vệ các bộ phận bên trong nhà?</w:t>
      </w:r>
    </w:p>
    <w:p>
      <w:pPr>
        <w:pStyle w:val="ListParagraph"/>
      </w:pPr>
      <w:r>
        <w:rPr>
          <w:sz w:val="22"/>
        </w:rPr>
        <w:t>A. Móng nhà.</w:t>
      </w:r>
    </w:p>
    <w:p>
      <w:pPr>
        <w:pStyle w:val="ListParagraph"/>
      </w:pPr>
      <w:r>
        <w:rPr>
          <w:sz w:val="22"/>
        </w:rPr>
        <w:t>B. Thân nhà.</w:t>
      </w:r>
    </w:p>
    <w:p>
      <w:pPr>
        <w:pStyle w:val="ListParagraph"/>
      </w:pPr>
      <w:r>
        <w:rPr>
          <w:sz w:val="22"/>
        </w:rPr>
        <w:t>C. Mái nhà.</w:t>
      </w:r>
    </w:p>
    <w:p>
      <w:pPr>
        <w:pStyle w:val="ListParagraph"/>
      </w:pPr>
      <w:r>
        <w:rPr>
          <w:sz w:val="22"/>
        </w:rPr>
        <w:t>D. Cửa nhà.</w:t>
      </w:r>
    </w:p>
    <w:p/>
    <w:p>
      <w:r>
        <w:rPr>
          <w:b/>
          <w:sz w:val="24"/>
        </w:rPr>
        <w:t>Câu 6: Vật liệu nào sau đây thường được sử dụng để xây dựng phần thân nhà?</w:t>
      </w:r>
    </w:p>
    <w:p>
      <w:pPr>
        <w:pStyle w:val="ListParagraph"/>
      </w:pPr>
      <w:r>
        <w:rPr>
          <w:sz w:val="22"/>
        </w:rPr>
        <w:t>A. Gạch, đá, bê tông.</w:t>
      </w:r>
    </w:p>
    <w:p>
      <w:pPr>
        <w:pStyle w:val="ListParagraph"/>
      </w:pPr>
      <w:r>
        <w:rPr>
          <w:sz w:val="22"/>
        </w:rPr>
        <w:t>B. Gỗ, tre, nứa.</w:t>
      </w:r>
    </w:p>
    <w:p>
      <w:pPr>
        <w:pStyle w:val="ListParagraph"/>
      </w:pPr>
      <w:r>
        <w:rPr>
          <w:sz w:val="22"/>
        </w:rPr>
        <w:t>C. Tôn, ngói.</w:t>
      </w:r>
    </w:p>
    <w:p>
      <w:pPr>
        <w:pStyle w:val="ListParagraph"/>
      </w:pPr>
      <w:r>
        <w:rPr>
          <w:sz w:val="22"/>
        </w:rPr>
        <w:t>D. Kính, nhựa.</w:t>
      </w:r>
    </w:p>
    <w:p/>
    <w:p>
      <w:r>
        <w:rPr>
          <w:b/>
          <w:sz w:val="24"/>
        </w:rPr>
        <w:t>Câu 7: Nhà ở có bao nhiêu loại kiến trúc chính?</w:t>
      </w:r>
    </w:p>
    <w:p>
      <w:pPr>
        <w:pStyle w:val="ListParagraph"/>
      </w:pPr>
      <w:r>
        <w:rPr>
          <w:sz w:val="22"/>
        </w:rPr>
        <w:t>A. 2 loại: nhà nông thôn và nhà thành thị.</w:t>
      </w:r>
    </w:p>
    <w:p>
      <w:pPr>
        <w:pStyle w:val="ListParagraph"/>
      </w:pPr>
      <w:r>
        <w:rPr>
          <w:sz w:val="22"/>
        </w:rPr>
        <w:t>B. 3 loại: nhà ở nông thôn, nhà ở thành thị, nhà ở miền núi.</w:t>
      </w:r>
    </w:p>
    <w:p>
      <w:pPr>
        <w:pStyle w:val="ListParagraph"/>
      </w:pPr>
      <w:r>
        <w:rPr>
          <w:sz w:val="22"/>
        </w:rPr>
        <w:t>C. 4 loại: nhà ở đồng bằng, nhà ở miền núi, nhà ở ven biển, nhà ở thành thị.</w:t>
      </w:r>
    </w:p>
    <w:p>
      <w:pPr>
        <w:pStyle w:val="ListParagraph"/>
      </w:pPr>
      <w:r>
        <w:rPr>
          <w:sz w:val="22"/>
        </w:rPr>
        <w:t>D. 5 loại: nhà cấp 4, nhà biệt thự, nhà chung cư, nhà sàn, nhà nổi.</w:t>
      </w:r>
    </w:p>
    <w:p/>
    <w:p>
      <w:r>
        <w:rPr>
          <w:b/>
          <w:sz w:val="24"/>
        </w:rPr>
        <w:t>Câu 8: Nhà ở nông thôn thường có đặc điểm gì?</w:t>
      </w:r>
    </w:p>
    <w:p>
      <w:pPr>
        <w:pStyle w:val="ListParagraph"/>
      </w:pPr>
      <w:r>
        <w:rPr>
          <w:sz w:val="22"/>
        </w:rPr>
        <w:t>A. Có nhiều tầng, diện tích nhỏ.</w:t>
      </w:r>
    </w:p>
    <w:p>
      <w:pPr>
        <w:pStyle w:val="ListParagraph"/>
      </w:pPr>
      <w:r>
        <w:rPr>
          <w:sz w:val="22"/>
        </w:rPr>
        <w:t>B. Thường có sân vườn, diện tích rộng.</w:t>
      </w:r>
    </w:p>
    <w:p>
      <w:pPr>
        <w:pStyle w:val="ListParagraph"/>
      </w:pPr>
      <w:r>
        <w:rPr>
          <w:sz w:val="22"/>
        </w:rPr>
        <w:t>C. Xây dựng cao tầng, khép kín.</w:t>
      </w:r>
    </w:p>
    <w:p>
      <w:pPr>
        <w:pStyle w:val="ListParagraph"/>
      </w:pPr>
      <w:r>
        <w:rPr>
          <w:sz w:val="22"/>
        </w:rPr>
        <w:t>D. Sử dụng nhiều vật liệu hiện đại.</w:t>
      </w:r>
    </w:p>
    <w:p/>
    <w:p>
      <w:r>
        <w:rPr>
          <w:b/>
          <w:sz w:val="24"/>
        </w:rPr>
        <w:t>Câu 9: Nhà ở thành thị thường có kiểu kiến trúc như thế nào?</w:t>
      </w:r>
    </w:p>
    <w:p>
      <w:pPr>
        <w:pStyle w:val="ListParagraph"/>
      </w:pPr>
      <w:r>
        <w:rPr>
          <w:sz w:val="22"/>
        </w:rPr>
        <w:t>A. Nhà sàn, nhà nổi.</w:t>
      </w:r>
    </w:p>
    <w:p>
      <w:pPr>
        <w:pStyle w:val="ListParagraph"/>
      </w:pPr>
      <w:r>
        <w:rPr>
          <w:sz w:val="22"/>
        </w:rPr>
        <w:t>B. Nhà có nhiều tầng, diện tích nhỏ hẹp.</w:t>
      </w:r>
    </w:p>
    <w:p>
      <w:pPr>
        <w:pStyle w:val="ListParagraph"/>
      </w:pPr>
      <w:r>
        <w:rPr>
          <w:sz w:val="22"/>
        </w:rPr>
        <w:t>C. Nhà có sân vườn rộng.</w:t>
      </w:r>
    </w:p>
    <w:p>
      <w:pPr>
        <w:pStyle w:val="ListParagraph"/>
      </w:pPr>
      <w:r>
        <w:rPr>
          <w:sz w:val="22"/>
        </w:rPr>
        <w:t>D. Nhà mái lá, vách đất.</w:t>
      </w:r>
    </w:p>
    <w:p/>
    <w:p>
      <w:r>
        <w:rPr>
          <w:b/>
          <w:sz w:val="24"/>
        </w:rPr>
        <w:t>Câu 10: Nhà ở miền núi thường được xây dựng như thế nào?</w:t>
      </w:r>
    </w:p>
    <w:p>
      <w:pPr>
        <w:pStyle w:val="ListParagraph"/>
      </w:pPr>
      <w:r>
        <w:rPr>
          <w:sz w:val="22"/>
        </w:rPr>
        <w:t>A. Nhà nổi trên mặt nước.</w:t>
      </w:r>
    </w:p>
    <w:p>
      <w:pPr>
        <w:pStyle w:val="ListParagraph"/>
      </w:pPr>
      <w:r>
        <w:rPr>
          <w:sz w:val="22"/>
        </w:rPr>
        <w:t>B. Nhà sàn hoặc nhà đất.</w:t>
      </w:r>
    </w:p>
    <w:p>
      <w:pPr>
        <w:pStyle w:val="ListParagraph"/>
      </w:pPr>
      <w:r>
        <w:rPr>
          <w:sz w:val="22"/>
        </w:rPr>
        <w:t>C. Nhà chung cư cao tầng.</w:t>
      </w:r>
    </w:p>
    <w:p>
      <w:pPr>
        <w:pStyle w:val="ListParagraph"/>
      </w:pPr>
      <w:r>
        <w:rPr>
          <w:sz w:val="22"/>
        </w:rPr>
        <w:t>D. Nhà biệt thự.</w:t>
      </w:r>
    </w:p>
    <w:p/>
    <w:p>
      <w:r>
        <w:rPr>
          <w:b/>
          <w:sz w:val="24"/>
        </w:rPr>
        <w:t>Câu 11: Ngôi nhà thông minh có đặc điểm gì?</w:t>
      </w:r>
    </w:p>
    <w:p>
      <w:pPr>
        <w:pStyle w:val="ListParagraph"/>
      </w:pPr>
      <w:r>
        <w:rPr>
          <w:sz w:val="22"/>
        </w:rPr>
        <w:t>A. Được trang bị hệ thống điều khiển tự động.</w:t>
      </w:r>
    </w:p>
    <w:p>
      <w:pPr>
        <w:pStyle w:val="ListParagraph"/>
      </w:pPr>
      <w:r>
        <w:rPr>
          <w:sz w:val="22"/>
        </w:rPr>
        <w:t>B. Tiết kiệm năng lượng.</w:t>
      </w:r>
    </w:p>
    <w:p>
      <w:pPr>
        <w:pStyle w:val="ListParagraph"/>
      </w:pPr>
      <w:r>
        <w:rPr>
          <w:sz w:val="22"/>
        </w:rPr>
        <w:t>C. Đảm bảo an ninh, an toàn.</w:t>
      </w:r>
    </w:p>
    <w:p>
      <w:pPr>
        <w:pStyle w:val="ListParagraph"/>
      </w:pPr>
      <w:r>
        <w:rPr>
          <w:sz w:val="22"/>
        </w:rPr>
        <w:t>D. Tất cả các ý trên.</w:t>
      </w:r>
    </w:p>
    <w:p/>
    <w:p>
      <w:r>
        <w:rPr>
          <w:b/>
          <w:sz w:val="24"/>
        </w:rPr>
        <w:t>Câu 12: Hệ thống nào sau đây không thuộc ngôi nhà thông minh?</w:t>
      </w:r>
    </w:p>
    <w:p>
      <w:pPr>
        <w:pStyle w:val="ListParagraph"/>
      </w:pPr>
      <w:r>
        <w:rPr>
          <w:sz w:val="22"/>
        </w:rPr>
        <w:t>A. Hệ thống chiếu sáng thông minh.</w:t>
      </w:r>
    </w:p>
    <w:p>
      <w:pPr>
        <w:pStyle w:val="ListParagraph"/>
      </w:pPr>
      <w:r>
        <w:rPr>
          <w:sz w:val="22"/>
        </w:rPr>
        <w:t>B. Hệ thống an ninh.</w:t>
      </w:r>
    </w:p>
    <w:p>
      <w:pPr>
        <w:pStyle w:val="ListParagraph"/>
      </w:pPr>
      <w:r>
        <w:rPr>
          <w:sz w:val="22"/>
        </w:rPr>
        <w:t>C. Hệ thống giải trí.</w:t>
      </w:r>
    </w:p>
    <w:p>
      <w:pPr>
        <w:pStyle w:val="ListParagraph"/>
      </w:pPr>
      <w:r>
        <w:rPr>
          <w:sz w:val="22"/>
        </w:rPr>
        <w:t>D. Hệ thống cấp nước thủ công.</w:t>
      </w:r>
    </w:p>
    <w:p/>
    <w:p>
      <w:r>
        <w:rPr>
          <w:b/>
          <w:sz w:val="24"/>
        </w:rPr>
        <w:t>Câu 13: Sử dụng năng lượng tiết kiệm và hiệu quả trong gia đình bằng cách nào?</w:t>
      </w:r>
    </w:p>
    <w:p>
      <w:pPr>
        <w:pStyle w:val="ListParagraph"/>
      </w:pPr>
      <w:r>
        <w:rPr>
          <w:sz w:val="22"/>
        </w:rPr>
        <w:t>A. Tắt các thiết bị điện khi không sử dụng.</w:t>
      </w:r>
    </w:p>
    <w:p>
      <w:pPr>
        <w:pStyle w:val="ListParagraph"/>
      </w:pPr>
      <w:r>
        <w:rPr>
          <w:sz w:val="22"/>
        </w:rPr>
        <w:t>B. Sử dụng đèn LED thay cho đèn sợi đốt.</w:t>
      </w:r>
    </w:p>
    <w:p>
      <w:pPr>
        <w:pStyle w:val="ListParagraph"/>
      </w:pPr>
      <w:r>
        <w:rPr>
          <w:sz w:val="22"/>
        </w:rPr>
        <w:t>C. Điều chỉnh nhiệt độ điều hòa hợp lý.</w:t>
      </w:r>
    </w:p>
    <w:p>
      <w:pPr>
        <w:pStyle w:val="ListParagraph"/>
      </w:pPr>
      <w:r>
        <w:rPr>
          <w:sz w:val="22"/>
        </w:rPr>
        <w:t>D. Tất cả các ý trên.</w:t>
      </w:r>
    </w:p>
    <w:p/>
    <w:p>
      <w:r>
        <w:rPr>
          <w:b/>
          <w:sz w:val="24"/>
        </w:rPr>
        <w:t>Câu 14: Biện pháp nào giúp bảo vệ môi trường khi xây dựng nhà ở?</w:t>
      </w:r>
    </w:p>
    <w:p>
      <w:pPr>
        <w:pStyle w:val="ListParagraph"/>
      </w:pPr>
      <w:r>
        <w:rPr>
          <w:sz w:val="22"/>
        </w:rPr>
        <w:t>A. Sử dụng vật liệu thân thiện với môi trường.</w:t>
      </w:r>
    </w:p>
    <w:p>
      <w:pPr>
        <w:pStyle w:val="ListParagraph"/>
      </w:pPr>
      <w:r>
        <w:rPr>
          <w:sz w:val="22"/>
        </w:rPr>
        <w:t>B. Tận dụng ánh sáng tự nhiên và thông gió.</w:t>
      </w:r>
    </w:p>
    <w:p>
      <w:pPr>
        <w:pStyle w:val="ListParagraph"/>
      </w:pPr>
      <w:r>
        <w:rPr>
          <w:sz w:val="22"/>
        </w:rPr>
        <w:t>C. Xử lý chất thải xây dựng đúng quy định.</w:t>
      </w:r>
    </w:p>
    <w:p>
      <w:pPr>
        <w:pStyle w:val="ListParagraph"/>
      </w:pPr>
      <w:r>
        <w:rPr>
          <w:sz w:val="22"/>
        </w:rPr>
        <w:t>D. Tất cả các ý trên.</w:t>
      </w:r>
    </w:p>
    <w:p/>
    <w:p>
      <w:r>
        <w:rPr>
          <w:b/>
          <w:sz w:val="24"/>
        </w:rPr>
        <w:t>Câu 15: Nhà ở có thể được phân loại theo tiêu chí nào?</w:t>
      </w:r>
    </w:p>
    <w:p>
      <w:pPr>
        <w:pStyle w:val="ListParagraph"/>
      </w:pPr>
      <w:r>
        <w:rPr>
          <w:sz w:val="22"/>
        </w:rPr>
        <w:t>A. Theo vật liệu xây dựng.</w:t>
      </w:r>
    </w:p>
    <w:p>
      <w:pPr>
        <w:pStyle w:val="ListParagraph"/>
      </w:pPr>
      <w:r>
        <w:rPr>
          <w:sz w:val="22"/>
        </w:rPr>
        <w:t>B. Theo kiến trúc.</w:t>
      </w:r>
    </w:p>
    <w:p>
      <w:pPr>
        <w:pStyle w:val="ListParagraph"/>
      </w:pPr>
      <w:r>
        <w:rPr>
          <w:sz w:val="22"/>
        </w:rPr>
        <w:t>C. Theo số tầng.</w:t>
      </w:r>
    </w:p>
    <w:p>
      <w:pPr>
        <w:pStyle w:val="ListParagraph"/>
      </w:pPr>
      <w:r>
        <w:rPr>
          <w:sz w:val="22"/>
        </w:rPr>
        <w:t>D. Tất cả các ý trên.</w:t>
      </w:r>
    </w:p>
    <w:p/>
    <w:p>
      <w:r>
        <w:rPr>
          <w:b/>
          <w:sz w:val="24"/>
        </w:rPr>
        <w:t>Câu 16: Đặc điểm nào sau đây là của nhà ở truyền thống?</w:t>
      </w:r>
    </w:p>
    <w:p>
      <w:pPr>
        <w:pStyle w:val="ListParagraph"/>
      </w:pPr>
      <w:r>
        <w:rPr>
          <w:sz w:val="22"/>
        </w:rPr>
        <w:t>A. Sử dụng vật liệu tự nhiên như gỗ, tre, lá.</w:t>
      </w:r>
    </w:p>
    <w:p>
      <w:pPr>
        <w:pStyle w:val="ListParagraph"/>
      </w:pPr>
      <w:r>
        <w:rPr>
          <w:sz w:val="22"/>
        </w:rPr>
        <w:t>B. Có hệ thống điều khiển tự động.</w:t>
      </w:r>
    </w:p>
    <w:p>
      <w:pPr>
        <w:pStyle w:val="ListParagraph"/>
      </w:pPr>
      <w:r>
        <w:rPr>
          <w:sz w:val="22"/>
        </w:rPr>
        <w:t>C. Xây dựng bằng bê tông cốt thép.</w:t>
      </w:r>
    </w:p>
    <w:p>
      <w:pPr>
        <w:pStyle w:val="ListParagraph"/>
      </w:pPr>
      <w:r>
        <w:rPr>
          <w:sz w:val="22"/>
        </w:rPr>
        <w:t>D. Có nhiều thiết bị hiện đại.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