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Pháp luật đại cương Đại học: CHƯƠNG 1. LÝ LUẬN CHUNG VỀ NHÀ NƯỚC CHƯƠNG 2. LÝ LUẬN CHUNG VỀ PHÁP LUẬT CHƯƠNG 3. HỆ THỐNG PHÁP LUẬT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Theo quan điểm của chủ nghĩa Mác - Lênin, nhà nước là gì?</w:t>
      </w:r>
    </w:p>
    <w:p>
      <w:pPr>
        <w:pStyle w:val="ListParagraph"/>
      </w:pPr>
      <w:r>
        <w:rPr>
          <w:sz w:val="22"/>
        </w:rPr>
        <w:t>A. Tổ chức quyền lực đặc biệt của giai cấp thống trị</w:t>
      </w:r>
    </w:p>
    <w:p>
      <w:pPr>
        <w:pStyle w:val="ListParagraph"/>
      </w:pPr>
      <w:r>
        <w:rPr>
          <w:sz w:val="22"/>
        </w:rPr>
        <w:t>B. Tổ chức quyền lực của nhân dân lao động</w:t>
      </w:r>
    </w:p>
    <w:p>
      <w:pPr>
        <w:pStyle w:val="ListParagraph"/>
      </w:pPr>
      <w:r>
        <w:rPr>
          <w:sz w:val="22"/>
        </w:rPr>
        <w:t>C. Tổ chức quyền lực chung của toàn xã hội</w:t>
      </w:r>
    </w:p>
    <w:p>
      <w:pPr>
        <w:pStyle w:val="ListParagraph"/>
      </w:pPr>
      <w:r>
        <w:rPr>
          <w:sz w:val="22"/>
        </w:rPr>
        <w:t>D. Tổ chức quyền lực của giai cấp bị trị</w:t>
      </w:r>
    </w:p>
    <w:p/>
    <w:p>
      <w:r>
        <w:rPr>
          <w:b/>
          <w:sz w:val="24"/>
        </w:rPr>
        <w:t>Câu 2: Đặc trưng cơ bản của nhà nước bao gồm:</w:t>
      </w:r>
    </w:p>
    <w:p>
      <w:pPr>
        <w:pStyle w:val="ListParagraph"/>
      </w:pPr>
      <w:r>
        <w:rPr>
          <w:sz w:val="22"/>
        </w:rPr>
        <w:t>A. Dân cư, lãnh thổ, hệ thống pháp luật</w:t>
      </w:r>
    </w:p>
    <w:p>
      <w:pPr>
        <w:pStyle w:val="ListParagraph"/>
      </w:pPr>
      <w:r>
        <w:rPr>
          <w:sz w:val="22"/>
        </w:rPr>
        <w:t>B. Chủ quyền quốc gia, dân cư, lãnh thổ</w:t>
      </w:r>
    </w:p>
    <w:p>
      <w:pPr>
        <w:pStyle w:val="ListParagraph"/>
      </w:pPr>
      <w:r>
        <w:rPr>
          <w:sz w:val="22"/>
        </w:rPr>
        <w:t>C. Quyền lực công cộng đặc biệt, chủ quyền quốc gia, hệ thống pháp luật</w:t>
      </w:r>
    </w:p>
    <w:p>
      <w:pPr>
        <w:pStyle w:val="ListParagraph"/>
      </w:pPr>
      <w:r>
        <w:rPr>
          <w:sz w:val="22"/>
        </w:rPr>
        <w:t>D. Quyền lực công cộng đặc biệt, chủ quyền quốc gia, dân cư, lãnh thổ</w:t>
      </w:r>
    </w:p>
    <w:p/>
    <w:p>
      <w:r>
        <w:rPr>
          <w:b/>
          <w:sz w:val="24"/>
        </w:rPr>
        <w:t>Câu 3: Kiểu nhà nước nào sau đây chưa từng tồn tại trong lịch sử?</w:t>
      </w:r>
    </w:p>
    <w:p>
      <w:pPr>
        <w:pStyle w:val="ListParagraph"/>
      </w:pPr>
      <w:r>
        <w:rPr>
          <w:sz w:val="22"/>
        </w:rPr>
        <w:t>A. Nhà nước cộng sản chủ nghĩa</w:t>
      </w:r>
    </w:p>
    <w:p>
      <w:pPr>
        <w:pStyle w:val="ListParagraph"/>
      </w:pPr>
      <w:r>
        <w:rPr>
          <w:sz w:val="22"/>
        </w:rPr>
        <w:t>B. Nhà nước tư sản</w:t>
      </w:r>
    </w:p>
    <w:p>
      <w:pPr>
        <w:pStyle w:val="ListParagraph"/>
      </w:pPr>
      <w:r>
        <w:rPr>
          <w:sz w:val="22"/>
        </w:rPr>
        <w:t>C. Nhà nước phong kiến</w:t>
      </w:r>
    </w:p>
    <w:p>
      <w:pPr>
        <w:pStyle w:val="ListParagraph"/>
      </w:pPr>
      <w:r>
        <w:rPr>
          <w:sz w:val="22"/>
        </w:rPr>
        <w:t>D. Nhà nước chủ nô</w:t>
      </w:r>
    </w:p>
    <w:p/>
    <w:p>
      <w:r>
        <w:rPr>
          <w:b/>
          <w:sz w:val="24"/>
        </w:rPr>
        <w:t>Câu 4: Bản chất của pháp luật được hiểu là:</w:t>
      </w:r>
    </w:p>
    <w:p>
      <w:pPr>
        <w:pStyle w:val="ListParagraph"/>
      </w:pPr>
      <w:r>
        <w:rPr>
          <w:sz w:val="22"/>
        </w:rPr>
        <w:t>A. Tính quy phạm và tính xã hội</w:t>
      </w:r>
    </w:p>
    <w:p>
      <w:pPr>
        <w:pStyle w:val="ListParagraph"/>
      </w:pPr>
      <w:r>
        <w:rPr>
          <w:sz w:val="22"/>
        </w:rPr>
        <w:t>B. Tính giai cấp và tính xã hội</w:t>
      </w:r>
    </w:p>
    <w:p>
      <w:pPr>
        <w:pStyle w:val="ListParagraph"/>
      </w:pPr>
      <w:r>
        <w:rPr>
          <w:sz w:val="22"/>
        </w:rPr>
        <w:t>C. Tính xã hội và tính cưỡng chế</w:t>
      </w:r>
    </w:p>
    <w:p>
      <w:pPr>
        <w:pStyle w:val="ListParagraph"/>
      </w:pPr>
      <w:r>
        <w:rPr>
          <w:sz w:val="22"/>
        </w:rPr>
        <w:t>D. Tính giai cấp và tính quy phạm</w:t>
      </w:r>
    </w:p>
    <w:p/>
    <w:p>
      <w:r>
        <w:rPr>
          <w:b/>
          <w:sz w:val="24"/>
        </w:rPr>
        <w:t>Câu 5: Thuộc tính nào không phải là thuộc tính của pháp luật?</w:t>
      </w:r>
    </w:p>
    <w:p>
      <w:pPr>
        <w:pStyle w:val="ListParagraph"/>
      </w:pPr>
      <w:r>
        <w:rPr>
          <w:sz w:val="22"/>
        </w:rPr>
        <w:t>A. Tính bảo đảm bằng nhà nước</w:t>
      </w:r>
    </w:p>
    <w:p>
      <w:pPr>
        <w:pStyle w:val="ListParagraph"/>
      </w:pPr>
      <w:r>
        <w:rPr>
          <w:sz w:val="22"/>
        </w:rPr>
        <w:t>B. Tính quy phạm phổ biến</w:t>
      </w:r>
    </w:p>
    <w:p>
      <w:pPr>
        <w:pStyle w:val="ListParagraph"/>
      </w:pPr>
      <w:r>
        <w:rPr>
          <w:sz w:val="22"/>
        </w:rPr>
        <w:t>C. Tính tự nguyện</w:t>
      </w:r>
    </w:p>
    <w:p>
      <w:pPr>
        <w:pStyle w:val="ListParagraph"/>
      </w:pPr>
      <w:r>
        <w:rPr>
          <w:sz w:val="22"/>
        </w:rPr>
        <w:t>D. Tính xác định chặt chẽ về mặt hình thức</w:t>
      </w:r>
    </w:p>
    <w:p/>
    <w:p>
      <w:r>
        <w:rPr>
          <w:b/>
          <w:sz w:val="24"/>
        </w:rPr>
        <w:t>Câu 6: Chức năng nào không phải là chức năng của pháp luật?</w:t>
      </w:r>
    </w:p>
    <w:p>
      <w:pPr>
        <w:pStyle w:val="ListParagraph"/>
      </w:pPr>
      <w:r>
        <w:rPr>
          <w:sz w:val="22"/>
        </w:rPr>
        <w:t>A. Chức năng giáo dục</w:t>
      </w:r>
    </w:p>
    <w:p>
      <w:pPr>
        <w:pStyle w:val="ListParagraph"/>
      </w:pPr>
      <w:r>
        <w:rPr>
          <w:sz w:val="22"/>
        </w:rPr>
        <w:t>B. Chức năng điều chỉnh các quan hệ xã hội</w:t>
      </w:r>
    </w:p>
    <w:p>
      <w:pPr>
        <w:pStyle w:val="ListParagraph"/>
      </w:pPr>
      <w:r>
        <w:rPr>
          <w:sz w:val="22"/>
        </w:rPr>
        <w:t>C. Chức năng lập pháp</w:t>
      </w:r>
    </w:p>
    <w:p>
      <w:pPr>
        <w:pStyle w:val="ListParagraph"/>
      </w:pPr>
      <w:r>
        <w:rPr>
          <w:sz w:val="22"/>
        </w:rPr>
        <w:t>D. Chức năng bảo vệ các quan hệ xã hội</w:t>
      </w:r>
    </w:p>
    <w:p/>
    <w:p>
      <w:r>
        <w:rPr>
          <w:b/>
          <w:sz w:val="24"/>
        </w:rPr>
        <w:t>Câu 7: Hình thức pháp luật nào sau đây được coi là hình thức pháp luật tiến bộ nhất?</w:t>
      </w:r>
    </w:p>
    <w:p>
      <w:pPr>
        <w:pStyle w:val="ListParagraph"/>
      </w:pPr>
      <w:r>
        <w:rPr>
          <w:sz w:val="22"/>
        </w:rPr>
        <w:t>A. Văn bản quy phạm pháp luật</w:t>
      </w:r>
    </w:p>
    <w:p>
      <w:pPr>
        <w:pStyle w:val="ListParagraph"/>
      </w:pPr>
      <w:r>
        <w:rPr>
          <w:sz w:val="22"/>
        </w:rPr>
        <w:t>B. Tiền lệ pháp</w:t>
      </w:r>
    </w:p>
    <w:p>
      <w:pPr>
        <w:pStyle w:val="ListParagraph"/>
      </w:pPr>
      <w:r>
        <w:rPr>
          <w:sz w:val="22"/>
        </w:rPr>
        <w:t>C. Điều ước quốc tế</w:t>
      </w:r>
    </w:p>
    <w:p>
      <w:pPr>
        <w:pStyle w:val="ListParagraph"/>
      </w:pPr>
      <w:r>
        <w:rPr>
          <w:sz w:val="22"/>
        </w:rPr>
        <w:t>D. Tập quán pháp</w:t>
      </w:r>
    </w:p>
    <w:p/>
    <w:p>
      <w:r>
        <w:rPr>
          <w:b/>
          <w:sz w:val="24"/>
        </w:rPr>
        <w:t>Câu 8: Quy phạm pháp luật là gì?</w:t>
      </w:r>
    </w:p>
    <w:p>
      <w:pPr>
        <w:pStyle w:val="ListParagraph"/>
      </w:pPr>
      <w:r>
        <w:rPr>
          <w:sz w:val="22"/>
        </w:rPr>
        <w:t>A. Quy tắc xử sự chung do cá nhân tự đặt ra</w:t>
      </w:r>
    </w:p>
    <w:p>
      <w:pPr>
        <w:pStyle w:val="ListParagraph"/>
      </w:pPr>
      <w:r>
        <w:rPr>
          <w:sz w:val="22"/>
        </w:rPr>
        <w:t>B. Quy tắc xử sự chung do cộng đồng dân cư thỏa thuận</w:t>
      </w:r>
    </w:p>
    <w:p>
      <w:pPr>
        <w:pStyle w:val="ListParagraph"/>
      </w:pPr>
      <w:r>
        <w:rPr>
          <w:sz w:val="22"/>
        </w:rPr>
        <w:t>C. Quy tắc xử sự chung do tổ chức xã hội ban hành</w:t>
      </w:r>
    </w:p>
    <w:p>
      <w:pPr>
        <w:pStyle w:val="ListParagraph"/>
      </w:pPr>
      <w:r>
        <w:rPr>
          <w:sz w:val="22"/>
        </w:rPr>
        <w:t>D. Quy tắc xử sự chung do nhà nước ban hành và bảo đảm thực hiện</w:t>
      </w:r>
    </w:p>
    <w:p/>
    <w:p>
      <w:r>
        <w:rPr>
          <w:b/>
          <w:sz w:val="24"/>
        </w:rPr>
        <w:t>Câu 9: Cấu trúc của quy phạm pháp luật bao gồm những bộ phận nào?</w:t>
      </w:r>
    </w:p>
    <w:p>
      <w:pPr>
        <w:pStyle w:val="ListParagraph"/>
      </w:pPr>
      <w:r>
        <w:rPr>
          <w:sz w:val="22"/>
        </w:rPr>
        <w:t>A. Giả định, quy định, bảo đảm</w:t>
      </w:r>
    </w:p>
    <w:p>
      <w:pPr>
        <w:pStyle w:val="ListParagraph"/>
      </w:pPr>
      <w:r>
        <w:rPr>
          <w:sz w:val="22"/>
        </w:rPr>
        <w:t>B. Giả định, quy định, chế tài</w:t>
      </w:r>
    </w:p>
    <w:p>
      <w:pPr>
        <w:pStyle w:val="ListParagraph"/>
      </w:pPr>
      <w:r>
        <w:rPr>
          <w:sz w:val="22"/>
        </w:rPr>
        <w:t>C. Giả định, chế tài, xử lý</w:t>
      </w:r>
    </w:p>
    <w:p>
      <w:pPr>
        <w:pStyle w:val="ListParagraph"/>
      </w:pPr>
      <w:r>
        <w:rPr>
          <w:sz w:val="22"/>
        </w:rPr>
        <w:t>D. Quy định, chế tài, xử phạt</w:t>
      </w:r>
    </w:p>
    <w:p/>
    <w:p>
      <w:r>
        <w:rPr>
          <w:b/>
          <w:sz w:val="24"/>
        </w:rPr>
        <w:t>Câu 10: Hệ thống pháp luật bao gồm những yếu tố nào?</w:t>
      </w:r>
    </w:p>
    <w:p>
      <w:pPr>
        <w:pStyle w:val="ListParagraph"/>
      </w:pPr>
      <w:r>
        <w:rPr>
          <w:sz w:val="22"/>
        </w:rPr>
        <w:t>A. Quy phạm pháp luật, chế định pháp luật, ngành luật</w:t>
      </w:r>
    </w:p>
    <w:p>
      <w:pPr>
        <w:pStyle w:val="ListParagraph"/>
      </w:pPr>
      <w:r>
        <w:rPr>
          <w:sz w:val="22"/>
        </w:rPr>
        <w:t>B. Quy phạm pháp luật, văn bản pháp luật, ngành luật</w:t>
      </w:r>
    </w:p>
    <w:p>
      <w:pPr>
        <w:pStyle w:val="ListParagraph"/>
      </w:pPr>
      <w:r>
        <w:rPr>
          <w:sz w:val="22"/>
        </w:rPr>
        <w:t>C. Chế định pháp luật, ngành luật, văn bản pháp luật</w:t>
      </w:r>
    </w:p>
    <w:p>
      <w:pPr>
        <w:pStyle w:val="ListParagraph"/>
      </w:pPr>
      <w:r>
        <w:rPr>
          <w:sz w:val="22"/>
        </w:rPr>
        <w:t>D. Quy phạm pháp luật, chế định pháp luật, văn bản pháp luật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Theo chủ nghĩa Mác - Lênin, nhà nước là tổ chức quyền lực đặc biệt của giai cấp thống trị.</w:t>
      </w:r>
    </w:p>
    <w:p>
      <w:r>
        <w:rPr>
          <w:b/>
        </w:rPr>
        <w:t>Câu 2: Đáp án đúng: D</w:t>
      </w:r>
    </w:p>
    <w:p>
      <w:r>
        <w:rPr>
          <w:i/>
        </w:rPr>
        <w:t>Giải thích: Nhà nước có các đặc trưng cơ bản: quyền lực công cộng đặc biệt, chủ quyền quốc gia, dân cư và lãnh thổ.</w:t>
      </w:r>
    </w:p>
    <w:p>
      <w:r>
        <w:rPr>
          <w:b/>
        </w:rPr>
        <w:t>Câu 3: Đáp án đúng: A</w:t>
      </w:r>
    </w:p>
    <w:p>
      <w:r>
        <w:rPr>
          <w:i/>
        </w:rPr>
        <w:t>Giải thích: Theo học thuyết Mác - Lênin, nhà nước cộng sản chủ nghĩa chưa từng tồn tại; thời kỳ quá độ có nhà nước xã hội chủ nghĩa.</w:t>
      </w:r>
    </w:p>
    <w:p>
      <w:r>
        <w:rPr>
          <w:b/>
        </w:rPr>
        <w:t>Câu 4: Đáp án đúng: B</w:t>
      </w:r>
    </w:p>
    <w:p>
      <w:r>
        <w:rPr>
          <w:i/>
        </w:rPr>
        <w:t>Giải thích: Bản chất của pháp luật bao gồm tính giai cấp và tính xã hội.</w:t>
      </w:r>
    </w:p>
    <w:p>
      <w:r>
        <w:rPr>
          <w:b/>
        </w:rPr>
        <w:t>Câu 5: Đáp án đúng: C</w:t>
      </w:r>
    </w:p>
    <w:p>
      <w:r>
        <w:rPr>
          <w:i/>
        </w:rPr>
        <w:t>Giải thích: Pháp luật có ba thuộc tính: tính quy phạm phổ biến, tính xác định chặt chẽ về hình thức và tính bảo đảm bằng nhà nước; không có tính tự nguyện.</w:t>
      </w:r>
    </w:p>
    <w:p>
      <w:r>
        <w:rPr>
          <w:b/>
        </w:rPr>
        <w:t>Câu 6: Đáp án đúng: C</w:t>
      </w:r>
    </w:p>
    <w:p>
      <w:r>
        <w:rPr>
          <w:i/>
        </w:rPr>
        <w:t>Giải thích: Chức năng của pháp luật gồm điều chỉnh, bảo vệ và giáo dục; lập pháp là chức năng của nhà nước.</w:t>
      </w:r>
    </w:p>
    <w:p>
      <w:r>
        <w:rPr>
          <w:b/>
        </w:rPr>
        <w:t>Câu 7: Đáp án đúng: A</w:t>
      </w:r>
    </w:p>
    <w:p>
      <w:r>
        <w:rPr>
          <w:i/>
        </w:rPr>
        <w:t>Giải thích: Văn bản quy phạm pháp luật là hình thức pháp luật tiến bộ nhất, thể hiện tính dân chủ và minh bạch.</w:t>
      </w:r>
    </w:p>
    <w:p>
      <w:r>
        <w:rPr>
          <w:b/>
        </w:rPr>
        <w:t>Câu 8: Đáp án đúng: D</w:t>
      </w:r>
    </w:p>
    <w:p>
      <w:r>
        <w:rPr>
          <w:i/>
        </w:rPr>
        <w:t>Giải thích: Quy phạm pháp luật là quy tắc xử sự chung do nhà nước ban hành và bảo đảm thực hiện.</w:t>
      </w:r>
    </w:p>
    <w:p>
      <w:r>
        <w:rPr>
          <w:b/>
        </w:rPr>
        <w:t>Câu 9: Đáp án đúng: B</w:t>
      </w:r>
    </w:p>
    <w:p>
      <w:r>
        <w:rPr>
          <w:i/>
        </w:rPr>
        <w:t>Giải thích: Quy phạm pháp luật gồm ba bộ phận: giả định, quy định và chế tài.</w:t>
      </w:r>
    </w:p>
    <w:p>
      <w:r>
        <w:rPr>
          <w:b/>
        </w:rPr>
        <w:t>Câu 10: Đáp án đúng: A</w:t>
      </w:r>
    </w:p>
    <w:p>
      <w:r>
        <w:rPr>
          <w:i/>
        </w:rPr>
        <w:t>Giải thích: Hệ thống pháp luật gồm các yếu tố: quy phạm pháp luật, chế định pháp luật và ngành luật.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