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Ngữ văn 6: Về loại kiểu dạng thực hành tiếng việt và hỏi truyện gì ,ngôi thứ mấy</w:t>
      </w:r>
    </w:p>
    <w:p>
      <w:pPr>
        <w:jc w:val="center"/>
      </w:pPr>
      <w:r>
        <w:rPr>
          <w:sz w:val="22"/>
        </w:rPr>
        <w:t>Số câu: 10    Thời gian: _____ phút    Họ và tên: _________________________</w:t>
      </w:r>
    </w:p>
    <w:p/>
    <w:p>
      <w:r>
        <w:rPr>
          <w:b/>
          <w:sz w:val="24"/>
        </w:rPr>
        <w:t>Câu 1: Truyện 'Thánh Gióng' được kể theo ngôi thứ mấy?</w:t>
      </w:r>
    </w:p>
    <w:p>
      <w:pPr>
        <w:pStyle w:val="ListParagraph"/>
      </w:pPr>
      <w:r>
        <w:rPr>
          <w:sz w:val="22"/>
        </w:rPr>
        <w:t>A. Ngôi thứ nhất, người kể xưng 'tôi'</w:t>
      </w:r>
    </w:p>
    <w:p>
      <w:pPr>
        <w:pStyle w:val="ListParagraph"/>
      </w:pPr>
      <w:r>
        <w:rPr>
          <w:sz w:val="22"/>
        </w:rPr>
        <w:t>B. Ngôi thứ nhất số nhiều, người kể xưng 'chúng tôi'</w:t>
      </w:r>
    </w:p>
    <w:p>
      <w:pPr>
        <w:pStyle w:val="ListParagraph"/>
      </w:pPr>
      <w:r>
        <w:rPr>
          <w:sz w:val="22"/>
        </w:rPr>
        <w:t>C. Ngôi thứ ba, người kể giấu mình</w:t>
      </w:r>
    </w:p>
    <w:p>
      <w:pPr>
        <w:pStyle w:val="ListParagraph"/>
      </w:pPr>
      <w:r>
        <w:rPr>
          <w:sz w:val="22"/>
        </w:rPr>
        <w:t>D. Ngôi thứ hai, người kể gọi nhân vật là 'bạn'</w:t>
      </w:r>
    </w:p>
    <w:p/>
    <w:p>
      <w:r>
        <w:rPr>
          <w:b/>
          <w:sz w:val="24"/>
        </w:rPr>
        <w:t>Câu 2: Trong truyện 'Sự tích Hồ Gươm', người kể chuyện là ai?</w:t>
      </w:r>
    </w:p>
    <w:p>
      <w:pPr>
        <w:pStyle w:val="ListParagraph"/>
      </w:pPr>
      <w:r>
        <w:rPr>
          <w:sz w:val="22"/>
        </w:rPr>
        <w:t>A. Rùa Vàng</w:t>
      </w:r>
    </w:p>
    <w:p>
      <w:pPr>
        <w:pStyle w:val="ListParagraph"/>
      </w:pPr>
      <w:r>
        <w:rPr>
          <w:sz w:val="22"/>
        </w:rPr>
        <w:t>B. Lê Lợi</w:t>
      </w:r>
    </w:p>
    <w:p>
      <w:pPr>
        <w:pStyle w:val="ListParagraph"/>
      </w:pPr>
      <w:r>
        <w:rPr>
          <w:sz w:val="22"/>
        </w:rPr>
        <w:t>C. Lê Thận</w:t>
      </w:r>
    </w:p>
    <w:p>
      <w:pPr>
        <w:pStyle w:val="ListParagraph"/>
      </w:pPr>
      <w:r>
        <w:rPr>
          <w:sz w:val="22"/>
        </w:rPr>
        <w:t>D. Người kể giấu mặt, không tham gia câu chuyện</w:t>
      </w:r>
    </w:p>
    <w:p/>
    <w:p>
      <w:r>
        <w:rPr>
          <w:b/>
          <w:sz w:val="24"/>
        </w:rPr>
        <w:t>Câu 3: Đoạn văn sau thuộc loại văn bản nào? 'Một hôm, cậu bé bỗng cất tiếng nói: - Mẹ ơi, mẹ hãy gọi sứ giả vào đây cho con!'</w:t>
      </w:r>
    </w:p>
    <w:p>
      <w:pPr>
        <w:pStyle w:val="ListParagraph"/>
      </w:pPr>
      <w:r>
        <w:rPr>
          <w:sz w:val="22"/>
        </w:rPr>
        <w:t>A. Văn bản biểu cảm</w:t>
      </w:r>
    </w:p>
    <w:p>
      <w:pPr>
        <w:pStyle w:val="ListParagraph"/>
      </w:pPr>
      <w:r>
        <w:rPr>
          <w:sz w:val="22"/>
        </w:rPr>
        <w:t>B. Văn bản nghị luận</w:t>
      </w:r>
    </w:p>
    <w:p>
      <w:pPr>
        <w:pStyle w:val="ListParagraph"/>
      </w:pPr>
      <w:r>
        <w:rPr>
          <w:sz w:val="22"/>
        </w:rPr>
        <w:t>C. Văn bản miêu tả</w:t>
      </w:r>
    </w:p>
    <w:p>
      <w:pPr>
        <w:pStyle w:val="ListParagraph"/>
      </w:pPr>
      <w:r>
        <w:rPr>
          <w:sz w:val="22"/>
        </w:rPr>
        <w:t>D. Văn bản tự sự</w:t>
      </w:r>
    </w:p>
    <w:p/>
    <w:p>
      <w:r>
        <w:rPr>
          <w:b/>
          <w:sz w:val="24"/>
        </w:rPr>
        <w:t>Câu 4: Truyện 'Bánh chưng, bánh giầy' được kể theo ngôi thứ mấy?</w:t>
      </w:r>
    </w:p>
    <w:p>
      <w:pPr>
        <w:pStyle w:val="ListParagraph"/>
      </w:pPr>
      <w:r>
        <w:rPr>
          <w:sz w:val="22"/>
        </w:rPr>
        <w:t>A. Ngôi thứ hai</w:t>
      </w:r>
    </w:p>
    <w:p>
      <w:pPr>
        <w:pStyle w:val="ListParagraph"/>
      </w:pPr>
      <w:r>
        <w:rPr>
          <w:sz w:val="22"/>
        </w:rPr>
        <w:t>B. Ngôi thứ nhất số nhiều</w:t>
      </w:r>
    </w:p>
    <w:p>
      <w:pPr>
        <w:pStyle w:val="ListParagraph"/>
      </w:pPr>
      <w:r>
        <w:rPr>
          <w:sz w:val="22"/>
        </w:rPr>
        <w:t>C. Ngôi thứ ba</w:t>
      </w:r>
    </w:p>
    <w:p>
      <w:pPr>
        <w:pStyle w:val="ListParagraph"/>
      </w:pPr>
      <w:r>
        <w:rPr>
          <w:sz w:val="22"/>
        </w:rPr>
        <w:t>D. Ngôi thứ nhất</w:t>
      </w:r>
    </w:p>
    <w:p/>
    <w:p>
      <w:r>
        <w:rPr>
          <w:b/>
          <w:sz w:val="24"/>
        </w:rPr>
        <w:t>Câu 5: Câu văn nào sau đây có sử dụng biện pháp tu từ so sánh?</w:t>
      </w:r>
    </w:p>
    <w:p>
      <w:pPr>
        <w:pStyle w:val="ListParagraph"/>
      </w:pPr>
      <w:r>
        <w:rPr>
          <w:sz w:val="22"/>
        </w:rPr>
        <w:t>A. Em rất thích đọc truyện cổ tích.</w:t>
      </w:r>
    </w:p>
    <w:p>
      <w:pPr>
        <w:pStyle w:val="ListParagraph"/>
      </w:pPr>
      <w:r>
        <w:rPr>
          <w:sz w:val="22"/>
        </w:rPr>
        <w:t>B. Mặt trời đỏ rực như quả cầu lửa.</w:t>
      </w:r>
    </w:p>
    <w:p>
      <w:pPr>
        <w:pStyle w:val="ListParagraph"/>
      </w:pPr>
      <w:r>
        <w:rPr>
          <w:sz w:val="22"/>
        </w:rPr>
        <w:t>C. Trời mưa to suốt cả ngày.</w:t>
      </w:r>
    </w:p>
    <w:p>
      <w:pPr>
        <w:pStyle w:val="ListParagraph"/>
      </w:pPr>
      <w:r>
        <w:rPr>
          <w:sz w:val="22"/>
        </w:rPr>
        <w:t>D. Gió thổi mạnh làm cây đổ.</w:t>
      </w:r>
    </w:p>
    <w:p/>
    <w:p>
      <w:r>
        <w:rPr>
          <w:b/>
          <w:sz w:val="24"/>
        </w:rPr>
        <w:t>Câu 6: Trong truyện 'Em bé thông minh', người kể chuyện thường dùng lời kể ở ngôi thứ ba. Dấu hiệu nào cho thấy điều đó?</w:t>
      </w:r>
    </w:p>
    <w:p>
      <w:pPr>
        <w:pStyle w:val="ListParagraph"/>
      </w:pPr>
      <w:r>
        <w:rPr>
          <w:sz w:val="22"/>
        </w:rPr>
        <w:t>A. Người kể gọi nhân vật bằng tên hoặc danh từ chỉ người</w:t>
      </w:r>
    </w:p>
    <w:p>
      <w:pPr>
        <w:pStyle w:val="ListParagraph"/>
      </w:pPr>
      <w:r>
        <w:rPr>
          <w:sz w:val="22"/>
        </w:rPr>
        <w:t>B. Người kể gọi người đọc là 'bạn'</w:t>
      </w:r>
    </w:p>
    <w:p>
      <w:pPr>
        <w:pStyle w:val="ListParagraph"/>
      </w:pPr>
      <w:r>
        <w:rPr>
          <w:sz w:val="22"/>
        </w:rPr>
        <w:t>C. Người kể xưng 'tôi' khi kể lại sự việc</w:t>
      </w:r>
    </w:p>
    <w:p>
      <w:pPr>
        <w:pStyle w:val="ListParagraph"/>
      </w:pPr>
      <w:r>
        <w:rPr>
          <w:sz w:val="22"/>
        </w:rPr>
        <w:t>D. Người kể trực tiếp tham gia vào câu chuyện</w:t>
      </w:r>
    </w:p>
    <w:p/>
    <w:p>
      <w:r>
        <w:rPr>
          <w:b/>
          <w:sz w:val="24"/>
        </w:rPr>
        <w:t>Câu 7: Đoạn văn sau thuộc kiểu văn bản nào? 'Thạch Sanh là một chàng trai nghèo, hiền lành, sống dưới gốc đa. Một hôm, chàng được Lý Thông kết nghĩa anh em.'</w:t>
      </w:r>
    </w:p>
    <w:p>
      <w:pPr>
        <w:pStyle w:val="ListParagraph"/>
      </w:pPr>
      <w:r>
        <w:rPr>
          <w:sz w:val="22"/>
        </w:rPr>
        <w:t>A. Tự sự</w:t>
      </w:r>
    </w:p>
    <w:p>
      <w:pPr>
        <w:pStyle w:val="ListParagraph"/>
      </w:pPr>
      <w:r>
        <w:rPr>
          <w:sz w:val="22"/>
        </w:rPr>
        <w:t>B. Miêu tả</w:t>
      </w:r>
    </w:p>
    <w:p>
      <w:pPr>
        <w:pStyle w:val="ListParagraph"/>
      </w:pPr>
      <w:r>
        <w:rPr>
          <w:sz w:val="22"/>
        </w:rPr>
        <w:t>C. Thuyết minh</w:t>
      </w:r>
    </w:p>
    <w:p>
      <w:pPr>
        <w:pStyle w:val="ListParagraph"/>
      </w:pPr>
      <w:r>
        <w:rPr>
          <w:sz w:val="22"/>
        </w:rPr>
        <w:t>D. Nghị luận</w:t>
      </w:r>
    </w:p>
    <w:p/>
    <w:p>
      <w:r>
        <w:rPr>
          <w:b/>
          <w:sz w:val="24"/>
        </w:rPr>
        <w:t>Câu 8: Truyện 'Cây bút thần' được kể theo ngôi thứ mấy?</w:t>
      </w:r>
    </w:p>
    <w:p>
      <w:pPr>
        <w:pStyle w:val="ListParagraph"/>
      </w:pPr>
      <w:r>
        <w:rPr>
          <w:sz w:val="22"/>
        </w:rPr>
        <w:t>A. Ngôi thứ ba</w:t>
      </w:r>
    </w:p>
    <w:p>
      <w:pPr>
        <w:pStyle w:val="ListParagraph"/>
      </w:pPr>
      <w:r>
        <w:rPr>
          <w:sz w:val="22"/>
        </w:rPr>
        <w:t>B. Ngôi thứ hai</w:t>
      </w:r>
    </w:p>
    <w:p>
      <w:pPr>
        <w:pStyle w:val="ListParagraph"/>
      </w:pPr>
      <w:r>
        <w:rPr>
          <w:sz w:val="22"/>
        </w:rPr>
        <w:t>C. Ngôi thứ nhất</w:t>
      </w:r>
    </w:p>
    <w:p>
      <w:pPr>
        <w:pStyle w:val="ListParagraph"/>
      </w:pPr>
      <w:r>
        <w:rPr>
          <w:sz w:val="22"/>
        </w:rPr>
        <w:t>D. Ngôi thứ nhất số nhiều</w:t>
      </w:r>
    </w:p>
    <w:p/>
    <w:p>
      <w:r>
        <w:rPr>
          <w:b/>
          <w:sz w:val="24"/>
        </w:rPr>
        <w:t>Câu 9: Câu nào sau đây có sử dụng biện pháp nhân hóa?</w:t>
      </w:r>
    </w:p>
    <w:p>
      <w:pPr>
        <w:pStyle w:val="ListParagraph"/>
      </w:pPr>
      <w:r>
        <w:rPr>
          <w:sz w:val="22"/>
        </w:rPr>
        <w:t>A. Chị gió nhẹ nhàng vuốt ve những tán lá.</w:t>
      </w:r>
    </w:p>
    <w:p>
      <w:pPr>
        <w:pStyle w:val="ListParagraph"/>
      </w:pPr>
      <w:r>
        <w:rPr>
          <w:sz w:val="22"/>
        </w:rPr>
        <w:t>B. Cây cối um tùm.</w:t>
      </w:r>
    </w:p>
    <w:p>
      <w:pPr>
        <w:pStyle w:val="ListParagraph"/>
      </w:pPr>
      <w:r>
        <w:rPr>
          <w:sz w:val="22"/>
        </w:rPr>
        <w:t>C. Mưa rơi rất to.</w:t>
      </w:r>
    </w:p>
    <w:p>
      <w:pPr>
        <w:pStyle w:val="ListParagraph"/>
      </w:pPr>
      <w:r>
        <w:rPr>
          <w:sz w:val="22"/>
        </w:rPr>
        <w:t>D. Bầu trời trong xanh.</w:t>
      </w:r>
    </w:p>
    <w:p/>
    <w:p>
      <w:r>
        <w:rPr>
          <w:b/>
          <w:sz w:val="24"/>
        </w:rPr>
        <w:t>Câu 10: Trong truyện 'Thạch Sanh', người kể chuyện có xuất hiện trực tiếp trong câu chuyện không?</w:t>
      </w:r>
    </w:p>
    <w:p>
      <w:pPr>
        <w:pStyle w:val="ListParagraph"/>
      </w:pPr>
      <w:r>
        <w:rPr>
          <w:sz w:val="22"/>
        </w:rPr>
        <w:t>A. Không, vì truyện không có người kể</w:t>
      </w:r>
    </w:p>
    <w:p>
      <w:pPr>
        <w:pStyle w:val="ListParagraph"/>
      </w:pPr>
      <w:r>
        <w:rPr>
          <w:sz w:val="22"/>
        </w:rPr>
        <w:t>B. Có, người kể là một nhân vật trong truyện</w:t>
      </w:r>
    </w:p>
    <w:p>
      <w:pPr>
        <w:pStyle w:val="ListParagraph"/>
      </w:pPr>
      <w:r>
        <w:rPr>
          <w:sz w:val="22"/>
        </w:rPr>
        <w:t>C. Có, người kể xưng 'tôi' và tham gia sự việc</w:t>
      </w:r>
    </w:p>
    <w:p>
      <w:pPr>
        <w:pStyle w:val="ListParagraph"/>
      </w:pPr>
      <w:r>
        <w:rPr>
          <w:sz w:val="22"/>
        </w:rPr>
        <w:t>D. Không, người kể giấu mình, chỉ kể lại sự việc</w:t>
      </w:r>
    </w:p>
    <w:p/>
    <w:p>
      <w:r>
        <w:t>──────────────────────────────────────────────────</w:t>
      </w:r>
    </w:p>
    <w:p>
      <w:r>
        <w:rPr>
          <w:b/>
        </w:rPr>
        <w:t>BẢNG ĐÁP ÁN &amp; LỜI GIẢI CHI TIẾT</w:t>
      </w:r>
    </w:p>
    <w:p>
      <w:r>
        <w:rPr>
          <w:b/>
        </w:rPr>
        <w:t>Câu 1: Đáp án đúng: C</w:t>
      </w:r>
    </w:p>
    <w:p>
      <w:r>
        <w:rPr>
          <w:i/>
        </w:rPr>
        <w:t>Giải thích: Truyện được kể theo ngôi thứ ba, người kể giấu mình, không xuất hiện trực tiếp trong câu chuyện.</w:t>
      </w:r>
    </w:p>
    <w:p>
      <w:r>
        <w:rPr>
          <w:b/>
        </w:rPr>
        <w:t>Câu 2: Đáp án đúng: D</w:t>
      </w:r>
    </w:p>
    <w:p>
      <w:r>
        <w:rPr>
          <w:i/>
        </w:rPr>
        <w:t>Giải thích: Người kể giấu mặt, đứng ngoài câu chuyện để kể lại các sự việc.</w:t>
      </w:r>
    </w:p>
    <w:p>
      <w:r>
        <w:rPr>
          <w:b/>
        </w:rPr>
        <w:t>Câu 3: Đáp án đúng: D</w:t>
      </w:r>
    </w:p>
    <w:p>
      <w:r>
        <w:rPr>
          <w:i/>
        </w:rPr>
        <w:t>Giải thích: Đoạn văn kể lại sự việc và lời nói của nhân vật nên thuộc văn bản tự sự.</w:t>
      </w:r>
    </w:p>
    <w:p>
      <w:r>
        <w:rPr>
          <w:b/>
        </w:rPr>
        <w:t>Câu 4: Đáp án đúng: C</w:t>
      </w:r>
    </w:p>
    <w:p>
      <w:r>
        <w:rPr>
          <w:i/>
        </w:rPr>
        <w:t>Giải thích: Truyện được kể theo ngôi thứ ba, người kể không xưng 'tôi'.</w:t>
      </w:r>
    </w:p>
    <w:p>
      <w:r>
        <w:rPr>
          <w:b/>
        </w:rPr>
        <w:t>Câu 5: Đáp án đúng: B</w:t>
      </w:r>
    </w:p>
    <w:p>
      <w:r>
        <w:rPr>
          <w:i/>
        </w:rPr>
        <w:t>Giải thích: Câu 'Mặt trời đỏ rực như quả cầu lửa' dùng từ 'như' để so sánh mặt trời với quả cầu lửa.</w:t>
      </w:r>
    </w:p>
    <w:p>
      <w:r>
        <w:rPr>
          <w:b/>
        </w:rPr>
        <w:t>Câu 6: Đáp án đúng: A</w:t>
      </w:r>
    </w:p>
    <w:p>
      <w:r>
        <w:rPr>
          <w:i/>
        </w:rPr>
        <w:t>Giải thích: Người kể gọi nhân vật bằng tên hoặc danh từ chỉ người, không xưng 'tôi', đó là dấu hiệu ngôi thứ ba.</w:t>
      </w:r>
    </w:p>
    <w:p>
      <w:r>
        <w:rPr>
          <w:b/>
        </w:rPr>
        <w:t>Câu 7: Đáp án đúng: A</w:t>
      </w:r>
    </w:p>
    <w:p>
      <w:r>
        <w:rPr>
          <w:i/>
        </w:rPr>
        <w:t>Giải thích: Đoạn văn kể lại sự việc và giới thiệu nhân vật nên thuộc văn bản tự sự.</w:t>
      </w:r>
    </w:p>
    <w:p>
      <w:r>
        <w:rPr>
          <w:b/>
        </w:rPr>
        <w:t>Câu 8: Đáp án đúng: A</w:t>
      </w:r>
    </w:p>
    <w:p>
      <w:r>
        <w:rPr>
          <w:i/>
        </w:rPr>
        <w:t>Giải thích: Truyện được kể theo ngôi thứ ba, người kể giấu mình.</w:t>
      </w:r>
    </w:p>
    <w:p>
      <w:r>
        <w:rPr>
          <w:b/>
        </w:rPr>
        <w:t>Câu 9: Đáp án đúng: A</w:t>
      </w:r>
    </w:p>
    <w:p>
      <w:r>
        <w:rPr>
          <w:i/>
        </w:rPr>
        <w:t>Giải thích: Câu 'Chị gió nhẹ nhàng vuốt ve những tán lá' dùng từ 'chị' để gọi gió và hành động 'vuốt ve' như con người, đó là nhân hóa.</w:t>
      </w:r>
    </w:p>
    <w:p>
      <w:r>
        <w:rPr>
          <w:b/>
        </w:rPr>
        <w:t>Câu 10: Đáp án đúng: D</w:t>
      </w:r>
    </w:p>
    <w:p>
      <w:r>
        <w:rPr>
          <w:i/>
        </w:rPr>
        <w:t>Giải thích: Người kể giấu mình, không xuất hiện trực tiếp, chỉ kể lại sự việc theo ngôi thứ ba.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