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12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There are only ______ apples left in the fridge.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a little</w:t>
      </w:r>
    </w:p>
    <w:p>
      <w:pPr>
        <w:pStyle w:val="ListParagraph"/>
      </w:pPr>
      <w:r>
        <w:rPr>
          <w:sz w:val="22"/>
        </w:rPr>
        <w:t>C. much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2: I have ______ money, so I can't buy that car.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a little</w:t>
      </w:r>
    </w:p>
    <w:p>
      <w:pPr>
        <w:pStyle w:val="ListParagraph"/>
      </w:pPr>
      <w:r>
        <w:rPr>
          <w:sz w:val="22"/>
        </w:rPr>
        <w:t>C. little</w:t>
      </w:r>
    </w:p>
    <w:p>
      <w:pPr>
        <w:pStyle w:val="ListParagraph"/>
      </w:pPr>
      <w:r>
        <w:rPr>
          <w:sz w:val="22"/>
        </w:rPr>
        <w:t>D. few</w:t>
      </w:r>
    </w:p>
    <w:p/>
    <w:p>
      <w:r>
        <w:rPr>
          <w:b/>
          <w:sz w:val="24"/>
        </w:rPr>
        <w:t>Câu 3: She has ______ friends in this city, so she often feels lonely.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4: Would you like ______ sugar in your coffee?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5: There are ______ students in the classroom.</w:t>
      </w:r>
    </w:p>
    <w:p>
      <w:pPr>
        <w:pStyle w:val="ListParagraph"/>
      </w:pPr>
      <w:r>
        <w:rPr>
          <w:sz w:val="22"/>
        </w:rPr>
        <w:t>A. much</w:t>
      </w:r>
    </w:p>
    <w:p>
      <w:pPr>
        <w:pStyle w:val="ListParagraph"/>
      </w:pPr>
      <w:r>
        <w:rPr>
          <w:sz w:val="22"/>
        </w:rPr>
        <w:t>B. a little</w:t>
      </w:r>
    </w:p>
    <w:p>
      <w:pPr>
        <w:pStyle w:val="ListParagraph"/>
      </w:pPr>
      <w:r>
        <w:rPr>
          <w:sz w:val="22"/>
        </w:rPr>
        <w:t>C. many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6: I don't have ______ time to finish this project.</w:t>
      </w:r>
    </w:p>
    <w:p>
      <w:pPr>
        <w:pStyle w:val="ListParagraph"/>
      </w:pPr>
      <w:r>
        <w:rPr>
          <w:sz w:val="22"/>
        </w:rPr>
        <w:t>A. many</w:t>
      </w:r>
    </w:p>
    <w:p>
      <w:pPr>
        <w:pStyle w:val="ListParagraph"/>
      </w:pPr>
      <w:r>
        <w:rPr>
          <w:sz w:val="22"/>
        </w:rPr>
        <w:t>B. much</w:t>
      </w:r>
    </w:p>
    <w:p>
      <w:pPr>
        <w:pStyle w:val="ListParagraph"/>
      </w:pPr>
      <w:r>
        <w:rPr>
          <w:sz w:val="22"/>
        </w:rPr>
        <w:t>C. few</w:t>
      </w:r>
    </w:p>
    <w:p>
      <w:pPr>
        <w:pStyle w:val="ListParagraph"/>
      </w:pPr>
      <w:r>
        <w:rPr>
          <w:sz w:val="22"/>
        </w:rPr>
        <w:t>D. a few</w:t>
      </w:r>
    </w:p>
    <w:p/>
    <w:p>
      <w:r>
        <w:rPr>
          <w:b/>
          <w:sz w:val="24"/>
        </w:rPr>
        <w:t>Câu 7: How ______ eggs do we need for the cake?</w:t>
      </w:r>
    </w:p>
    <w:p>
      <w:pPr>
        <w:pStyle w:val="ListParagraph"/>
      </w:pPr>
      <w:r>
        <w:rPr>
          <w:sz w:val="22"/>
        </w:rPr>
        <w:t>A. much</w:t>
      </w:r>
    </w:p>
    <w:p>
      <w:pPr>
        <w:pStyle w:val="ListParagraph"/>
      </w:pPr>
      <w:r>
        <w:rPr>
          <w:sz w:val="22"/>
        </w:rPr>
        <w:t>B. many</w:t>
      </w:r>
    </w:p>
    <w:p>
      <w:pPr>
        <w:pStyle w:val="ListParagraph"/>
      </w:pPr>
      <w:r>
        <w:rPr>
          <w:sz w:val="22"/>
        </w:rPr>
        <w:t>C. little</w:t>
      </w:r>
    </w:p>
    <w:p>
      <w:pPr>
        <w:pStyle w:val="ListParagraph"/>
      </w:pPr>
      <w:r>
        <w:rPr>
          <w:sz w:val="22"/>
        </w:rPr>
        <w:t>D. few</w:t>
      </w:r>
    </w:p>
    <w:p/>
    <w:p>
      <w:r>
        <w:rPr>
          <w:b/>
          <w:sz w:val="24"/>
        </w:rPr>
        <w:t>Câu 8: There is ______ water in the bottle. It's almost empty.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9: We have ______ information about the event. Can you provide more?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10: Only ______ people attended the meeting yesterday.</w:t>
      </w:r>
    </w:p>
    <w:p>
      <w:pPr>
        <w:pStyle w:val="ListParagraph"/>
      </w:pPr>
      <w:r>
        <w:rPr>
          <w:sz w:val="22"/>
        </w:rPr>
        <w:t>A. a little</w:t>
      </w:r>
    </w:p>
    <w:p>
      <w:pPr>
        <w:pStyle w:val="ListParagraph"/>
      </w:pPr>
      <w:r>
        <w:rPr>
          <w:sz w:val="22"/>
        </w:rPr>
        <w:t>B. little</w:t>
      </w:r>
    </w:p>
    <w:p>
      <w:pPr>
        <w:pStyle w:val="ListParagraph"/>
      </w:pPr>
      <w:r>
        <w:rPr>
          <w:sz w:val="22"/>
        </w:rPr>
        <w:t>C. a few</w:t>
      </w:r>
    </w:p>
    <w:p>
      <w:pPr>
        <w:pStyle w:val="ListParagraph"/>
      </w:pPr>
      <w:r>
        <w:rPr>
          <w:sz w:val="22"/>
        </w:rPr>
        <w:t>D. much</w:t>
      </w:r>
    </w:p>
    <w:p/>
    <w:p>
      <w:r>
        <w:rPr>
          <w:b/>
          <w:sz w:val="24"/>
        </w:rPr>
        <w:t>Câu 11: I need ______ help with my homework.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12: There aren't ______ chairs in the room.</w:t>
      </w:r>
    </w:p>
    <w:p>
      <w:pPr>
        <w:pStyle w:val="ListParagraph"/>
      </w:pPr>
      <w:r>
        <w:rPr>
          <w:sz w:val="22"/>
        </w:rPr>
        <w:t>A. much</w:t>
      </w:r>
    </w:p>
    <w:p>
      <w:pPr>
        <w:pStyle w:val="ListParagraph"/>
      </w:pPr>
      <w:r>
        <w:rPr>
          <w:sz w:val="22"/>
        </w:rPr>
        <w:t>B. many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13: She has ______ patience with noisy children.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14: There is ______ traffic today, so we might be late.</w:t>
      </w:r>
    </w:p>
    <w:p>
      <w:pPr>
        <w:pStyle w:val="ListParagraph"/>
      </w:pPr>
      <w:r>
        <w:rPr>
          <w:sz w:val="22"/>
        </w:rPr>
        <w:t>A. many</w:t>
      </w:r>
    </w:p>
    <w:p>
      <w:pPr>
        <w:pStyle w:val="ListParagraph"/>
      </w:pPr>
      <w:r>
        <w:rPr>
          <w:sz w:val="22"/>
        </w:rPr>
        <w:t>B. a few</w:t>
      </w:r>
    </w:p>
    <w:p>
      <w:pPr>
        <w:pStyle w:val="ListParagraph"/>
      </w:pPr>
      <w:r>
        <w:rPr>
          <w:sz w:val="22"/>
        </w:rPr>
        <w:t>C. much</w:t>
      </w:r>
    </w:p>
    <w:p>
      <w:pPr>
        <w:pStyle w:val="ListParagraph"/>
      </w:pPr>
      <w:r>
        <w:rPr>
          <w:sz w:val="22"/>
        </w:rPr>
        <w:t>D. few</w:t>
      </w:r>
    </w:p>
    <w:p/>
    <w:p>
      <w:r>
        <w:rPr>
          <w:b/>
          <w:sz w:val="24"/>
        </w:rPr>
        <w:t>Câu 15: I have ______ books to read this summer.</w:t>
      </w:r>
    </w:p>
    <w:p>
      <w:pPr>
        <w:pStyle w:val="ListParagraph"/>
      </w:pPr>
      <w:r>
        <w:rPr>
          <w:sz w:val="22"/>
        </w:rPr>
        <w:t>A. a little</w:t>
      </w:r>
    </w:p>
    <w:p>
      <w:pPr>
        <w:pStyle w:val="ListParagraph"/>
      </w:pPr>
      <w:r>
        <w:rPr>
          <w:sz w:val="22"/>
        </w:rPr>
        <w:t>B. little</w:t>
      </w:r>
    </w:p>
    <w:p>
      <w:pPr>
        <w:pStyle w:val="ListParagraph"/>
      </w:pPr>
      <w:r>
        <w:rPr>
          <w:sz w:val="22"/>
        </w:rPr>
        <w:t>C. a few</w:t>
      </w:r>
    </w:p>
    <w:p>
      <w:pPr>
        <w:pStyle w:val="ListParagraph"/>
      </w:pPr>
      <w:r>
        <w:rPr>
          <w:sz w:val="22"/>
        </w:rPr>
        <w:t>D. much</w:t>
      </w:r>
    </w:p>
    <w:p/>
    <w:p>
      <w:r>
        <w:rPr>
          <w:b/>
          <w:sz w:val="24"/>
        </w:rPr>
        <w:t>Câu 16: Could you give me ______ advice?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17: There are ______ cars on the street during rush hour.</w:t>
      </w:r>
    </w:p>
    <w:p>
      <w:pPr>
        <w:pStyle w:val="ListParagraph"/>
      </w:pPr>
      <w:r>
        <w:rPr>
          <w:sz w:val="22"/>
        </w:rPr>
        <w:t>A. much</w:t>
      </w:r>
    </w:p>
    <w:p>
      <w:pPr>
        <w:pStyle w:val="ListParagraph"/>
      </w:pPr>
      <w:r>
        <w:rPr>
          <w:sz w:val="22"/>
        </w:rPr>
        <w:t>B. a little</w:t>
      </w:r>
    </w:p>
    <w:p>
      <w:pPr>
        <w:pStyle w:val="ListParagraph"/>
      </w:pPr>
      <w:r>
        <w:rPr>
          <w:sz w:val="22"/>
        </w:rPr>
        <w:t>C. many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18: He has ______ knowledge about computers.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19: There is ______ milk in the glass. You can drink it.</w:t>
      </w:r>
    </w:p>
    <w:p>
      <w:pPr>
        <w:pStyle w:val="ListParagraph"/>
      </w:pPr>
      <w:r>
        <w:rPr>
          <w:sz w:val="22"/>
        </w:rPr>
        <w:t>A. a few</w:t>
      </w:r>
    </w:p>
    <w:p>
      <w:pPr>
        <w:pStyle w:val="ListParagraph"/>
      </w:pPr>
      <w:r>
        <w:rPr>
          <w:sz w:val="22"/>
        </w:rPr>
        <w:t>B. few</w:t>
      </w:r>
    </w:p>
    <w:p>
      <w:pPr>
        <w:pStyle w:val="ListParagraph"/>
      </w:pPr>
      <w:r>
        <w:rPr>
          <w:sz w:val="22"/>
        </w:rPr>
        <w:t>C. a little</w:t>
      </w:r>
    </w:p>
    <w:p>
      <w:pPr>
        <w:pStyle w:val="ListParagraph"/>
      </w:pPr>
      <w:r>
        <w:rPr>
          <w:sz w:val="22"/>
        </w:rPr>
        <w:t>D. many</w:t>
      </w:r>
    </w:p>
    <w:p/>
    <w:p>
      <w:r>
        <w:rPr>
          <w:b/>
          <w:sz w:val="24"/>
        </w:rPr>
        <w:t>Câu 20: How ______ sugar do you take in your tea?</w:t>
      </w:r>
    </w:p>
    <w:p>
      <w:pPr>
        <w:pStyle w:val="ListParagraph"/>
      </w:pPr>
      <w:r>
        <w:rPr>
          <w:sz w:val="22"/>
        </w:rPr>
        <w:t>A. many</w:t>
      </w:r>
    </w:p>
    <w:p>
      <w:pPr>
        <w:pStyle w:val="ListParagraph"/>
      </w:pPr>
      <w:r>
        <w:rPr>
          <w:sz w:val="22"/>
        </w:rPr>
        <w:t>B. much</w:t>
      </w:r>
    </w:p>
    <w:p>
      <w:pPr>
        <w:pStyle w:val="ListParagraph"/>
      </w:pPr>
      <w:r>
        <w:rPr>
          <w:sz w:val="22"/>
        </w:rPr>
        <w:t>C. few</w:t>
      </w:r>
    </w:p>
    <w:p>
      <w:pPr>
        <w:pStyle w:val="ListParagraph"/>
      </w:pPr>
      <w:r>
        <w:rPr>
          <w:sz w:val="22"/>
        </w:rPr>
        <w:t>D. a few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