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20-60 - Bài trắc nghiệm - Chi phí của các dự án đầu tư xây dựng là: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Chi phí của các dự án đầu tư xây dựng là:</w:t>
      </w:r>
    </w:p>
    <w:p>
      <w:pPr>
        <w:pStyle w:val="ListParagraph"/>
      </w:pPr>
      <w:r>
        <w:rPr>
          <w:sz w:val="22"/>
        </w:rPr>
        <w:t>A. Chi phí xây dựng</w:t>
      </w:r>
    </w:p>
    <w:p>
      <w:pPr>
        <w:pStyle w:val="ListParagraph"/>
      </w:pPr>
      <w:r>
        <w:rPr>
          <w:sz w:val="22"/>
        </w:rPr>
        <w:t>B. Chi phí quản lý vận hành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2: Thu nhập có thể có của dự án đầu tư xây dựng thủy lợi là:</w:t>
      </w:r>
    </w:p>
    <w:p>
      <w:pPr>
        <w:pStyle w:val="ListParagraph"/>
      </w:pPr>
      <w:r>
        <w:rPr>
          <w:sz w:val="22"/>
        </w:rPr>
        <w:t>A. Thu nhập từ cấp nước sinh hoạt</w:t>
      </w:r>
    </w:p>
    <w:p>
      <w:pPr>
        <w:pStyle w:val="ListParagraph"/>
      </w:pPr>
      <w:r>
        <w:rPr>
          <w:sz w:val="22"/>
        </w:rPr>
        <w:t>B. Thu nhập từ cấp nước cho công nghiệp</w:t>
      </w:r>
    </w:p>
    <w:p>
      <w:pPr>
        <w:pStyle w:val="ListParagraph"/>
      </w:pPr>
      <w:r>
        <w:rPr>
          <w:sz w:val="22"/>
        </w:rPr>
        <w:t>C. Thu nhập từ cấp nước cho nông nghiệp</w:t>
      </w:r>
    </w:p>
    <w:p>
      <w:pPr>
        <w:pStyle w:val="ListParagraph"/>
      </w:pPr>
      <w:r>
        <w:rPr>
          <w:sz w:val="22"/>
        </w:rPr>
        <w:t>D. Cả A,B,C đều đúng</w:t>
      </w:r>
    </w:p>
    <w:p/>
    <w:p>
      <w:r>
        <w:rPr>
          <w:b/>
          <w:sz w:val="24"/>
        </w:rPr>
        <w:t>Câu 3: Chi phí quản lý vận hành của các dự án tưới lúa KHÔNG bao gồm:</w:t>
      </w:r>
    </w:p>
    <w:p>
      <w:pPr>
        <w:pStyle w:val="ListParagraph"/>
      </w:pPr>
      <w:r>
        <w:rPr>
          <w:sz w:val="22"/>
        </w:rPr>
        <w:t>A. Chi phí xử lý nước tưới</w:t>
      </w:r>
    </w:p>
    <w:p>
      <w:pPr>
        <w:pStyle w:val="ListParagraph"/>
      </w:pPr>
      <w:r>
        <w:rPr>
          <w:sz w:val="22"/>
        </w:rPr>
        <w:t>B. Chi phí khấu hao tài sản cố định</w:t>
      </w:r>
    </w:p>
    <w:p>
      <w:pPr>
        <w:pStyle w:val="ListParagraph"/>
      </w:pPr>
      <w:r>
        <w:rPr>
          <w:sz w:val="22"/>
        </w:rPr>
        <w:t>C. Chi phí quản lý doanh nghiệp</w:t>
      </w:r>
    </w:p>
    <w:p>
      <w:pPr>
        <w:pStyle w:val="ListParagraph"/>
      </w:pPr>
      <w:r>
        <w:rPr>
          <w:sz w:val="22"/>
        </w:rPr>
        <w:t>D. Chi phí tiền lương và phụ cấp theo lương</w:t>
      </w:r>
    </w:p>
    <w:p/>
    <w:p>
      <w:r>
        <w:rPr>
          <w:b/>
          <w:sz w:val="24"/>
        </w:rPr>
        <w:t>Câu 4: Mục tiêu của phân tích kinh tế các dự án đầu tư xây dựng?</w:t>
      </w:r>
    </w:p>
    <w:p>
      <w:pPr>
        <w:pStyle w:val="ListParagraph"/>
      </w:pPr>
      <w:r>
        <w:rPr>
          <w:sz w:val="22"/>
        </w:rPr>
        <w:t>A. Giúp lựa chọn dự án có đóng góp cho phúc lợi của quốc gia</w:t>
      </w:r>
    </w:p>
    <w:p>
      <w:pPr>
        <w:pStyle w:val="ListParagraph"/>
      </w:pPr>
      <w:r>
        <w:rPr>
          <w:sz w:val="22"/>
        </w:rPr>
        <w:t>B. Giúp lựa chọn dự án hợp lý về kỹ thuật và hiệu quả về kinh tế</w:t>
      </w:r>
    </w:p>
    <w:p>
      <w:pPr>
        <w:pStyle w:val="ListParagraph"/>
      </w:pPr>
      <w:r>
        <w:rPr>
          <w:sz w:val="22"/>
        </w:rPr>
        <w:t>C. Giúp nhà nước quyết định đầu tư các dự án sử dụng vốn ngân sách nhà nước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5: Trong phân tích kinh tế xã hội của dự án đầu tư xây dựng sử dụng tiêu chí NPV, khi nào thì dự án đáng giá?</w:t>
      </w:r>
    </w:p>
    <w:p>
      <w:pPr>
        <w:pStyle w:val="ListParagraph"/>
      </w:pPr>
      <w:r>
        <w:rPr>
          <w:sz w:val="22"/>
        </w:rPr>
        <w:t>A. NPV &gt; 0</w:t>
      </w:r>
    </w:p>
    <w:p>
      <w:pPr>
        <w:pStyle w:val="ListParagraph"/>
      </w:pPr>
      <w:r>
        <w:rPr>
          <w:sz w:val="22"/>
        </w:rPr>
        <w:t>B. NPV = 0</w:t>
      </w:r>
    </w:p>
    <w:p>
      <w:pPr>
        <w:pStyle w:val="ListParagraph"/>
      </w:pPr>
      <w:r>
        <w:rPr>
          <w:sz w:val="22"/>
        </w:rPr>
        <w:t>C. Cả 2 đều đúng</w:t>
      </w:r>
    </w:p>
    <w:p>
      <w:pPr>
        <w:pStyle w:val="ListParagraph"/>
      </w:pPr>
      <w:r>
        <w:rPr>
          <w:sz w:val="22"/>
        </w:rPr>
        <w:t>D. Cả 2 đều sai</w:t>
      </w:r>
    </w:p>
    <w:p/>
    <w:p>
      <w:r>
        <w:rPr>
          <w:b/>
          <w:sz w:val="24"/>
        </w:rPr>
        <w:t>Câu 6: Phân tích kinh tế xã hội được phân tích dựa trên giá?</w:t>
      </w:r>
    </w:p>
    <w:p>
      <w:pPr>
        <w:pStyle w:val="ListParagraph"/>
      </w:pPr>
      <w:r>
        <w:rPr>
          <w:sz w:val="22"/>
        </w:rPr>
        <w:t>A. Giá kinh tế</w:t>
      </w:r>
    </w:p>
    <w:p>
      <w:pPr>
        <w:pStyle w:val="ListParagraph"/>
      </w:pPr>
      <w:r>
        <w:rPr>
          <w:sz w:val="22"/>
        </w:rPr>
        <w:t>B. Giá tài chính</w:t>
      </w:r>
    </w:p>
    <w:p>
      <w:pPr>
        <w:pStyle w:val="ListParagraph"/>
      </w:pPr>
      <w:r>
        <w:rPr>
          <w:sz w:val="22"/>
        </w:rPr>
        <w:t>C. Giá thị trường</w:t>
      </w:r>
    </w:p>
    <w:p>
      <w:pPr>
        <w:pStyle w:val="ListParagraph"/>
      </w:pPr>
      <w:r>
        <w:rPr>
          <w:sz w:val="22"/>
        </w:rPr>
        <w:t>D. Giá thỏa thuận</w:t>
      </w:r>
    </w:p>
    <w:p/>
    <w:p>
      <w:r>
        <w:rPr>
          <w:b/>
          <w:sz w:val="24"/>
        </w:rPr>
        <w:t>Câu 7: Phát biểu nào sau đây là đúng đối với nền kinh tế Việt Nam trong giai đoạn hiện nay?</w:t>
      </w:r>
    </w:p>
    <w:p>
      <w:pPr>
        <w:pStyle w:val="ListParagraph"/>
      </w:pPr>
      <w:r>
        <w:rPr>
          <w:sz w:val="22"/>
        </w:rPr>
        <w:t>A. Gạo là hàng hóa xuất khẩu nông sản chủ lực</w:t>
      </w:r>
    </w:p>
    <w:p>
      <w:pPr>
        <w:pStyle w:val="ListParagraph"/>
      </w:pPr>
      <w:r>
        <w:rPr>
          <w:sz w:val="22"/>
        </w:rPr>
        <w:t>B. Gạo là hàng hóa nhập khẩu</w:t>
      </w:r>
    </w:p>
    <w:p>
      <w:pPr>
        <w:pStyle w:val="ListParagraph"/>
      </w:pPr>
      <w:r>
        <w:rPr>
          <w:sz w:val="22"/>
        </w:rPr>
        <w:t>C. Gạo là hàng hóa xuất khẩu và nhập khẩu</w:t>
      </w:r>
    </w:p>
    <w:p>
      <w:pPr>
        <w:pStyle w:val="ListParagraph"/>
      </w:pPr>
      <w:r>
        <w:rPr>
          <w:sz w:val="22"/>
        </w:rPr>
        <w:t>D. Gạo là hàng hóa không xuất khẩu</w:t>
      </w:r>
    </w:p>
    <w:p/>
    <w:p>
      <w:r>
        <w:rPr>
          <w:b/>
          <w:sz w:val="24"/>
        </w:rPr>
        <w:t>Câu 8: Đâu là nguyên tắc khi phân tích kinh tế các dự án đầu tư xây dựng?</w:t>
      </w:r>
    </w:p>
    <w:p>
      <w:pPr>
        <w:pStyle w:val="ListParagraph"/>
      </w:pPr>
      <w:r>
        <w:rPr>
          <w:sz w:val="22"/>
        </w:rPr>
        <w:t>A. NPV của dự án có thể nhận giá trị âm.</w:t>
      </w:r>
    </w:p>
    <w:p>
      <w:pPr>
        <w:pStyle w:val="ListParagraph"/>
      </w:pPr>
      <w:r>
        <w:rPr>
          <w:sz w:val="22"/>
        </w:rPr>
        <w:t>B. Phải sử dụng giá tài chính để phân tích.</w:t>
      </w:r>
    </w:p>
    <w:p>
      <w:pPr>
        <w:pStyle w:val="ListParagraph"/>
      </w:pPr>
      <w:r>
        <w:rPr>
          <w:sz w:val="22"/>
        </w:rPr>
        <w:t>C. Sử dụng phép so sánh có và không có dự án nhằm đo lường lợi ích tăng thêm do dự án tạo ra.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9: Mục tiêu phân tích kinh tế các dự án đầu tư xây dựng sử dụng vốn ngân sách nhà nước:</w:t>
      </w:r>
    </w:p>
    <w:p>
      <w:pPr>
        <w:pStyle w:val="ListParagraph"/>
      </w:pPr>
      <w:r>
        <w:rPr>
          <w:sz w:val="22"/>
        </w:rPr>
        <w:t>A. Giúp lựa chọn những dự án đầu tư xây dựng đóng góp cho phúc lợi chung của quốc gia</w:t>
      </w:r>
    </w:p>
    <w:p>
      <w:pPr>
        <w:pStyle w:val="ListParagraph"/>
      </w:pPr>
      <w:r>
        <w:rPr>
          <w:sz w:val="22"/>
        </w:rPr>
        <w:t>B. Giúp lựa chọn những dự án đầu tư xây dựng mang lại lợi ích cho chủ đầu tư của doanh nghiệp tư nhân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10: Chi phí dự án đầu tư xây dựng thủy lợi gồm có:</w:t>
      </w:r>
    </w:p>
    <w:p>
      <w:pPr>
        <w:pStyle w:val="ListParagraph"/>
      </w:pPr>
      <w:r>
        <w:rPr>
          <w:sz w:val="22"/>
        </w:rPr>
        <w:t>A. Chi phí xây dựng dự án và chi phí vận hành khai thác, sửa chữa hàng năm</w:t>
      </w:r>
    </w:p>
    <w:p>
      <w:pPr>
        <w:pStyle w:val="ListParagraph"/>
      </w:pPr>
      <w:r>
        <w:rPr>
          <w:sz w:val="22"/>
        </w:rPr>
        <w:t>B. Chi phí xây dựng dự án</w:t>
      </w:r>
    </w:p>
    <w:p>
      <w:pPr>
        <w:pStyle w:val="ListParagraph"/>
      </w:pPr>
      <w:r>
        <w:rPr>
          <w:sz w:val="22"/>
        </w:rPr>
        <w:t>C. Chi phí vận hành khai thác và sửa chữa hàng năm</w:t>
      </w:r>
    </w:p>
    <w:p>
      <w:pPr>
        <w:pStyle w:val="ListParagraph"/>
      </w:pPr>
      <w:r>
        <w:rPr>
          <w:sz w:val="22"/>
        </w:rPr>
        <w:t>D. Chi phí xây dựng và chi phí thiết bị</w:t>
      </w:r>
    </w:p>
    <w:p/>
    <w:p>
      <w:r>
        <w:rPr>
          <w:b/>
          <w:sz w:val="24"/>
        </w:rPr>
        <w:t>Câu 11: Lợi ích hàng năm của các công trình phòng lũ được ước tính:</w:t>
      </w:r>
    </w:p>
    <w:p>
      <w:pPr>
        <w:pStyle w:val="ListParagraph"/>
      </w:pPr>
      <w:r>
        <w:rPr>
          <w:sz w:val="22"/>
        </w:rPr>
        <w:t>A. Là phần thiệt hại giảm được do lũ gây ra khi chưa có công trình phòng lũ</w:t>
      </w:r>
    </w:p>
    <w:p>
      <w:pPr>
        <w:pStyle w:val="ListParagraph"/>
      </w:pPr>
      <w:r>
        <w:rPr>
          <w:sz w:val="22"/>
        </w:rPr>
        <w:t>B. Trên cơ sở là phần chi phí do tác hại của lũ gây ra khi chưa có công trình phòng lũ</w:t>
      </w:r>
    </w:p>
    <w:p>
      <w:pPr>
        <w:pStyle w:val="ListParagraph"/>
      </w:pPr>
      <w:r>
        <w:rPr>
          <w:sz w:val="22"/>
        </w:rPr>
        <w:t>C. Trên cơ sở tính toán lợi ích của các hộ dân</w:t>
      </w:r>
    </w:p>
    <w:p>
      <w:pPr>
        <w:pStyle w:val="ListParagraph"/>
      </w:pPr>
      <w:r>
        <w:rPr>
          <w:sz w:val="22"/>
        </w:rPr>
        <w:t>D. Là phần ước tính thiệt hại cơ sở hạ tầng do lũ</w:t>
      </w:r>
    </w:p>
    <w:p/>
    <w:p>
      <w:r>
        <w:rPr>
          <w:b/>
          <w:sz w:val="24"/>
        </w:rPr>
        <w:t>Câu 12: Theo quy định hiện hành, các khoản hỗ trợ khi nhà nước thu hồi đất thuộc thành phần chi phí nào sau đây?</w:t>
      </w:r>
    </w:p>
    <w:p>
      <w:pPr>
        <w:pStyle w:val="ListParagraph"/>
      </w:pPr>
      <w:r>
        <w:rPr>
          <w:sz w:val="22"/>
        </w:rPr>
        <w:t>A. Chi phí bồi thường, hỗ trợ và tái định cư</w:t>
      </w:r>
    </w:p>
    <w:p>
      <w:pPr>
        <w:pStyle w:val="ListParagraph"/>
      </w:pPr>
      <w:r>
        <w:rPr>
          <w:sz w:val="22"/>
        </w:rPr>
        <w:t>B. Chi phí xây dựng</w:t>
      </w:r>
    </w:p>
    <w:p>
      <w:pPr>
        <w:pStyle w:val="ListParagraph"/>
      </w:pPr>
      <w:r>
        <w:rPr>
          <w:sz w:val="22"/>
        </w:rPr>
        <w:t>C. Chi phí tư vấn đầu tư xây dựng</w:t>
      </w:r>
    </w:p>
    <w:p>
      <w:pPr>
        <w:pStyle w:val="ListParagraph"/>
      </w:pPr>
      <w:r>
        <w:rPr>
          <w:sz w:val="22"/>
        </w:rPr>
        <w:t>D. Chi phí khác</w:t>
      </w:r>
    </w:p>
    <w:p/>
    <w:p>
      <w:r>
        <w:rPr>
          <w:b/>
          <w:sz w:val="24"/>
        </w:rPr>
        <w:t>Câu 13: Chỉ số giá xây dựng được dùng để tính toán trong thành phần chi phí nào?</w:t>
      </w:r>
    </w:p>
    <w:p>
      <w:pPr>
        <w:pStyle w:val="ListParagraph"/>
      </w:pPr>
      <w:r>
        <w:rPr>
          <w:sz w:val="22"/>
        </w:rPr>
        <w:t>A. Chi phí dự phòng</w:t>
      </w:r>
    </w:p>
    <w:p>
      <w:pPr>
        <w:pStyle w:val="ListParagraph"/>
      </w:pPr>
      <w:r>
        <w:rPr>
          <w:sz w:val="22"/>
        </w:rPr>
        <w:t>B. Chi phí xây dựng</w:t>
      </w:r>
    </w:p>
    <w:p>
      <w:pPr>
        <w:pStyle w:val="ListParagraph"/>
      </w:pPr>
      <w:r>
        <w:rPr>
          <w:sz w:val="22"/>
        </w:rPr>
        <w:t>C. Chi phí tư vấn đầu tư xây dựng</w:t>
      </w:r>
    </w:p>
    <w:p>
      <w:pPr>
        <w:pStyle w:val="ListParagraph"/>
      </w:pPr>
      <w:r>
        <w:rPr>
          <w:sz w:val="22"/>
        </w:rPr>
        <w:t>D. Chi phí khác</w:t>
      </w:r>
    </w:p>
    <w:p/>
    <w:p>
      <w:r>
        <w:rPr>
          <w:b/>
          <w:sz w:val="24"/>
        </w:rPr>
        <w:t>Câu 14: Theo quy định hiện hành, Chi phí quản lý dự án dùng để:</w:t>
      </w:r>
    </w:p>
    <w:p>
      <w:pPr>
        <w:pStyle w:val="ListParagraph"/>
      </w:pPr>
      <w:r>
        <w:rPr>
          <w:sz w:val="22"/>
        </w:rPr>
        <w:t>A. Lập, thẩm định, thẩm tra, phê duyệt thiết kế kỹ thuật, thiết kế bản vẽ thi công, dự toán xây dựng</w:t>
      </w:r>
    </w:p>
    <w:p>
      <w:pPr>
        <w:pStyle w:val="ListParagraph"/>
      </w:pPr>
      <w:r>
        <w:rPr>
          <w:sz w:val="22"/>
        </w:rPr>
        <w:t>B. Lập nhiệm vụ khảo sát xây dựng, khảo sát xây dựng, giám sát khảo sát xây dựng</w:t>
      </w:r>
    </w:p>
    <w:p>
      <w:pPr>
        <w:pStyle w:val="ListParagraph"/>
      </w:pPr>
      <w:r>
        <w:rPr>
          <w:sz w:val="22"/>
        </w:rPr>
        <w:t>C. Tổ chức lựa chọn nhà thầu trong hoạt động xây dựng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15: Theo quy định hiện hành, Việc quản lý chi phí đầu tư xây dựng là trách nhiệm của ai?</w:t>
      </w:r>
    </w:p>
    <w:p>
      <w:pPr>
        <w:pStyle w:val="ListParagraph"/>
      </w:pPr>
      <w:r>
        <w:rPr>
          <w:sz w:val="22"/>
        </w:rPr>
        <w:t>A. Chủ đầu tư</w:t>
      </w:r>
    </w:p>
    <w:p>
      <w:pPr>
        <w:pStyle w:val="ListParagraph"/>
      </w:pPr>
      <w:r>
        <w:rPr>
          <w:sz w:val="22"/>
        </w:rPr>
        <w:t>B. Tư vấn quản lý dự án</w:t>
      </w:r>
    </w:p>
    <w:p>
      <w:pPr>
        <w:pStyle w:val="ListParagraph"/>
      </w:pPr>
      <w:r>
        <w:rPr>
          <w:sz w:val="22"/>
        </w:rPr>
        <w:t>C. Nhà thầu</w:t>
      </w:r>
    </w:p>
    <w:p>
      <w:pPr>
        <w:pStyle w:val="ListParagraph"/>
      </w:pPr>
      <w:r>
        <w:rPr>
          <w:sz w:val="22"/>
        </w:rPr>
        <w:t>D. Đơn vị cung ứng vật tư, thiết bị</w:t>
      </w:r>
    </w:p>
    <w:p/>
    <w:p>
      <w:r>
        <w:rPr>
          <w:b/>
          <w:sz w:val="24"/>
        </w:rPr>
        <w:t>Câu 16: Theo quy định hiện hành, Khi nào một dự án cần phải lập sơ bộ tổng mức đầu tư và báo cáo nghiên cứu tiền khả thi?</w:t>
      </w:r>
    </w:p>
    <w:p>
      <w:pPr>
        <w:pStyle w:val="ListParagraph"/>
      </w:pPr>
      <w:r>
        <w:rPr>
          <w:sz w:val="22"/>
        </w:rPr>
        <w:t>A. Dự án thuộc nhóm A chưa có quy hoạch phê duyệt</w:t>
      </w:r>
    </w:p>
    <w:p>
      <w:pPr>
        <w:pStyle w:val="ListParagraph"/>
      </w:pPr>
      <w:r>
        <w:rPr>
          <w:sz w:val="22"/>
        </w:rPr>
        <w:t>B. Dự án quan trọng quốc gia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17: Văn bản hiện hành nào dưới đây quy định định mức chi phí quản lý dự án?</w:t>
      </w:r>
    </w:p>
    <w:p>
      <w:pPr>
        <w:pStyle w:val="ListParagraph"/>
      </w:pPr>
      <w:r>
        <w:rPr>
          <w:sz w:val="22"/>
        </w:rPr>
        <w:t>A. Thông tư 12/2021/TT-BXD</w:t>
      </w:r>
    </w:p>
    <w:p>
      <w:pPr>
        <w:pStyle w:val="ListParagraph"/>
      </w:pPr>
      <w:r>
        <w:rPr>
          <w:sz w:val="22"/>
        </w:rPr>
        <w:t>B. Thông tư 11/2021/TT-BXD</w:t>
      </w:r>
    </w:p>
    <w:p>
      <w:pPr>
        <w:pStyle w:val="ListParagraph"/>
      </w:pPr>
      <w:r>
        <w:rPr>
          <w:sz w:val="22"/>
        </w:rPr>
        <w:t>C. Thông tư 13/2021/TT-BXD</w:t>
      </w:r>
    </w:p>
    <w:p>
      <w:pPr>
        <w:pStyle w:val="ListParagraph"/>
      </w:pPr>
      <w:r>
        <w:rPr>
          <w:sz w:val="22"/>
        </w:rPr>
        <w:t>D. Thông tư 16/2020/TT-BXD</w:t>
      </w:r>
    </w:p>
    <w:p/>
    <w:p>
      <w:r>
        <w:rPr>
          <w:b/>
          <w:sz w:val="24"/>
        </w:rPr>
        <w:t>Câu 18: Theo quy định hiện hành, có bao nhiêu phương pháp xác định tổng mức đầu tư xây dựng?</w:t>
      </w:r>
    </w:p>
    <w:p>
      <w:pPr>
        <w:pStyle w:val="ListParagraph"/>
      </w:pPr>
      <w:r>
        <w:rPr>
          <w:sz w:val="22"/>
        </w:rPr>
        <w:t>A. 4 phương pháp</w:t>
      </w:r>
    </w:p>
    <w:p>
      <w:pPr>
        <w:pStyle w:val="ListParagraph"/>
      </w:pPr>
      <w:r>
        <w:rPr>
          <w:sz w:val="22"/>
        </w:rPr>
        <w:t>B. 3 phương pháp</w:t>
      </w:r>
    </w:p>
    <w:p>
      <w:pPr>
        <w:pStyle w:val="ListParagraph"/>
      </w:pPr>
      <w:r>
        <w:rPr>
          <w:sz w:val="22"/>
        </w:rPr>
        <w:t>C. 2 phương pháp</w:t>
      </w:r>
    </w:p>
    <w:p>
      <w:pPr>
        <w:pStyle w:val="ListParagraph"/>
      </w:pPr>
      <w:r>
        <w:rPr>
          <w:sz w:val="22"/>
        </w:rPr>
        <w:t>D. 5 phương pháp</w:t>
      </w:r>
    </w:p>
    <w:p/>
    <w:p>
      <w:r>
        <w:rPr>
          <w:b/>
          <w:sz w:val="24"/>
        </w:rPr>
        <w:t>Câu 19: Tổng mức đầu tư theo văn bản hiện hành có bao nhiêu thành phần?</w:t>
      </w:r>
    </w:p>
    <w:p>
      <w:pPr>
        <w:pStyle w:val="ListParagraph"/>
      </w:pPr>
      <w:r>
        <w:rPr>
          <w:sz w:val="22"/>
        </w:rPr>
        <w:t>A. 7 thành phần</w:t>
      </w:r>
    </w:p>
    <w:p>
      <w:pPr>
        <w:pStyle w:val="ListParagraph"/>
      </w:pPr>
      <w:r>
        <w:rPr>
          <w:sz w:val="22"/>
        </w:rPr>
        <w:t>B. 5 thành phần</w:t>
      </w:r>
    </w:p>
    <w:p>
      <w:pPr>
        <w:pStyle w:val="ListParagraph"/>
      </w:pPr>
      <w:r>
        <w:rPr>
          <w:sz w:val="22"/>
        </w:rPr>
        <w:t>C. 6 thành phần</w:t>
      </w:r>
    </w:p>
    <w:p>
      <w:pPr>
        <w:pStyle w:val="ListParagraph"/>
      </w:pPr>
      <w:r>
        <w:rPr>
          <w:sz w:val="22"/>
        </w:rPr>
        <w:t>D. 8 thành phần</w:t>
      </w:r>
    </w:p>
    <w:p/>
    <w:p>
      <w:r>
        <w:rPr>
          <w:b/>
          <w:sz w:val="24"/>
        </w:rPr>
        <w:t>Câu 20: Theo quy định hiện hành, Đơn giá xây dựng chi tiết đầy đủ gồm?</w:t>
      </w:r>
    </w:p>
    <w:p>
      <w:pPr>
        <w:pStyle w:val="ListParagraph"/>
      </w:pPr>
      <w:r>
        <w:rPr>
          <w:sz w:val="22"/>
        </w:rPr>
        <w:t>A. Chi phí trực tiếp + Chi phí gián tiếp + Thu nhập chịu thuế tính trước</w:t>
      </w:r>
    </w:p>
    <w:p>
      <w:pPr>
        <w:pStyle w:val="ListParagraph"/>
      </w:pPr>
      <w:r>
        <w:rPr>
          <w:sz w:val="22"/>
        </w:rPr>
        <w:t>B. Chi phí trực tiếp + chi phí gián tiếp</w:t>
      </w:r>
    </w:p>
    <w:p>
      <w:pPr>
        <w:pStyle w:val="ListParagraph"/>
      </w:pPr>
      <w:r>
        <w:rPr>
          <w:sz w:val="22"/>
        </w:rPr>
        <w:t>C. Chi phí trực tiếp + chi phí gián tiếp + Chi phí chung</w:t>
      </w:r>
    </w:p>
    <w:p>
      <w:pPr>
        <w:pStyle w:val="ListParagraph"/>
      </w:pPr>
      <w:r>
        <w:rPr>
          <w:sz w:val="22"/>
        </w:rPr>
        <w:t>D. Chi phí Xây dựng + Chi Phí thiết Bị + Chi phí nhân công</w:t>
      </w:r>
    </w:p>
    <w:p/>
    <w:p>
      <w:r>
        <w:rPr>
          <w:b/>
          <w:sz w:val="24"/>
        </w:rPr>
        <w:t>Câu 21: Theo quy định hiện hành, chi phí thiết kế xây dựng công trình nằm trong thành phần chi phí nào sau đây của tổng mức đầu tư:</w:t>
      </w:r>
    </w:p>
    <w:p>
      <w:pPr>
        <w:pStyle w:val="ListParagraph"/>
      </w:pPr>
      <w:r>
        <w:rPr>
          <w:sz w:val="22"/>
        </w:rPr>
        <w:t>A. Chi phí tư vấn đầu tư xây dựng</w:t>
      </w:r>
    </w:p>
    <w:p>
      <w:pPr>
        <w:pStyle w:val="ListParagraph"/>
      </w:pPr>
      <w:r>
        <w:rPr>
          <w:sz w:val="22"/>
        </w:rPr>
        <w:t>B. Chi phí xây dựng</w:t>
      </w:r>
    </w:p>
    <w:p>
      <w:pPr>
        <w:pStyle w:val="ListParagraph"/>
      </w:pPr>
      <w:r>
        <w:rPr>
          <w:sz w:val="22"/>
        </w:rPr>
        <w:t>C. Chi phí Thiết bị</w:t>
      </w:r>
    </w:p>
    <w:p>
      <w:pPr>
        <w:pStyle w:val="ListParagraph"/>
      </w:pPr>
      <w:r>
        <w:rPr>
          <w:sz w:val="22"/>
        </w:rPr>
        <w:t>D. Chi phí khác</w:t>
      </w:r>
    </w:p>
    <w:p/>
    <w:p>
      <w:r>
        <w:rPr>
          <w:b/>
          <w:sz w:val="24"/>
        </w:rPr>
        <w:t>Câu 22: Theo quy định hiện hành, công trình thiết kế 2 bước thì dự toán xây dựng được xác định theo thiết kế?</w:t>
      </w:r>
    </w:p>
    <w:p>
      <w:pPr>
        <w:pStyle w:val="ListParagraph"/>
      </w:pPr>
      <w:r>
        <w:rPr>
          <w:sz w:val="22"/>
        </w:rPr>
        <w:t>A. Thiết kế bản vẽ thi công</w:t>
      </w:r>
    </w:p>
    <w:p>
      <w:pPr>
        <w:pStyle w:val="ListParagraph"/>
      </w:pPr>
      <w:r>
        <w:rPr>
          <w:sz w:val="22"/>
        </w:rPr>
        <w:t>B. Thiết kế sơ bộ</w:t>
      </w:r>
    </w:p>
    <w:p>
      <w:pPr>
        <w:pStyle w:val="ListParagraph"/>
      </w:pPr>
      <w:r>
        <w:rPr>
          <w:sz w:val="22"/>
        </w:rPr>
        <w:t>C. Thiết kế kỹ thuật</w:t>
      </w:r>
    </w:p>
    <w:p>
      <w:pPr>
        <w:pStyle w:val="ListParagraph"/>
      </w:pPr>
      <w:r>
        <w:rPr>
          <w:sz w:val="22"/>
        </w:rPr>
        <w:t>D. Thiết kế cơ sở</w:t>
      </w:r>
    </w:p>
    <w:p/>
    <w:p>
      <w:r>
        <w:rPr>
          <w:b/>
          <w:sz w:val="24"/>
        </w:rPr>
        <w:t>Câu 23: Theo quy định hiện hành, Trong công thức xác định dự toán xây dựng công trình không có thành phần chi phí nào:</w:t>
      </w:r>
    </w:p>
    <w:p>
      <w:pPr>
        <w:pStyle w:val="ListParagraph"/>
      </w:pPr>
      <w:r>
        <w:rPr>
          <w:sz w:val="22"/>
        </w:rPr>
        <w:t>A. Chi phí bồi thường, hỗ trợ và tái định cư</w:t>
      </w:r>
    </w:p>
    <w:p>
      <w:pPr>
        <w:pStyle w:val="ListParagraph"/>
      </w:pPr>
      <w:r>
        <w:rPr>
          <w:sz w:val="22"/>
        </w:rPr>
        <w:t>B. Chi phí thiết bị</w:t>
      </w:r>
    </w:p>
    <w:p>
      <w:pPr>
        <w:pStyle w:val="ListParagraph"/>
      </w:pPr>
      <w:r>
        <w:rPr>
          <w:sz w:val="22"/>
        </w:rPr>
        <w:t>C. Chi phí xây dựng</w:t>
      </w:r>
    </w:p>
    <w:p>
      <w:pPr>
        <w:pStyle w:val="ListParagraph"/>
      </w:pPr>
      <w:r>
        <w:rPr>
          <w:sz w:val="22"/>
        </w:rPr>
        <w:t>D. Chi phí tư vấn và quản lý dự án</w:t>
      </w:r>
    </w:p>
    <w:p/>
    <w:p>
      <w:r>
        <w:rPr>
          <w:b/>
          <w:sz w:val="24"/>
        </w:rPr>
        <w:t>Câu 24: Vốn sản xuất trong doanh nghiệp xây dựng gồm những loại gì?</w:t>
      </w:r>
    </w:p>
    <w:p>
      <w:pPr>
        <w:pStyle w:val="ListParagraph"/>
      </w:pPr>
      <w:r>
        <w:rPr>
          <w:sz w:val="22"/>
        </w:rPr>
        <w:t>A. Hai loại: vốn cố định và vốn lưu động</w:t>
      </w:r>
    </w:p>
    <w:p>
      <w:pPr>
        <w:pStyle w:val="ListParagraph"/>
      </w:pPr>
      <w:r>
        <w:rPr>
          <w:sz w:val="22"/>
        </w:rPr>
        <w:t>B. Hai loại: vốn lưu động và vốn đầu tư</w:t>
      </w:r>
    </w:p>
    <w:p>
      <w:pPr>
        <w:pStyle w:val="ListParagraph"/>
      </w:pPr>
      <w:r>
        <w:rPr>
          <w:sz w:val="22"/>
        </w:rPr>
        <w:t>C. Ba loại: vốn cố định, vốn đầu tư và vốn lưu động</w:t>
      </w:r>
    </w:p>
    <w:p>
      <w:pPr>
        <w:pStyle w:val="ListParagraph"/>
      </w:pPr>
      <w:r>
        <w:rPr>
          <w:sz w:val="22"/>
        </w:rPr>
        <w:t>D. Ba loại: vốn lưu động, vốn tài sản và vốn vay</w:t>
      </w:r>
    </w:p>
    <w:p/>
    <w:p>
      <w:r>
        <w:rPr>
          <w:b/>
          <w:sz w:val="24"/>
        </w:rPr>
        <w:t>Câu 25: Phát biểu nào sau đây là đúng?</w:t>
      </w:r>
    </w:p>
    <w:p>
      <w:pPr>
        <w:pStyle w:val="ListParagraph"/>
      </w:pPr>
      <w:r>
        <w:rPr>
          <w:sz w:val="22"/>
        </w:rPr>
        <w:t>A. Mức khấu hao (a) là tỷ lệ phần trăm giữa tiền nộp khấu hao hàng năm (A) so với tổng vốn đầu tư ban đầu (Kb)</w:t>
      </w:r>
    </w:p>
    <w:p>
      <w:pPr>
        <w:pStyle w:val="ListParagraph"/>
      </w:pPr>
      <w:r>
        <w:rPr>
          <w:sz w:val="22"/>
        </w:rPr>
        <w:t>B. Mức khấu hao (a) là tỷ lệ phần trăm giữa tiền nộp khấu hao hàng năm (A) so với vốn hiện tại (Kht)</w:t>
      </w:r>
    </w:p>
    <w:p>
      <w:pPr>
        <w:pStyle w:val="ListParagraph"/>
      </w:pPr>
      <w:r>
        <w:rPr>
          <w:sz w:val="22"/>
        </w:rPr>
        <w:t>C. Mức khấu hao (a) là khoản tiền trích nộp hàng năm nhằm bù đắp phần giá trị đã bị hao mòn trong năm đó</w:t>
      </w:r>
    </w:p>
    <w:p>
      <w:pPr>
        <w:pStyle w:val="ListParagraph"/>
      </w:pPr>
      <w:r>
        <w:rPr>
          <w:sz w:val="22"/>
        </w:rPr>
        <w:t>D. Mức khấu hao (a) là khoản tiền chi phí để bù phần giá trị đã bị hao mòn trong năm đó</w:t>
      </w:r>
    </w:p>
    <w:p/>
    <w:p>
      <w:r>
        <w:rPr>
          <w:b/>
          <w:sz w:val="24"/>
        </w:rPr>
        <w:t>Câu 26: Hệ số điều chỉnh (H) trong phương pháp khấu hao tài sản cố định theo số dư giảm dần có điều chỉnh phụ thuộc vào yếu tố nào sau đây?</w:t>
      </w:r>
    </w:p>
    <w:p>
      <w:pPr>
        <w:pStyle w:val="ListParagraph"/>
      </w:pPr>
      <w:r>
        <w:rPr>
          <w:sz w:val="22"/>
        </w:rPr>
        <w:t>A. Thời gian trích khấu hao của tài sản cố định</w:t>
      </w:r>
    </w:p>
    <w:p>
      <w:pPr>
        <w:pStyle w:val="ListParagraph"/>
      </w:pPr>
      <w:r>
        <w:rPr>
          <w:sz w:val="22"/>
        </w:rPr>
        <w:t>B. Vốn ban đầu của tài sản cố định</w:t>
      </w:r>
    </w:p>
    <w:p>
      <w:pPr>
        <w:pStyle w:val="ListParagraph"/>
      </w:pPr>
      <w:r>
        <w:rPr>
          <w:sz w:val="22"/>
        </w:rPr>
        <w:t>C. Vốn hiện tại của tài sản cố định</w:t>
      </w:r>
    </w:p>
    <w:p>
      <w:pPr>
        <w:pStyle w:val="ListParagraph"/>
      </w:pPr>
      <w:r>
        <w:rPr>
          <w:sz w:val="22"/>
        </w:rPr>
        <w:t>D. Giá trị còn lại của tài sản cố định</w:t>
      </w:r>
    </w:p>
    <w:p/>
    <w:p>
      <w:r>
        <w:rPr>
          <w:b/>
          <w:sz w:val="24"/>
        </w:rPr>
        <w:t>Câu 27: Để phát triển doanh nghiệp, mở rộng sản xuất thì các doanh nghiệp xây dựng nên tập trung đầu tư vào:</w:t>
      </w:r>
    </w:p>
    <w:p>
      <w:pPr>
        <w:pStyle w:val="ListParagraph"/>
      </w:pPr>
      <w:r>
        <w:rPr>
          <w:sz w:val="22"/>
        </w:rPr>
        <w:t>A. Vốn cố định</w:t>
      </w:r>
    </w:p>
    <w:p>
      <w:pPr>
        <w:pStyle w:val="ListParagraph"/>
      </w:pPr>
      <w:r>
        <w:rPr>
          <w:sz w:val="22"/>
        </w:rPr>
        <w:t>B. Vốn lưu động</w:t>
      </w:r>
    </w:p>
    <w:p>
      <w:pPr>
        <w:pStyle w:val="ListParagraph"/>
      </w:pPr>
      <w:r>
        <w:rPr>
          <w:sz w:val="22"/>
        </w:rPr>
        <w:t>C. Cả Avà B đều đúng</w:t>
      </w:r>
    </w:p>
    <w:p>
      <w:pPr>
        <w:pStyle w:val="ListParagraph"/>
      </w:pPr>
      <w:r>
        <w:rPr>
          <w:sz w:val="22"/>
        </w:rPr>
        <w:t>D. Cả A và B đều sai</w:t>
      </w:r>
    </w:p>
    <w:p/>
    <w:p>
      <w:r>
        <w:rPr>
          <w:b/>
          <w:sz w:val="24"/>
        </w:rPr>
        <w:t>Câu 28: Vốn hiện tại (Kht) của tài sản cố định có giá trị ban đầu (Kb) sau 3 năm sử dụng (khấu hao Acb tính theo phương pháp đường thẳng) được xác định theo công thức:</w:t>
      </w:r>
    </w:p>
    <w:p>
      <w:pPr>
        <w:pStyle w:val="ListParagraph"/>
      </w:pPr>
      <w:r>
        <w:rPr>
          <w:sz w:val="22"/>
        </w:rPr>
        <w:t>A. Kht = Kb – 3*Acb</w:t>
      </w:r>
    </w:p>
    <w:p>
      <w:pPr>
        <w:pStyle w:val="ListParagraph"/>
      </w:pPr>
      <w:r>
        <w:rPr>
          <w:sz w:val="22"/>
        </w:rPr>
        <w:t>B. Kht = Kb – 4*Acb</w:t>
      </w:r>
    </w:p>
    <w:p>
      <w:pPr>
        <w:pStyle w:val="ListParagraph"/>
      </w:pPr>
      <w:r>
        <w:rPr>
          <w:sz w:val="22"/>
        </w:rPr>
        <w:t>C. Kht = Kb – 2*Acb</w:t>
      </w:r>
    </w:p>
    <w:p>
      <w:pPr>
        <w:pStyle w:val="ListParagraph"/>
      </w:pPr>
      <w:r>
        <w:rPr>
          <w:sz w:val="22"/>
        </w:rPr>
        <w:t>D. Kht = Kb – Acb</w:t>
      </w:r>
    </w:p>
    <w:p/>
    <w:p>
      <w:r>
        <w:rPr>
          <w:b/>
          <w:sz w:val="24"/>
        </w:rPr>
        <w:t>Câu 29: Trong các chỉ tiêu đánh giá vốn cố định bằng chỉ tiêu giá trị thì doanh nghiệp KHÔNG áp dụng chỉ tiêu nào:</w:t>
      </w:r>
    </w:p>
    <w:p>
      <w:pPr>
        <w:pStyle w:val="ListParagraph"/>
      </w:pPr>
      <w:r>
        <w:rPr>
          <w:sz w:val="22"/>
        </w:rPr>
        <w:t>A. Giá trị ban đầu</w:t>
      </w:r>
    </w:p>
    <w:p>
      <w:pPr>
        <w:pStyle w:val="ListParagraph"/>
      </w:pPr>
      <w:r>
        <w:rPr>
          <w:sz w:val="22"/>
        </w:rPr>
        <w:t>B. Giá trị giải thể</w:t>
      </w:r>
    </w:p>
    <w:p>
      <w:pPr>
        <w:pStyle w:val="ListParagraph"/>
      </w:pPr>
      <w:r>
        <w:rPr>
          <w:sz w:val="22"/>
        </w:rPr>
        <w:t>C. Giá tri phục hồi</w:t>
      </w:r>
    </w:p>
    <w:p>
      <w:pPr>
        <w:pStyle w:val="ListParagraph"/>
      </w:pPr>
      <w:r>
        <w:rPr>
          <w:sz w:val="22"/>
        </w:rPr>
        <w:t>D. Giá trị hao mòn</w:t>
      </w:r>
    </w:p>
    <w:p/>
    <w:p>
      <w:r>
        <w:rPr>
          <w:b/>
          <w:sz w:val="24"/>
        </w:rPr>
        <w:t>Câu 30: Các biện pháp giảm hao mòn tài sản cố định hữu hình KHÔNG bao gồm:</w:t>
      </w:r>
    </w:p>
    <w:p>
      <w:pPr>
        <w:pStyle w:val="ListParagraph"/>
      </w:pPr>
      <w:r>
        <w:rPr>
          <w:sz w:val="22"/>
        </w:rPr>
        <w:t>A. Thường xuyên nâng cấp, hiện đại hóa tài sản cố định</w:t>
      </w:r>
    </w:p>
    <w:p>
      <w:pPr>
        <w:pStyle w:val="ListParagraph"/>
      </w:pPr>
      <w:r>
        <w:rPr>
          <w:sz w:val="22"/>
        </w:rPr>
        <w:t>B. Nâng cao trình độ tay nghề công nhân vận hành</w:t>
      </w:r>
    </w:p>
    <w:p>
      <w:pPr>
        <w:pStyle w:val="ListParagraph"/>
      </w:pPr>
      <w:r>
        <w:rPr>
          <w:sz w:val="22"/>
        </w:rPr>
        <w:t>C. Thường xuyên duy tu, bảo dưỡng</w:t>
      </w:r>
    </w:p>
    <w:p>
      <w:pPr>
        <w:pStyle w:val="ListParagraph"/>
      </w:pPr>
      <w:r>
        <w:rPr>
          <w:sz w:val="22"/>
        </w:rPr>
        <w:t>D. Tổ chức bảo quản tốt tài sản cố định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